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None. Федеральный закон   от 30.12.2015 № 429-ФЗ</w:t>
      </w:r>
    </w:p>
    <w:p>
      <w:r>
        <w:t>О внесении изменения в статью 5 Федерального закона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РОССИЙСКАЯ ФЕДЕРАЦИЯ ФЕДЕРАЛЬНЫЙ ЗАКОН О внесении изменения в статью 5 Федерального закона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Принят Государственной Думой 18 декабря 2015 года Одобрен Советом Федерации 25 декабря 2015 года Внести в часть 3 статьи 5 Федерального закона от 28 июня 2014 года №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(Собрание законодательства Российской Федерации, 2014, № 26, ст. 3379) изменение, дополнив ее после слов "настоящей статьи" словами ", а также статьи 4 настоящего Федерального закона". Президент Российской Федерации В.Путин Москва, Кремль 30 декабря 2015 года № 429-ФЗ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