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права иностранных граждан и лиц без гражданства, страдающих заболеванием, вызываемым вирусом иммунодефицита человека (ВИЧ-инфекцией), на пребывание и проживание в Российской Федерации</w:t>
      </w:r>
    </w:p>
    <w:p>
      <w:r>
        <w:rPr>
          <w:b/>
        </w:rPr>
        <w:t>Статья 1</w:t>
      </w:r>
    </w:p>
    <w:p>
      <w:r>
        <w:t>Внести в статью 11 Федерального закона от 30 марта 1995 года № 38-ФЗ "О предупреждении распространения в Российской Федерации заболевания, вызываемого вирусом иммунодефицита человека (ВИЧ-инфекции)" (Собрание законодательства Российской Федерации, 1995, № 14, ст. 1212) следующие изменения</w:t>
      </w:r>
    </w:p>
    <w:p>
      <w:r>
        <w:t>пункт 2 дополнить предложением следующего содержания: "Данное положение не распространяется на иностранных граждан и лиц без гражданства, страдающих заболеванием, вызываемым вирусом иммунодефицита человека (ВИЧ-инфекцией), указанных в пункте 3 настоящей статьи."</w:t>
      </w:r>
    </w:p>
    <w:p>
      <w:r>
        <w:t>дополнить пунктом 3 следующего содержания: "3. В отношении иностранных граждан и лиц без гражданства, страдающих заболеванием, вызываемым вирусом иммунодефицита человека (ВИЧ-инфекцией), в случае, если указанные иностранные граждане и лица без гражданства имеют членов семьи (супруга (супругу), детей (в том числе усыновленных), родителей (в том числе приемных) - граждан Российской Федерации либо иностранных граждан или лиц без гражданства, постоянно проживающих на территории Российской Федерации, и при этом отсутствуют нарушения ими законодательства Российской Федерации о предупреждении распространения ВИЧ-инфекции: не принимается решение о нежелательности пребывания (проживания) в Российской Федерации или решение о неразрешении въезда в Российскую Федерацию в целях обеспечения защиты здоровья населения, если в отношении указанных иностранных граждан и лиц без гражданства отсутствуют иные основания для принятия решения о нежелательности пребывания (проживания) в Российской Федерации, предусмотренные частью четвертой статьи 2510 Федерального закона от 15 августа 1996 года № 114-ФЗ "О порядке выезда из Российской Федерации и въезда в Российскую Федерацию", или решения о неразрешении въезда в Российскую Федерацию, предусмотренные статьей 26 и частью первой статьи 27 указанного Федерального закона; не распространяются положения подпункта 1 пункта 5 статьи 61 Федерального закона от 25 июля 2002 года № 115-ФЗ "О правовом положении иностранных граждан в Российской Федерации" в части представления сертификата об отсутствии заболевания, вызываемого вирусом иммунодефицита человека (ВИЧ-инфекции), а также положения подпункта 13 пункта 1 статьи 7 и подпункта 13 пункта 1 статьи 9 указанного Федерального закона в части наличия сертификата об отсутствии заболевания, вызываемого вирусом иммунодефицита человека (ВИЧ-инфекции)."</w:t>
      </w:r>
    </w:p>
    <w:p>
      <w:r>
        <w:rPr>
          <w:b/>
        </w:rPr>
        <w:t>Статья 2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2007, № 3, ст. 410; 2008, № 19, ст. 2094; № 30, ст. 3616; 2012, № 53, ст. 7597; 2013, № 27, ст. 3470; № 30, ст. 4040, 4057; № 52, ст. 6954; 2014, № 52, ст. 7557; 2015, № 1, ст. 77) следующие изменения</w:t>
      </w:r>
    </w:p>
    <w:p>
      <w:r>
        <w:t>в части четвертой статьи 2510 первое предложение дополнить словами ", за исключением случаев, предусмотренных абзацем вторым пункта 3 статьи 11 Федерального закона от 30 марта 1995 года № 38-ФЗ "О предупреждении распространения в Российской Федерации заболевания, вызываемого вирусом иммунодефицита человека (ВИЧ-инфекции)"</w:t>
      </w:r>
    </w:p>
    <w:p>
      <w:r>
        <w:t>подпункт 1 части первой статьи 27 дополнить словами ", за исключением случаев, предусмотренных абзацем вторым пункта 3 статьи 11 Федерального закона от 30 марта 1995 года № 38-ФЗ "О предупреждении распространения в Российской Федерации заболевания, вызываемого вирусом иммунодефицита человека (ВИЧ-инфекции)"</w:t>
      </w:r>
    </w:p>
    <w:p>
      <w:r>
        <w:rPr>
          <w:b/>
        </w:rPr>
        <w:t>Статья 3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2, ст. 361; 2008, № 19, ст. 2094; № 30, ст. 3616; 2009, № 23, ст. 2760; № 26, ст. 3125; 2010, № 21, ст. 2524; № 31, ст. 4196; № 52, ст. 7000; 2011, № 1, ст. 29; № 27, ст. 3880; № 49, ст. 7061; 2012, № 31, ст. 4322; 2013, № 27, ст. 3461, 3477; № 30, ст. 4057; № 52, ст. 6951; 2014, № 16, ст. 1828, 1831; № 52, ст. 7557) следующие изменения</w:t>
      </w:r>
    </w:p>
    <w:p>
      <w:r>
        <w:t>подпункт 1 пункта 5 статьи 61 после слов "(ВИЧ-инфекции)," дополнить словами "за исключением случаев, предусмотренных абзацем третьим пункта 3 статьи 11 Федерального закона от 30 марта 1995 года № 38-ФЗ "О предупреждении распространения в Российской Федерации заболевания, вызываемого вирусом иммунодефицита человека (ВИЧ-инфекции)","</w:t>
      </w:r>
    </w:p>
    <w:p>
      <w:r>
        <w:t>подпункт 13 пункта 1 статьи 7 после слов "(ВИЧ-инфекции)," дополнить словами "за исключением случаев, предусмотренных абзацем третьим пункта 3 статьи 11 Федерального закона от 30 марта 1995 года № 38-ФЗ "О предупреждении распространения в Российской Федерации заболевания, вызываемого вирусом иммунодефицита человека (ВИЧ-инфекции)","</w:t>
      </w:r>
    </w:p>
    <w:p>
      <w:r>
        <w:t>подпункт 13 пункта 1 статьи 9 после слов "(ВИЧ-инфекции)," дополнить словами "за исключением случаев, предусмотренных абзацем третьим пункта 3 статьи 11 Федерального закона от 30 марта 1995 года № 38-ФЗ "О предупреждении распространения в Российской Федерации заболевания, вызываемого вирусом иммунодефицита человека (ВИЧ-инфекции)","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