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</w:t>
      </w:r>
    </w:p>
    <w:p>
      <w:r>
        <w:rPr>
          <w:b/>
        </w:rPr>
        <w:t>Статья None. Федеральный закон   от 30.12.2015 № 469-ФЗ</w:t>
      </w:r>
    </w:p>
    <w:p>
      <w:r>
        <w:t>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 РОССИЙСКАЯ ФЕДЕРАЦИЯ ФЕДЕРАЛЬНЫЙ ЗАКОН 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 Принят Государственной Думой 23 декабря 2015 года Одобрен Советом Федерации 25 декабря 2015 года Внести в Федеральный закон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№ 52, ст. 6961; 2014, № 23, ст. 2925; № 30, ст. 4225; № 48, ст. 6637; № 49, ст. 6925; 2015, № 1, ст. 11, 51, 72; № 10, ст. 1418; № 29, ст. 4342, 4353) следующие изменения</w:t>
      </w:r>
    </w:p>
    <w:p>
      <w:r>
        <w:t>в части 15 статьи 34 слова "44 и 45" заменить словами "44, 45 и 46"</w:t>
      </w:r>
    </w:p>
    <w:p>
      <w:r>
        <w:t>часть 1 статьи 93 дополнить пунктом 46 следующего содержания: "46) осуществление закупок товаров, работ, услуг за счет финансовых средств, выделенных на оперативно-разыскную деятельность. Перечень товаров, работ, услуг, закупки которых могут осуществляться в соответствии с настоящим пунктом, утверждается руководителем соответствующего федерального органа исполнительной власти, уполномоченного на осуществление оперативно-разыскной деятельности в соответствии с Федеральным законом от 12 августа 1995 года № 144-ФЗ "Об оперативно-розыскной деятельности"."</w:t>
      </w:r>
    </w:p>
    <w:p>
      <w:r>
        <w:t>в статье 94: а) пункт 1 части 4 после цифр "45" дополнить цифрами ", 46"; б) в абзаце первом части 9 слова "23 или 44" заменить словами "23, 44 или 46"</w:t>
      </w:r>
    </w:p>
    <w:p>
      <w:r>
        <w:t>часть 2 статьи 96 после цифр "45" дополнить цифрами ", 46"</w:t>
      </w:r>
    </w:p>
    <w:p>
      <w:r>
        <w:t>в статье 103: а) в части 1 слова "44 и 45" заменить словами "44, 45, пунктом 46 (в части контрактов, заключаемых с физическими лицами)"; б) в части 8 слова "44 и 45" заменить словами "44, 45, пунктом 46 (в части контрактов, заключаемых с физическими лицами)". Президент Российской Федерации В.Путин Москва, Кремль 30 декабря 2015 года № 469-ФЗ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