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Республики Казахстан о внесении изменений в Договор между Правительством Российской Федерации и Правительством Республики Казахстан об аренде испытательного полигона Сары-Шаган от 18 октября 1996 года</w:t>
      </w:r>
    </w:p>
    <w:p>
      <w:r>
        <w:rPr>
          <w:b/>
        </w:rPr>
        <w:t>Статья None. Федеральный закон   от 15.02.2016 № 15-ФЗ</w:t>
      </w:r>
    </w:p>
    <w:p>
      <w:r>
        <w:t>О ратификации Протокола между Правительством Российской Федерации и Правительством Республики Казахстан о внесении изменений в Договор между Правительством Российской Федерации и Правительством Республики Казахстан об аренде испытательного полигона Сары-Шаган от 18 октября 1996 года РОССИЙСКАЯ ФЕДЕРАЦИЯ ФЕДЕРАЛЬНЫЙ ЗАКОН О ратификации Протокола между Правительством Российской Федерации и Правительством Республики Казахстан о внесении изменений в Договор между Правительством Российской Федерации и Правительством Республики Казахстан об аренде испытательного полигона Сары-Шаган от 18 октября 1996 года Принят Государственной Думой 29 января 2016 года Одобрен Советом Федерации 10 февраля 2016 года Ратифицировать Протокол между Правительством Российской Федерации и Правительством Республики Казахстан о внесении изменений в Договор между Правительством Российской Федерации и Правительством Республики Казахстан об аренде испытательного полигона Сары-Шаган от 18 октября 1996 года, подписанный в городе Москве 16 апреля 2015 года. Президент Российской Федерации В.Путин Москва, Кремль 15 февраля 2016 года № 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