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74 Федерального закона "Об общих принципах организации местного самоуправления в Российской Федерации"</w:t>
      </w:r>
    </w:p>
    <w:p>
      <w:r>
        <w:rPr>
          <w:b/>
        </w:rPr>
        <w:t>Статья None. Федеральный закон   от 15.02.2016 № 17-ФЗ</w:t>
      </w:r>
    </w:p>
    <w:p>
      <w:r>
        <w:t>О внесении изменения в статью 74 Федерального закона "Об общих принципах организации местного самоуправления в Российской Федерации" РОССИЙСКАЯ ФЕДЕРАЦИЯ ФЕДЕРАЛЬНЫЙ ЗАКОН Утратил силу - Федеральный закон от 20.03.2025 № 33-ФЗ О внесении изменения в статью 74 Федерального закона "Об общих принципах организации местного самоуправления в Российской Федерации" Принят Государственной Думой 27 января 2016 года Одобрен Советом Федерации 10 февраля 2016 года Внести в пункт 2 части 1 статьи 74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изменение, заменив слова "нецелевое расходование субвенций из федерального бюджета или бюджета субъекта Российской Федерации"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Президент Российской Федерации В.Путин Москва, Кремль 15 февраля 2016 года № 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