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12-5 Федерального закона "О противодействии коррупции"</w:t>
      </w:r>
    </w:p>
    <w:p>
      <w:r>
        <w:rPr>
          <w:b/>
        </w:rPr>
        <w:t>Статья None. Федеральный закон   от 15.02.2016 № 24-ФЗ</w:t>
      </w:r>
    </w:p>
    <w:p>
      <w:r>
        <w:t>О внесении изменения в статью 12-5 Федерального закона "О противодействии коррупции" РОССИЙСКАЯ ФЕДЕРАЦИЯ ФЕДЕРАЛЬНЫЙ ЗАКОН О внесении изменения в статью 12 5 Федерального закона "О противодействии коррупции" Принят Государственной Думой 26 января 2016 года Одобрен Советом Федерации 10 февраля 2016 года Внести в часть 1 статьи 12 5 Федерального закона от 25 декабря 2008 года № 273-ФЗ "О противодействии коррупции" (Собрание законодательства Российской Федерации, 2008, № 52, ст. 6228; 2011, № 48, ст. 6730; 2012, № 50, ст. 6954) изменение, исключив из нее слово "федеральной". Президент Российской Федерации В.Путин Москва, Кремль 15 февраля 2016 года № 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