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воинской обязанности и военной службе" и статью 28-5 Федерального закона "О статусе военнослужащих"</w:t>
      </w:r>
    </w:p>
    <w:p>
      <w:r>
        <w:rPr>
          <w:b/>
        </w:rPr>
        <w:t>Статья 1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№ 30, ст. 3613; 2002, № 30, ст. 3033; 2003, № 27, ст. 2700; 2004, № 27, ст. 2711; 2005, № 10, ст. 763; № 14, ст. 1212; № 49, ст. 5127; 2006, № 29, ст. 3123; 2013, № 27, ст. 3477; 2014, № 23, ст. 2930; № 52, ст. 7544) следующие изменения</w:t>
      </w:r>
    </w:p>
    <w:p>
      <w:r>
        <w:t>в абзаце первом пункта 3 статьи 36 слова "пограничных органах" заменить словами "органах государственной охраны"</w:t>
      </w:r>
    </w:p>
    <w:p>
      <w:r>
        <w:t>пункт 2 статьи 39 дополнить абзацем следующего содержания: "Федеральные органы исполнительной власти и федеральные государственные органы, в которых настоящим Федеральным законом предусмотрена военная служба, вправе определять случаи, когда военнослужащие при исполнении обязанностей военной службы могут носить гражданскую, специальную, форменную или иную одежду, не относящуюся к военной форме одежды, а также устанавливать требования к этой одежде."</w:t>
      </w:r>
    </w:p>
    <w:p>
      <w:r>
        <w:t>в статье 47: а) пункт 2 дополнить словами ", если иное не предусмотрено настоящей статьей"; б) дополнить пунктом 21 следующего содержания: "21. Очередное воинское звание не присваивается военнослужащему: а) находящемуся в распоряжении командира (начальника); б) в случае привлечения его в качестве обвиняемого по уголовному делу либо возбуждения в отношении его уголовного дела - до прекращения уголовного преследования; в) в период проведения разбирательства по факту совершения им грубого дисциплинарного проступка - до применения к военнослужащему дисциплинарного взыскания; г) в период проведения в отношении его проверки достоверности и полноты сведений о доходах, расходах, об имуществе и обязательствах имущественного характера, соблюдения требований к служебному поведению - до применения к военнослужащему взыскания; д) представленному к досрочному увольнению с военной службы по основаниям, предусмотренным подпунктами "д" - "з", "л", "м" пункта 1 и подпунктами "в" - "е2", "з" - "л" пункта 2 статьи 51 настоящего Федерального закона; е) до истечения срока, в течение которого он считается имеющим: дисциплинарное взыскание в виде предупреждения о неполном служебном соответствии, снижения в воинской должности, снижения в воинском звании на одну ступень, снижения в воинском звании на одну ступень со снижением в воинской должности; дисциплинарное взыскание, примененное за совершение грубого дисциплинарного проступка; ж) до окончания отбывания им уголовного наказания в виде ограничения по военной службе или ареста; з) до погашения или снятия его судимости; и) до окончания срока испытания при его поступлении на военную службу по контракту; к) военная служба которому приостановлена."; в) дополнить пунктом 22 следующего содержания: "22. В случае, если за военнослужащим в порядке, установленном Уголовно-процессуальным кодексом Российской Федерации, признано право на реабилитацию, либо если примененное к военнослужащему дисциплинарное взыскание, указанное в подпункте "е" пункта 21 настоящей статьи, было отменено (за исключением случая, если после отмены командиром (начальником) указанного дисциплинарного взыскания он применил другое дисциплинарное взыскание из числа указанных в подпункте "е" пункта 21 настоящей статьи), либо если после проведения разбирательства или проверки, указанных в подпункте "в" или "г" пункта 21 настоящей статьи, военнослужащий не был привлечен к ответственности, воинское звание присваивается военнослужащему со дня истечения срока прохождения им военной службы в предыдущем воинском звании."; г) дополнить пунктом 23 следующего содержания: "23. В случае, если дисциплинарное взыскание, указанное в подпункте "е" пункта 21 настоящей статьи, снято либо судимость снята или погашена, воинское звание военнослужащему присваивается со дня снятия дисциплинарного взыскания либо снятия или погашения судимости."; д) дополнить пунктом 24 следующего содержания: "24. В срок военной службы в присвоенном воинском звании не засчитывается время отбывания уголовного наказания в виде ограничения по военной службе или ареста, а также время (периоды), которое в соответствии с настоящим Федеральным законом не засчитывается в срок военной службы (в срок испытания при поступлении на военную службу по контракту)."</w:t>
      </w:r>
    </w:p>
    <w:p>
      <w:r>
        <w:rPr>
          <w:b/>
        </w:rPr>
        <w:t>Статья 2</w:t>
      </w:r>
    </w:p>
    <w:p>
      <w:r>
        <w:t>Пункт 2 статьи 285 Федерального закона от 27 мая 1998 года № 76-ФЗ "О статусе военнослужащих" (Собрание законодательства Российской Федерации, 1998, № 22, ст. 2331; 2006, № 50, ст. 5281; 2009, № 7, ст. 769; 2013, № 48, ст. 6165) дополнить абзацами следующего содержания: "умышленная порча документа, удостоверяющего личность военнослужащего Российской Федерации (служебного удостоверения военнослужащего органов, указанных в пункте 1 статьи 2 Федерального закона от 28 марта 1998 года № 53-ФЗ "О воинской обязанности и военной службе"), либо утрата документа, удостоверяющего личность военнослужащего Российской Федерации (служебного удостоверения военнослужащего органов, указанных в пункте 1 статьи 2 Федерального закона от 28 марта 1998 года № 53-ФЗ "О воинской обязанности и военной службе"), по небрежности; нарушение правил и требований, устанавливающих порядок ведения секретного делопроизводства; нарушение порядка выезда из Российской Федерации; нарушение требований законодательных и иных нормативных правовых актов Российской Федерации в сфере разведывательной, контрразведывательной и оперативно-розыскной деятельности, создавшее условия для нанесения ущерба безопасности личности, общества и государства либо собственной безопасности органов, осуществляющих такую деятельность; заведомо незаконное привлечение военнослужащего к дисциплинарной или материальной ответственности; нарушение командиром (начальником) требований безопасности военной службы, приведшее к гибели или нетрудоспособности, в том числе временной, военнослужащего и (или) гражданина, призванного на военные сборы.".</w:t>
      </w:r>
    </w:p>
    <w:p>
      <w:r>
        <w:rPr>
          <w:b/>
        </w:rPr>
        <w:t>Статья 3</w:t>
      </w:r>
    </w:p>
    <w:p>
      <w:r>
        <w:t>Пункт 2 статьи 39 Федерального закона от 28 марта 1998 года № 53-ФЗ "О воинской обязанности и военной службе" (в редакции настоящего Федерального закона) в части предоставления соответствующих полномочий федеральным государственным органам, в которых Федеральным законом от 28 марта 1998 года № 53-ФЗ "О воинской обязанности и военной службе" предусмотрена военная служба, применяется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