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None. Федеральный закон   от 15.02.2016 № 31-ФЗ</w:t>
      </w:r>
    </w:p>
    <w:p>
      <w:r>
        <w:t>О внесении изменений в статью 11 Федерального закона "О защите населения и территорий от чрезвычайных ситуаций природного и техногенного характера" РОССИЙСКАЯ ФЕДЕРАЦИЯ ФЕДЕРАЛЬНЫЙ ЗАКОН О внесении изменений в статью 11 Федерального закона "О защите населения и территорий от чрезвычайных ситуаций природного и техногенного характера" Принят Государственной Думой 26 января 2016 года Одобрен Советом Федерации 10 февраля 2016 года Внести в статью 11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2006, № 50, ст. 5284; 2011, № 1, ст. 24; 2012, № 14, ст. 1549; 2013, № 7, ст. 610; № 27, ст. 3450; 2014, № 42, ст. 5615; 2015, № 18, ст. 2622; 2016, № 1, ст. 68) следующие изменения</w:t>
      </w:r>
    </w:p>
    <w:p>
      <w:r>
        <w:t>в подпункте "н" пункта 1 слова "пунктом 3" заменить словами "пунктом 8"</w:t>
      </w:r>
    </w:p>
    <w:p>
      <w:r>
        <w:t>в подпункте "к" пункта 2 слова "пунктом 3" заменить словами "пунктом 8". Президент Российской Федерации В.Путин Москва, Кремль 15 февраля 2016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