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архивном деле в Российской Федерации"</w:t>
      </w:r>
    </w:p>
    <w:p>
      <w:r>
        <w:rPr>
          <w:b/>
        </w:rPr>
        <w:t>Статья None. Федеральный закон   от 02.03.2016 № 43-ФЗ</w:t>
      </w:r>
    </w:p>
    <w:p>
      <w:r>
        <w:t>О внесении изменений в Федеральный закон "Об архивном деле в Российской Федерации" РОССИЙСКАЯ ФЕДЕРАЦИЯ ФЕДЕРАЛЬНЫЙ ЗАКОН О внесении изменений в Федеральный закон "Об архивном деле в Российской Федерации" Принят Государственной Думой 17 февраля 2016 года Одобрен Советом Федерации 26 февраля 2016 года 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4169; 2013, № 7, ст. 611; 2014, № 40, ст. 5320) следующие изменения: 1) в подпункте "б" пункта 4 статьи 22 слова "документов по личному составу," исключить; 2) дополнить статьей 22 1 следующего содержания: "Статья 22 1 . Сроки временного хранения документов по личному составу 1. Документы по личному составу (за исключением документов, указанных в части 3 настоящей статьи), созданные до 2003 года, хранятся: 1) в государственных органах, органах местного самоуправления и организациях, выступающих источниками комплектования государственных и муниципальных архивов архивными документами, - в течение 75 лет со дня создания с проведением экспертизы ценности документов после истечения указанного срока хранения; 2) в государственных и муниципальных архивах, в которые поступают документы по личному составу ликвидированных государственных органов, органов местного самоуправления, государственных, муниципальных и негосударственных организаций, - с даты поступления и до истечения 75 лет со дня создания с проведением экспертизы ценности документов после истечения указанного срока хранения; 3) в иных организациях - не менее 75 лет со дня создания.</w:t>
      </w:r>
    </w:p>
    <w:p>
      <w:r>
        <w:rPr>
          <w:b/>
        </w:rPr>
        <w:t xml:space="preserve">2. </w:t>
      </w:r>
      <w:r>
        <w:t>Документы по личному составу (за исключением документов, указанных в части 3 настоящей статьи), созданные начиная с 2003 года, хранятся</w:t>
      </w:r>
    </w:p>
    <w:p>
      <w:r>
        <w:rPr>
          <w:b/>
        </w:rPr>
        <w:t xml:space="preserve">3. </w:t>
      </w:r>
      <w:r>
        <w:t>Документы по личному составу, образовавшиеся в связи с прохождением гражданами государственной службы, не являющейся государственной гражданской службой, хранятся</w:t>
      </w:r>
    </w:p>
    <w:p>
      <w:r>
        <w:rPr>
          <w:b/>
        </w:rPr>
        <w:t xml:space="preserve">2. </w:t>
      </w:r>
      <w:r>
        <w:t>в государственных органах, органах местного самоуправления и организациях, выступающих источниками комплектования государственных и муниципальных архивов архивными документами, - в течение 50 лет со дня создания с проведением экспертизы ценности документов после истечения указанного срока хранения</w:t>
      </w:r>
    </w:p>
    <w:p>
      <w:r>
        <w:rPr>
          <w:b/>
        </w:rPr>
        <w:t xml:space="preserve">2. </w:t>
      </w:r>
      <w:r>
        <w:t>в государственных и муниципальных архивах, в которые поступают документы по личному составу ликвидированных государственных органов, органов местного самоуправления, государственных, муниципальных и негосударственных организаций, - с даты поступления и до истечения 50 лет со дня создания с проведением экспертизы ценности документов после истечения указанного срока хранения</w:t>
      </w:r>
    </w:p>
    <w:p>
      <w:r>
        <w:rPr>
          <w:b/>
        </w:rPr>
        <w:t xml:space="preserve">2. </w:t>
      </w:r>
      <w:r>
        <w:t>в иных организациях - не менее 50 лет со дня создания</w:t>
      </w:r>
    </w:p>
    <w:p>
      <w:r>
        <w:rPr>
          <w:b/>
        </w:rPr>
        <w:t xml:space="preserve">3. </w:t>
      </w:r>
      <w:r>
        <w:t>в государственных органах, в которых граждане проходили государственную службу, не являющуюся государственной гражданской службой, - в течение 75 лет после прекращения государственной службы с проведением экспертизы ценности документов после истечения указанного срока хранения</w:t>
      </w:r>
    </w:p>
    <w:p>
      <w:r>
        <w:rPr>
          <w:b/>
        </w:rPr>
        <w:t xml:space="preserve">3. </w:t>
      </w:r>
      <w:r>
        <w:t>в государственных архивах, в которые поступают документы по личному составу ликвидированных государственных органов, указанных в пункте 1 настоящей части, - с даты поступления и до истечения 75 лет с даты прекращения государственной службы с проведением экспертизы ценности документов после истечения указанного срока хранения.". Президент Российской Федерации В.Путин Москва, Кремль 2 марта 2016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