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w:t>
      </w:r>
    </w:p>
    <w:p>
      <w:r>
        <w:rPr>
          <w:b/>
        </w:rPr>
        <w:t>Статья 1</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2003, № 2, ст. 167; 2004, № 35, ст. 3607; 2007, № 7, ст. 833; 2009, № 1, ст. 17; № 26, ст. 3121; № 52, ст. 6441; 2010, № 32, ст. 4298; 2011, № 27, ст. 3880; 2012, № 19, ст. 2281; 2015, № 27, ст. 3946) следующие изменения</w:t>
      </w:r>
    </w:p>
    <w:p>
      <w:r>
        <w:t>в статье 1: а) абзац двадцать пятый изложить в следующей редакции: "экстренная помощь - действия по организации перевозки туриста из страны временного пребывания (оплата услуг по перевозке) и (или) иные действия (в том числе оплата услуг по размещению), осуществляемые объединением туроператоров в сфере выездного туризма в соответствии с настоящим Федеральным законом в связи с неисполнением туроператором обязательств по договору о реализации туристского продукта в части неоказания полностью или частично туристу входящих в него услуг по перевозке и (или) размещению;"; б) дополнить абзацами следующего содержания: "электронная путевка - документ, сформированный на основе договора о реализации туристского продукта туроператором или турагентом в форме электронного документа с учетом особенностей, определенных настоящим Федеральным законом; туризм детский - туризм организованной группы несовершеннолетних туристов в сопровождении руководителя, который несет обязанности их законного представителя; система навигации и ориентирования в сфере туризма - совокупность необходимой для ориентирования туристов информации о туристских ресурсах и об объектах туристской индустрии и средств размещения такой информации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туристский информационный центр - организация, осуществляющая деятельность по информированию физических лиц о туристских ресурсах и об объектах туристской индустрии, а также продвижению туристских продуктов на внутреннем и мировом туристских рынках."</w:t>
      </w:r>
    </w:p>
    <w:p>
      <w:r>
        <w:t>дополнить статьей 31 следующего содержания: "Статья 31. Полномочия органов государственной власти Российской Федерации в сфере туризма К полномочиям органов государственной власти Российской Федерации в сфере туризма относятся: выработка и реализация государственной политики в сфере туризма, в том числе формирование правовых основ единого туристского рынка в Российской Федерации, определение приоритетных направлений развития туризма в Российской Федерации; разработка, утверждение (одобрение) и реализация документов стратегического планирования в сфере туризма по вопросам, отнесенным к ведению Российской Федерации; создание и обеспечение благоприятных условий для развития туристской индустрии в Российской Федерации; установление порядка оказания услуг по реализации туристского продукта; установление порядка и условий оказания экстренной помощи туристам; установление порядка и условий финансирования расходов на оказание экстренной помощи туристам из резервного фонда объединения туроператоров в сфере выездного туризма (далее также - резервный фонд); установление требований к критериям отбора кредитных организаций, в которых допускается размещение средств резервного фонда, фондов персональной ответственности туроператоров в сфере выездного туризма (далее также - фонд персональной ответственности туроператора); формирование и ведение единого федерального реестра туроператоров; установление порядка осуществления классификации объектов туристской индустрии, включающих гостиницы и иные средства размещения, горнолыжные трассы, пляжи; установление порядка проведения аккредитации организаций, осуществляющих классификацию объектов туристской индустрии, включающих гостиницы и иные средства размещения, горнолыжные трассы, пляжи; утверждение правил профессиональной деятельности, регулирующих порядок осуществления объединением туроператоров в сфере выездного туризма и его членами функций, связанных с формированием и использованием резервного фонда; разработка национальных стандартов Российской Федерации в сфере туризма, профессиональных стандартов; обеспечение безопасности туризма, защита прав и законных интересов туристов на территории Российской Федерации и за пределами ее территории; информирование туроператоров, турагентов и туристов (экскурсантов) об угрозе безопасности туристов (экскурсантов) в стране (месте) временного пребывания; информационное обеспечение туризма, включая содействие в создании и функционировании туристских информационных центров, систем навигации и ориентирования в сфере туризма; содействие в создании и обеспечении благоприятных условий для беспрепятственного доступа туристов (экскурсантов) к туристским ресурсам, находящимся на территориях субъектов Российской Федерации, и средствам связи, а также получения медицинской, правовой и иных видов неотложной помощи; организация и проведение мероприятий по продвижению туристских продуктов в сфере внутреннего туризма и въездного туризма на внутреннем и мировом туристских рынках; организация проведения научных исследований в сфере туризма; содействие в организации профессионального обучения по программам подготовки специалистов в сфере туризма в соответствии с законодательством Российской Федерации; учреждение государственных наград Российской Федерации, премий и других форм поощрения Российской Федерации в сфере туризма; разработка и утверждение форм статистической отчетности, применяемых в сфере туризма; организация и проведение всероссийских и межрегиональных мероприятий, направленных на поддержку приоритетных направлений развития туризма, в том числе на развитие внутреннего туризма, въездного туризма, социального туризма, детского туризма и самодеятельного туризма (далее - мероприятия в сфере туризма), утверждение и реализация календарного плана мероприятий в сфере туризма; осуществление взаимодействия с некоммерческими организациями, осуществляющими деятельность в сфере туризма, включая объединение туроператоров в сфере выездного туризма, в том числе по приоритетным направлениям развития туризма, вопросам обеспечения безопасности туризма, защиты прав и законных интересов туристов; осуществление взаимодействия с иностранными государствами, международными организациями в сфере туризма, в том числе через представительства уполномоченного Правительством Российской Федерации федерального органа исполнительной власти за пределами Российской Федерации; участие в организации международных мероприятий в сфере туризма; координация деятельности по реализации межправительственных соглашений в сфере туризма; разработка и организация реализации комплекса мер по организации экскурсий и путешествий с культурно-познавательными целями для обучающихся в общеобразовательных организациях; иные установленные настоящим Федеральным законом, другими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полномочия."</w:t>
      </w:r>
    </w:p>
    <w:p>
      <w:r>
        <w:t>дополнить статьей 32 следующего содержания: "Статья 32. Полномочия органов государственной власти субъектов Российской Федерации по созданию благоприятных условий для развития туризма в субъектах Российской Федерации К полномочиям органов государственной власти субъектов Российской Федерации по созданию благоприятных условий для развития туризма в субъектах Российской Федерации относятся: определение основных задач в сфере туризма и приоритетных направлений развития туризма в субъектах Российской Федерации; разработка, утверждение (одобрение) и реализация документов стратегического планирования в сфере туризма по вопросам, отнесенным к полномочиям субъектов Российской Федерации; создание благоприятных условий для развития туристской индустрии в субъектах Российской Федерации; создание и обеспечение благоприятных условий для беспрепятственного доступа туристов (экскурсантов) к туристским ресурсам, находящимся на территориях субъектов Российской Федерации, и средствам связи, а также получения медицинской, правовой и иных видов неотложной помощи; реализация мер по созданию системы навигации и ориентирования в сфере туризма на территориях субъектов Российской Федерации; (Утратил силу - Федеральный закон от 05.02.2018 № 16-ФЗ) (Утратил силу - Федеральный закон от 05.02.2018 № 16-ФЗ) содействие в продвижении туристских продуктов соответствующего субъекта Российской Федерации на внутреннем и мировом туристских рынках; реализация мер по поддержке приоритетных направлений развития туризма в субъектах Российской Федерации, в том числе социального туризма, детского туризма и самодеятельного туризма; реализация комплекса мер по организации экскурсий и путешествий с культурно-познавательными целями для обучающихся в общеобразовательных организациях; организация и проведение мероприятий в сфере туризма на региональном и межмуниципальном уровне; участие в реализации межправительственных соглашений в сфере туризма; участие в информационном обеспечении туризма, создание в субъектах Российской Федерации туристских информационных центров и обеспечение их функционирования; иные установленные настоящим Федеральным законом, другими федеральными законами полномочия. Органы государственной власти субъектов Российской Федерации в сфере туризма вправе: участвовать в реализации государственной политики в сфере туризма; участвовать в реализации стратегий развития туризма, государственных программ Российской Федерации, федеральных целевых и иных программ развития туризма; участвовать в организации и проведении международных мероприятий в сфере туризма, мероприятий в сфере туризма на всероссийском и межрегиональном уровне; участвовать в организации профессионального обучения по программам подготовки специалистов в сфере туризма в соответствии с законодательством Российской Федерации; участвовать в организации проведения научных исследований в сфере туризма; осуществлять взаимодействие с некоммерческими организациями, осуществляющими деятельность в сфере туризма, включая объединение туроператоров в сфере выездного туризма, в том числе по приоритетным направлениям развития туризма, вопросам обеспечения безопасности туризма, защиты прав и законных интересов туристов; оказывать содействие в определении приоритетных направлений развития туризма, в том числе путем поддержки развития объектов туристской индустрии на территориях муниципальных образований."</w:t>
      </w:r>
    </w:p>
    <w:p>
      <w:r>
        <w:t>дополнить статьей 33 следующего содержания: "Статья 33. Права органов местного самоуправления по созданию благоприятных условий для развития туризма К правам органов местного самоуправления по созданию благоприятных условий для развития туризма относятся: реализация мер по развитию приоритетных направлений развития туризма на территориях муниципальных образований, в том числе социального туризма, детского туризма и самодеятельного туризма; содействие созданию благоприятных условий для беспрепятственного доступа туристов (экскурсантов) к туристским ресурсам, находящимся на территориях муниципальных образований, и средствам связи, а также получения медицинской, правовой и иных видов неотложной помощи; организация и проведение мероприятий в сфере туризма на муниципальном уровне; участие в организации и проведении международных мероприятий в сфере туризма, мероприятий в сфере туризма на всероссийском, межрегиональном, региональном и межмуниципальном уровне; содействие в создании и функционировании туристских информационных центров на территориях муниципальных образований."</w:t>
      </w:r>
    </w:p>
    <w:p>
      <w:r>
        <w:t>часть вторую статьи 4 изложить в следующей редакции: "Приоритетными направлениями государственного регулирования туристской деятельности являются поддержка и развитие внутреннего туризма, въездного туризма, социального туризма, детского туризма и самодеятельного туризма."</w:t>
      </w:r>
    </w:p>
    <w:p>
      <w:r>
        <w:t>статью 41 изложить в следующей редакции: "Статья 41. Условия осуществления туроператорской деятельности В целях защиты прав и законных интересов граждан и юридических лиц осуществление туроператорской деятельности на территории Российской Федерации допускается юридическим лицом при наличии у него договора или договоров страхования гражданской ответственности за неисполнение обязательств по договору о реализации туристского продукта и (или) банковской гарантии или банковских гарантий исполнения обязательств по договору о реализации туристского продукта (далее также - финансовое обеспечение ответственности туроператора), если иное не установлено настоящей статьей, и при условии соответствия лиц, занимающих должности руководителя туроператора, его заместителя, главного бухгалтера, иного должностного лица, на которое возлагается ведение бухгалтерского учета туроператора (далее - должностное лицо туроператора), требованиям, установленным частью третьей настоящей статьи. Туроператоры, осуществляющие деятельность в сфере выездного туризма, должны быть также членами объединения туроператоров в сфере выездного туризма, действующего в соответствии с настоящим Федеральным законом, и иметь фонд персональной ответственности туроператора в соответствии с настоящим Федеральным законом. Должностное лицо туроператора должно соответствовать следующим требованиям: отсутствие неснятой или непогашенной судимости за какое-либо умышленное преступление; отсутствие факта совершения им более трех раз в течение одного года, предшествовавшего дню подачи в уполномоченный федеральный орган исполнительной власти документов для внесения сведений о туроператоре в реестр, правонарушений в сфере туристской деятельности, ответственность за которые предусмотрена Кодексом Российской Федерации об административных правонарушениях; отсутствие дисквалификации должностного лица туроператора на день, предшествовавший дню подачи в уполномоченный федеральный орган исполнительной власти документов для внесения сведений о туроператоре в реестр; отсутствие факта замещения должности руководителя туроператора, его заместителя, главного бухгалтера или иного должностного лица, на которое возлагается ведение бухгалтерского учета туроператора, в течение 12 месяцев, предшествовавших дню исключения сведений о туроператоре из реестра по основаниям, предусмотренным абзацами четвертым, шестым - тринадцатым части пятнадцатой статьи 42 настоящего Федерального закона и абзацами третьим и пятым части пятой статьи 111 настоящего Федерального закона. Перечень документов, подтверждающих соответствие должностного лица туроператора требованиям, установленным частью третьей настоящей статьи, и порядок представления этих документов в уполномоченный федеральный орган исполнительной власти для внесения в реестр утверждаются Правительством Российской Федерации. Финансовое обеспечение ответственности туроператора не требуется для: организации, осуществляющей экскурсионное обслуживание на территории Российской Федерации в течение не более 24 часов подряд; государственного и муниципального унитарных предприятий, а также государственного и муниципального учреждений, осуществляющих деятельность по организации путешествий в пределах территории Российской Федерации в целях решения социальных задач; туроператора, осуществляющего деятельность в сфере выездного туризма и имеющего сформированный в соответствии со статьей 116 настоящего Федерального закона фонд персональной ответственности туроператора в размере не менее семи процентов от общей цены туристского продукта в сфере выездного туризма за предыдущий год. На территории Российской Федерации реализацию туристского продукта, сформированного иностранным юридическим лицом, индивидуальным предпринимателем либо организацией, не являющейся юридическим лицом в соответствии с законодательством иностранного государства (далее - иностранный туроператор), вправе осуществлять юридические лица, имеющие финансовое обеспечение ответственности туроператора, полученное в порядке и на условиях, которые предусмотрены настоящим Федеральным законом. Требования, предъявляемые в соответствии с настоящим Федеральным законом к осуществлению туроператорской деятельности, также применяются в отношении юридических лиц, реализующих на территории Российской Федерации туристский продукт, сформированный иностранным туроператором. Запрещается осуществление туроператорской деятельности юридическим лицом, сведения о котором отсутствуют в едином федеральном реестре туроператоров, а также осуществление туроператором туроператорской деятельности в определенной сфере туризма (въездной туризм, выездной туризм, внутренний туризм), сведения о которой в отношении такого туроператора отсутствуют в едином федеральном реестре туроператоров. В случае невозможности исполнения туроператором всех обязательств по заключенным договорам о реализации туристского продукта туроператор обязан прекратить заключение новых договоров о реализации туристского продукта, в том числе обеспечить прекращение их заключения турагентами, реализующими туристский продукт, сформированный таким туроператором, направить информацию о прекращении туроператорской деятельности по причине невозможности исполнения обязательств по договорам о реализации туристского продукта в уполномоченный федеральный орган исполнительной власти, в объединение туроператоров в сфере выездного туризма (в случае осуществления туроператорской деятельности в сфере выездного туризма), в организацию, предоставившую туроператору финансовое обеспечение ответственности туроператора, а также разместить эту информацию на своем официальном сайте в информационно-телекоммуникационной сети "Интернет". Прекращение туроператором туроператорской деятельности по причине невозможности исполнения всех обязательств по договорам о реализации туристского продукта не освобождает туроператора от обязанности обеспечить туристам оказание входящих в туристский продукт услуг по заключенным договорам о реализации туристского продукта."</w:t>
      </w:r>
    </w:p>
    <w:p>
      <w:r>
        <w:t>дополнить статьей 42 следующего содержания: "Статья 42. Единый федеральный реестр туроператоров В единый федеральный реестр туроператоров вносятся следующие сведения о туроператоре: полное и сокращенное наименования туроператора на русском языке; если в учредительном документе туроператора его наименование указано на одном из языков народов Российской Федерации и (или) на иностранном языке, также наименование туроператора на этом языке; адрес, место нахождения туроператора; сведения об учредителях туроператора; основной государственный регистрационный номер туроператора; идентификационный номер налогоплательщика; фамилия, имя и отчество (в случае, если имеется) руководителя туроператора; размер финансового обеспечения ответственности туроператора, номер, дата и срок действия каждого договора страхования гражданской ответственности за неисполнение туроператором обязательств по договору о реализации туристского продукта (далее - договор страхования ответственности туроператора) и (или) номер, дата и срок действия каждой банковской гарантии исполнения обязательств по договору о реализации туристского продукта (далее - банковская гарантия), наименования, адреса, места нахождения организаций, предоставивших финансовое обеспечение ответственности туроператора (за исключением туроператоров, указанных в части пятой статьи 41 настоящего Федерального закона); сфера туризма, в которой осуществляется туроператорская деятельность (въездной туризм, выездной туризм, внутренний туризм); адреса, места нахождения структурных подразделений туроператора; адрес официального сайта туроператора в информационно-телекоммуникационной сети "Интернет". В отношении туроператоров, осуществляющих деятельность в сфере выездного туризма, в реестр также вносятся сведения: об общей цене туристского продукта в сфере выездного туризма за год, под которой понимается по данным отчетности, указанной в статье 177 настоящего Федерального закона, общая цена туристского продукта в сфере выездного туризма, реализованного туроператором или турагентом туристу либо иному заказчику туристского продукта в предыдущем году (далее - общая цена туристского продукта в сфере выездного туризма). Юридическое лицо, реализующее на территории Российской Федерации туристский продукт, сформированный иностранным туроператором, при определении общей цены туристского продукта в сфере выездного туризма учитывает цену туристского продукта, реализованного им и сформированного иностранным туроператором; о членстве туроператора, осуществляющего деятельность в сфере выездного туризма, в объединении туроператоров в сфере выездного туризма; о размере уплаченного взноса в резервный фонд; о количестве туристов в сфере выездного туризма за год, определяемом как итоговое количество туристов, которым в течение предыдущего года туроператором оказаны услуги в сфере выездного туризма по каждому договору о реализации туристского продукта, заключенному туроператором или турагентом с туристом и (или) иным заказчиком туристского продукта. Туроператор, реализующий на территории Российской Федерации туристский продукт, сформированный иностранным туроператором, при определении количества туристов в сфере выездного туризма за год учитывает тех туристов, которым иностранным туроператором оказаны услуги по договору о реализации такого туристского продукта; о фактическом размере фонда персональной ответственности туроператора, под которым понимается объем денежных средств, накопленных в фонде персональной ответственности туроператора по состоянию на 31 декабря отчетного года; о размере ежегодного взноса, перечисленного туроператором в фонд персональной ответственности туроператора в отчетном году. Реестр является федеральной информационной системой, содержащей зафиксированные на материальном носителе сведения в соответствии с законодательством Российской Федерации об информации, информационных технологиях и о защите информации. Ведение реестра осуществляется уполномоченным федеральным органом исполнительной власти на бумажном и электронном носителях. Ведение реестра на электронном носителе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реестра с иными федеральными информационными системами и информационно-телекоммуникационными сетями. Сведения о туроператоре вносятся в реестр на основании представляемого в уполномоченный федеральный орган исполнительной власти и содержащего сведения, подлежащие внесению в реестр, заявления юридического лица, намеревающегося осуществлять туроператорскую деятельность. Указанное заявление составляется в письменной форме и удостоверяется подписью руководителя юридического лица, намеревающегося осуществлять туроператорскую деятельность, или иного лица, уполномоченного представлять такое юридическое лицо. При этом руководитель юридического лица, намеревающегося осуществлять туроператорскую деятельность, или иное лицо, уполномоченное представлять такое юридическое лицо, указывает данные своего паспорта, а при его отсутствии иного документа, удостоверяющего личность в соответствии с законодательством Российской Федерации. Сведения о туроператоре, указанные в заявлении юридического лица, намеревающегося осуществлять туроператорскую деятельность, и подлежащие внесению в реестр в соответствии с абзацами вторым - седьмым части первой настоящей статьи, проверяются уполномоченным федеральным органом исполнительной власти посредством направления соответствующего межведомственного запроса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и федеральный орган исполнительной власти, осуществляющий функции по контролю и надзору за соблюдением законодательства о налогах и сборах. Для подтверждения сведений, указанных в заявлении юридического лица, намеревающегося осуществлять туроператорскую деятельность, и подлежащих внесению в реестр в соответствии с абзацем восьмым части первой настоящей статьи, предоставляются договор или договоры страхования ответственности туроператора и (или) банковская гарантия либо нотариально засвидетельствованная копия каждого из указанных документов с приложением копий документов, подтверждающих факт оплаты стоимости финансового обеспечения ответственности туроператора, а в случае осуществления деятельности в сфере выездного туризма также документы, подтверждающие уплату взносов в резервный фонд и фонд персональной ответственности туроператора. Заявление юридического лица, намеревающегося осуществлять туроператорскую деятельность, и иные указанные в настоящей статье документы могут быть представлены в форме электронных документов. Порядок представления электронных документов устанавливается уполномоченным федеральным органом исполнительной власти. Уполномоченный федеральный орган исполнительной власти не позднее 10 рабочих дней со дня поступления заявления юридического лица, намеревающегося осуществлять туроператорскую деятельность, с приложением всех необходимых документов принимает решение о внесении сведений о туроператоре в реестр либо об отказе во внесении в реестр этих сведений. Указанные решения оформляются соответствующим актом уполномоченного федерального органа исполнительной власти. За рассмотрение заявления юридического лица, намеревающегося осуществлять туроператорскую деятельность, о внесении сведений о нем в реестр и за внесение этих сведений в реестр плата не взимается. Уведомление о решении, принятом уполномоченным федеральным органом исполнительной власти и содержащем основания для отказа во внесении сведений о туроператоре в реестр, не позднее дня, следующего за днем принятия такого решения, направляется юридическому лицу, намеревающемуся осуществлять туроператорскую деятельность, с уведомлением о вручении либо вручается под расписку руководителю юридического лица или иному уполномоченному представлять юридическое лицо лицу. Основанием для отказа во внесении сведений о туроператоре в реестр является: представление недостоверных сведений о туроператоре; несоответствие имеющегося у туроператора финансового обеспечения ответственности туроператора требованиям, предусмотренным настоящим Федеральным законом; отсутствие фонда персональной ответственности туроператора или несоответствие размера ежегодного взноса туроператора в фонд персональной ответственности туроператора требованиям, предусмотренным настоящим Федеральным законом (для туроператоров, осуществляющих деятельность в сфере выездного туризма); непредставление сведений о членстве туроператора, осуществляющего деятельность в сфере выездного туризма, в объединении туроператоров в сфере выездного туризма (для туроператоров, осуществляющих деятельность в сфере выездного туризма); несоответствие должностного лица туроператора требованиям, определенным частью третьей статьи 41 настоящего Федерального закона. Уполномоченный федеральный орган исполнительной власти размещает на своем официальном сайте в информационно-телекоммуникационной сети "Интернет" содержащиеся в реестре следующие сведения о туроператоре: полное и сокращенное наименования туроператора; адрес, место нахождения туроператора; идентификационный номер налогоплательщика; размер финансового обеспечения ответственности туроператора, номер, дата и срок действия каждого договора страхования ответственности туроператора и (или) номер, дата и срок действия каждой банковской гарантии, наименование, адрес, место нахождения каждой организации, предоставившей финансовое обеспечение ответственности туроператора (за исключением туроператоров, указанных в части пятой статьи 41 настоящего Федерального закона); сфера туризма, в которой осуществляется туроператорская деятельность (въездной туризм, выездной туризм, внутренний туризм); адреса, места нахождения структурных подразделений туроператора, осуществляющих туроператорскую деятельность; адрес официального сайта в информационно-телекоммуникационной сети "Интернет". В отношении туроператора, осуществляющего деятельность в сфере выездного туризма, уполномоченный федеральный орган исполнительной власти также размещает на своем официальном сайте в информационно-телекоммуникационной сети "Интернет" содержащиеся в реестре сведения: об общей цене туристского продукта в сфере выездного туризма; о членстве туроператора, осуществляющего деятельность в сфере выездного туризма, в объединении туроператоров в сфере выездного туризма; о количестве туристов в сфере выездного туризма за предыдущий год; о размере уплаченного взноса в резервный фонд; о фактическом размере фонда персональной ответственности туроператора; о размере ежегодного взноса, перечисленного туроператором в фонд персональной ответственности туроператора в отчетном году. Уполномоченный федеральный орган исполнительной власти также размещает на своем официальном сайте в информационно-телекоммуникационной сети "Интернет" сведения об объединении туроператоров в сфере выездного туризма (адрес, место нахождения данного объединения, адрес официального сайта в информационно-телекоммуникационной сети "Интернет", способы связи с данным объединением (номера телефонов, факсов, адрес электронной почты) и другие сведения. При изменении сведений о туроператоре, внесенных в реестр, туроператор не позднее десяти дней со дня изменения сведений обязан уведомить об этом в письменной форме уполномоченный федеральный орган исполнительной власти. Подтверждение достоверности таких изменений осуществляется в порядке, установленном частью четвертой настоящей статьи. Документы, подтверждающие достоверность таких изменений, могут быть представлены в форме электронных документов. Уполномоченный федеральный орган исполнительной власти не позднее трех рабочих дней со дня поступления уведомления туроператора об изменении сведений о туроператоре, внесенных в реестр, с приложением всех необходимых документов принимает решение о внесении в реестр изменений в сведения о туроператоре либо об отказе во внесении в реестр этих изменений. Внесенные в реестр изменения в сведения о туроператоре размещаются уполномоченным федеральным органом исполнительной власти на своем официальном сайте в информационно-телекоммуникационной сети "Интернет". Иные сведения о туроператоре, содержащиеся в реестре, предоставляются по письменным запросам государственных органов и органов местного самоуправления. Уполномоченный федеральный орган исполнительной власти не позднее 15 рабочих дней со дня внесения сведений о туроператоре в реестр направляет туроператору почтовым отправлением свидетельство о внесении таких сведений в реестр. Форма свидетельства и порядок его выдачи устанавливаются уполномоченным федеральным органом исполнительной власти. Уполномоченный федеральный орган исполнительной власти исключает сведения о туроператоре из реестра в случае: ликвидации туроператора - со дня, следующего за днем, когда уполномоченному федеральному органу исполнительной власти стало известно о внесении в единый государственный реестр юридических лиц записи о нахождении туроператора в процессе ликвидации, либо со дня, следующего за днем опубликования решения о предстоящем исключении туроператора из единого государственного реестра юридических лиц; прекращения деятельности туроператора в результате его реорганизации (за исключением реорганизации в форме преобразования) - со дня, следующего за днем, когда уполномоченному федеральному органу исполнительной власти стало известно о завершении реорганизации туроператора; непредставления туроператором сведений о наличии у него финансового обеспечения ответственности туроператора на новый срок (за исключением туроператоров, указанных в части пятой статьи 41 настоящего Федерального закона) - со дня, следующего за днем истечения установленного статьей 173 настоящего Федерального закона срока представления сведений о наличии финансового обеспечения ответственности туроператора на новый срок; получения от туроператора, объединения туроператоров в сфере выездного туризма или организации, предоставившей туроператору финансовое обеспечение ответственности туроператора, информации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 со дня, следующего за днем, когда уполномоченному федеральному органу исполнительной власти стало известно от туроператора, объединения туроператоров в сфере выездного туризма или организации, предоставившей туроператору финансовое обеспечение ответственности туроператора, о прекращении туроператорской деятельности; нарушения туроператором требований к размеру финансового обеспечения ответственности туроператора (за исключением туроператоров, указанных в части пятой статьи 41 настоящего Федерального закона) - со дня, следующего за днем, когда уполномоченному федеральному органу исполнительной власти стало известно о таком нарушении; выявления недостоверных сведений о соответствии должностных лиц туроператора требованиям, определенным частью третьей статьи 41 настоящего Федерального закона, - со дня, следующего за днем, когда уполномоченным федеральным органом исполнительной власти были выявлены такие недостоверные сведения; нарушения существенных условий договора перевозки, включая договор фрахтования, заключенного между туроператором и перевозчиком, - со дня, следующего за днем, когда уполномоченному федеральному органу исполнительной власти стало известно о таком нарушении; непредставления туроператором в случае отзыва у организации, ранее предоставившей туроператору финансовое обеспечение ответственности туроператора, лицензии на осуществление страхования или лицензии на осуществление банковских операций либо признания такой организации несостоятельной (банкротом) в соответствии с законодательством Российской Федерации, а также в случае досрочного расторжения договора страхования ответственности туроператора либо отзыва банковской гарантии документа, подтверждающего наличие у него финансового обеспечения ответственности туроператора (за исключением туроператоров, указанных в части пятой статьи 41 настоящего Федерального закона), - не позднее десяти календарных дней со дня, следующего за днем, когда истек срок представления туроператором такого документа; представления туроператором заявления о прекращении туроператорской деятельности во всех сферах туризма либо в определенной сфере туризма - со дня, следующего за днем представления соответствующего заявления; исключения туроператора, осуществляющего деятельность в сфере выездного туризма, из членов объединения туроператоров в сфере выездного туризма - со дня, следующего за днем представления объединением туроператоров в сфере выездного туризма в соответствии со статьей 111 настоящего Федерального закона соответствующей информации; непредставления туроператором, осуществляющим деятельность в сфере выездного туризма, годовой бухгалтерской (финансовой) отчетности - со дня, следующего за днем истечения установленного уполномоченным федеральным органом исполнительной власти срока представления указанной отчетности; непредставления туроператором, осуществляющим деятельность в сфере выездного туризма, отчетности, указанной в статье 177 настоящего Федерального закона (за исключением годовой бухгалтерской (финансовой) отчетности), - со дня, следующего за днем истечения установленного уполномоченным федеральным органом исполнительной власти срока представления указанной отчетности; непредставления туроператором, осуществляющим деятельность в сфере выездного туризма, сведений о количестве туристов в сфере выездного туризма за предыдущий год либо сведений о размере уплаченного взноса в резервный фонд и (или) о наличии у туроператора фонда персональной ответственности туроператора - со дня, следующего за днем истечения срока представления соответствующих сведений; выявления недостоверных сведений, представленных туроператором, осуществляющим деятельность в сфере выездного туризма, в уполномоченный федеральный орган исполнительной власти для внесения изменений в сведения о туроператоре, которые содержатся в реестре (в том числе в сведения об общей цене туристского продукта в сфере выездного туризма за предыдущий год) и которые привели к снижению размера финансового обеспечения ответственности туроператора, установленного настоящим Федеральным законом, - со дня, следующего за днем, когда уполномоченным федеральным органом исполнительной власти были выявлены такие недостоверные сведения. В случаях, указанных в абзацах втором - девятом части пятнадцатой настоящей статьи, из реестра исключаются все сведения о туроператоре. В случаях, указанных в абзацах одиннадцатом - пятнадцатом части пятнадцатой настоящей статьи, в отношении туроператора, осуществляющего деятельность только в сфере выездного туризма, из реестра исключаются все сведения о туроператоре, а в отношении туроператора, осуществляющего туроператорскую деятельность в нескольких сферах туризма (выездной и внутренний туризм, выездной и въездной туризм, выездной, въездной и внутренний туризм), из реестра исключаются сведения о сфере выездного туризма и остальные сведения о туроператоре, связанные с осуществлением им деятельности в сфере выездного туризма. В случае представления туроператором заявления о прекращении туроператорской деятельности во всех сферах туризма из реестра исключаются все сведения о туроператоре, а в случае представления туроператором заявления о прекращении туроператорской деятельности в определенной сфере туризма из реестра в отношении такого туроператора исключаются сведения об указанной в заявлении сфере туризма и остальные сведения о туроператоре, связанные с осуществлением им деятельности в указанной в заявлении сфере туризма. Решение об исключении соответствующих сведений о туроператоре из реестра оформляется актом уполномоченного федерального органа исполнительной власти. Указанное решение должно быть мотивировано. Уведомление о принятии уполномоченным федеральным органом исполнительной власти решения, содержащего основания для исключения соответствующих сведений о туроператоре из реестра, не позднее дня, следующего за днем принятия решения, направляется туроператору с уведомлением о вручении либо вручается под расписку руководителю туроператора или иному уполномоченному представлять туроператора лицу. Решение об исключении соответствующих сведений о туроператоре из реестра вступает в силу со дня его принятия. Уполномоченный федеральный орган исполнительной власти не позднее трех дней со дня принятия указанного решения размещает его на своем официальном сайте в информационно-телекоммуникационной сети "Интернет". Решение об исключении соответствующих сведений о туроператоре из реестра может быть обжаловано в суд."</w:t>
      </w:r>
    </w:p>
    <w:p>
      <w:r>
        <w:t>статью 5 дополнить частями третьей и четвертой следующего содержания: "Аккредитация организаций, осуществляющих классификацию объектов туристской индустрии, включающих гостиницы и иные средства размещения, горнолыжные трассы, пляжи, предоставляется на три года и позволяет организации осуществлять классификацию объектов туристской индустрии, включающих гостиницы и иные средства размещения, горнолыжные трассы, пляжи, на всей территории Российской Федерации при условии уведомления уполномоченных органов государственной власти субъектов Российской Федерации, на территориях которых планируется осуществлять такую классификацию. Порядок указанного уведомления устанавливается уполномоченным органом государственной власти соответствующего субъекта Российской Федерации. Орган государственной власти субъекта Российской Федерации направляет сведения об аккредитованных им организациях, в том числе сведения о прекращении действия их аккредитации, в уполномоченный федеральный орган исполнительной власти для включения в единый перечень аккредитованных организаций, осуществляющих классификацию объектов туристской индустрии, включающих гостиницы и иные средства размещения, горнолыжные трассы, пляжи. Уполномоченный федеральный орган исполнительной власти ведет единый перечень аккредитованных организаций, осуществляющих классификацию объектов туристской индустрии, включающих гостиницы и иные средства размещения, горнолыжные трассы, пляжи, и размещает сведения, содержащиеся в таком перечне, на своем официальном сайте в информационно-телекоммуникационной сети "Интернет"."</w:t>
      </w:r>
    </w:p>
    <w:p>
      <w:r>
        <w:t>в статье 6: а) в абзаце пятом слово "компенсационного" заменить словом "резервного"; б) дополнить абзацами следующего содержания: "получение копии свидетельства о внесении сведений о туроператоре в реестр; информацию о возможности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w:t>
      </w:r>
    </w:p>
    <w:p>
      <w:r>
        <w:t>части вторую - шестую статьи 9 изложить в следующей редакции: "Туроператор обеспечивает оказание туристу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туристом и (или) иным заказчиком. Туроператор и турагент несут предусмотренную законодательством Российской Федерации ответственность за неисполнение или ненадлежащее исполнение обязательств как друг перед другом, так и перед туристом и (или) иным заказчиком. Туроператор и турагент самостоятельно отвечают перед туристом и (или) иным заказчиком. По договору о реализации туристского продукта, заключенному турагентом, туроператор несет ответственность за неоказание или ненадлежащее оказание туристу и (или) иному заказчику услуг, входящих в туристский продукт, независимо от того, кем должны были оказываться или оказывались эти услуги. Туроператор отвечает перед туристом или иным заказчиком за действия (бездействие) третьих лиц, оказывающих услуги, входящие в туристский продукт, если федеральными законами и иными нормативными правовыми актами Российской Федерации не установлено, что ответственность перед туристом или иным заказчиком несет третье лицо. Продвижение и реализация туристского продукта осуществляются турагентом на основании договора, заключенного туроператором и турагентом. Турагент осуществляет продвижение и реализацию туристского продукта по поручению туроператора."</w:t>
      </w:r>
    </w:p>
    <w:p>
      <w:r>
        <w:t>в статье 10: а) часть первую после слов "заключаемого в письменной форме" дополнить словами ", в том числе в форме электронного документа,", дополнить предложением следующего содержания: "Типовые формы договора о реализации туристского продукта, заключаемого между туроператором и туристом и (или) иным заказчиком, и договора о реализации туристского продукта, заключаемого между турагентом и туристом и (или) иным заказчиком, утверждаются уполномоченным федеральным органом исполнительной власти."; б) в части второй: абзац третий изложить в следующей редакции: "размер финансового обеспечения ответственности туроператора, номер, дата и срок действия договора или договоров страхования ответственности туроператора и (или) банковской гарантии или банковских гарантий, наименование, адрес, место нахождения организации, предоставившей финансовое обеспечение ответственности туроператора, в случае, если фонд персональной ответственности туроператора не достиг максимального размера (за исключением туроператоров, указанных в абзацах втором и третьем части пятой статьи 41 настоящего Федерального закона);"; абзац десятый изложить в следующей редакции: "информация о порядке и сроках предъявления туристом и (или) иным заказчиком требований о выплате страхового возмещения по договору страхования ответственности туроператора либо требований об уплате денежной суммы по банковской гарантии, а также требований о возмещении реального ущерба туристу и (или) иному заказчику за счет средств фонда персональной ответственности туроператора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в случае, если фонд персональной ответственности туроператора не достиг максимального размера (за исключением туроператоров, указанных в абзацах втором и третьем части пятой статьи 41 настоящего Федерального закона);"; дополнить абзацами следующего содержания: "информация о порядке и сроках предъявления туристом и (или) иным заказчиком требований о возмещении реального ущерба туристу и (или) иному заказчику за счет средств фонда персональной ответственности туроператора в случае, если фонд персональной ответственности туроператора достиг максимального размера; условие выдачи туристу и (или) иному заказчику, приобретающим услугу по перевозке, оказываемую туроператором отдельно либо в составе туристского продукта, электронного перевозочного документа (билета), подтверждающего право туриста на перевозку до пункта назначения и обратно либо по иному согласованному в договоре о реализации туристского продукта маршруту и оформленного на основании данных документа, удостоверяющего личность пассажира. Если договор о реализации туристского продукта заключен ранее чем за 24 часа до начала путешествия, такой документ (билет) должен быть выдан туристу и (или) иному заказчику не позднее чем за 24 часа до начала путешествия; условие выдачи туристу и (или) иному заказчику, приобретающим у туроператора услугу по размещению в гостинице или ином средстве размещения отдельно либо в составе туристского продукта, документа о бронировании и получении места в гостинице или ином средстве размещения (ваучера) на условиях, согласованных с туристом и (или) иным заказчиком в договоре о реализации туристского продукта."; в) часть девятую изложить в следующей редакции: "При заключении договора о реализации туристского продукта в сфере выездного туризма турист и (или) иной заказчик должны быть проинформированы в письменной форме: о возможности туриста обратиться за оказанием экстренной помощи с указанием сведений об объединении туроператоров в сфере выездного туризма и о способах связи с ним (номеров телефонов, факсов, адреса электронной почты) и других сведений; о возможности туриста и (или) иного заказчика обратиться с письменным требованием о возмещении реального ущерба, понесенного туристом в результате неисполнения туроператором обязательств по договору о реализации туристского продукта, за счет средств фонда персональной ответственности туроператора (в случае, установленном частью десятой статьи 116 настоящего Федерального закона)."; г) дополнить частями десятой и одиннадцатой следующего содержания: "При заключении договора о реализации туристского продукта в сфере выездного туризма турист и (или) иной заказчик должны быть проинформированы о возможности туриста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туроператором обязательств по договору о реализации туристского продукта. В случае заключения туристом и (или) иным заказчиком с одним туроператором отдельного договора на оказание услуг по перевозке и отдельного договора на оказание услуг по размещению на одно и то же лицо и на один и тот же период услуги, оказываемые по таким договорам, приравниваются к услугам, оказываемым при реализации туристского продукта."</w:t>
      </w:r>
    </w:p>
    <w:p>
      <w:r>
        <w:t>статью 101 изложить в следующей редакции: "Статья 101. Особенности реализации туристского продукта турагентом Настоящая статья применяется к отношениям, возникающим между туристом и (или) иным заказчиком и турагентом, реализующим туристский продукт, сформированный туроператором, по договору о реализации туристского продукта. К таким отношениям применяются положения статьи 10 настоящего Федерального закона, если иное не установлено настоящей статьей. Договор о реализации туристского продукта, заключаемый между туристом и (или) иным заказчиком и турагентом, наряду с существенными условиями, предусмотренными статьей 10 настоящего Федерального закона, должен также содержать следующие существенные условия: полное и сокращенное наименования, адрес, место нахождения турагента; информация о том, что лицом (исполнителем), оказывающим туристу и (или) иному заказчику услуги, входящие в туристский продукт, по договору о реализации туристского продукта, является туроператор, в том числе информация о способах связи с туроператором (номера телефонов, факсов, адрес сайта в информационно-телекоммуникационной сети "Интернет", адрес электронной почты); информация о том, что турагент является исполнителем и несет предусмотренную законодательством Российской Федерации ответственность по договору о реализации туристского продукта в отношении обязанностей турагента; обязательство турагента о передаче денежных средств, полученных от туриста и (или) иного заказчика, туроператору, если иной порядок оплаты туристского продукта не предусмотрен договором между турагентом и туроператором; обязательство турагента по уведомлению туроператора, сформировавшего туристский продукт, о заключении договора о реализации туристского продукта; обязательство турагента по согласованию с туроператором, сформировавшим туристский продукт, условий путешествия (в том числе потребительских свойств туристского продукта) на основании запроса туриста и (или) иного заказчика, адресованного турагенту; сведения о порядке и сроках предъявления туристом и (или) иным заказчиком претензий к турагенту в случае нарушения турагентом обязательств по договору о реализации туристского продукта. (Утратил силу - Федеральный закон от 04.06.2018 № 149-ФЗ) Турагент несет предусмотренную законодательством Российской Федерации ответственность перед туристом и (или) иным заказчиком за неисполнение или ненадлежащее исполнение своих обязанностей, предусмотренных договором о реализации туристского продукта."</w:t>
      </w:r>
    </w:p>
    <w:p>
      <w:r>
        <w:t>главу IV дополнить статьями 102 и 103 следующего содержания: "Статья 102. Требования к договору фрахтования и иным договорам, заключаемым в целях организации перевозки туристов При заключении между туроператором и фрахтовщиком или агентом фрахтовщика договора фрахтования воздушного судна либо части воздушного судна или иного договора в целях организации перевозки туристов для исполнения обязательств туроператора, связанных с реализацией туристского продукта, к существенным условиям такого договора относятся: предоставление туроператором фрахтовщику или агенту фрахтовщика либо иному участнику договора, заключаемого в целях организации перевозки туристов, гарантий оплаты услуг по такому договору (банковской гарантии, договора счета эскроу или иного финансового документа в обеспечение оплаты услуг фрахтовщика); сумма банковской гарантии, сумма банковского вклада (депозита) или договора счета эскроу, обеспечивающего оплату услуг по договору фрахтования или иному договору, заключаемым в целях организации перевозки туристов; обязанность туроператора выдать туристу и (или) иному заказчику квитанцию (выписку из автоматизированной системы оформления воздушных перевозок), подтверждающую право туриста на перевозку по определенному маршруту, в порядке и в сроки, которые установлены настоящим Федеральным законом, с обязательным указанием фамилии туриста и других сведений на основании документа, удостоверяющего личность туриста и необходимого в соответствии с международным договором Российской Федерации или законодательством Российской Федерации для перевозки туриста; положения, гарантирующие осуществление фрахтовщиком перевозки туриста по маршруту, определенному договором фрахтования. Указанные требования в части обязанности туроператора выдать туристу и (или) иному заказчику проездной документ установленной формы распространяются также на туроператоров, заключающих договоры фрахтования других транспортных средств (морских и речных судов, железнодорожного транспорта общего пользования), иные договоры в целях организации перевозки туристов, и на туроператоров, приобретающих посадочные места на различных типах судов (воздушных, морских, речных) и на железнодорожном транспорте общего пользования</w:t>
      </w:r>
    </w:p>
    <w:p>
      <w:r>
        <w:rPr>
          <w:b/>
        </w:rPr>
        <w:t>Статья 103. Особенности обмена информацией в электронной форме между туроператором, турагентом и туристом и (или) иным заказчиком. Электронная путевка</w:t>
      </w:r>
    </w:p>
    <w:p>
      <w:r>
        <w:t>Для заключения договора о реализации туристского продукта турист и (или) иной заказчик могут передать туроператору, турагенту информацию в электронной форме (заявку о заключении договора о реализации туристского продукта и иные документы) путем ее размещения на официальном сайте туроператора, турагента в информационно-телекоммуникационной сети "Интернет". При этом указанный официальный сайт туроператора, турагента может использоваться в качестве информационной системы, обеспечивающей обмен информацией в электронной форме между туроператором, турагентом, являющимися операторами этой системы, и туристом и (или) иным заказчиком. Требования к использованию документов в электронной форме и порядок обмена информацией в электронной форме между туроператором, турагентом и туристом и (или) иным заказчиком при реализации туристского продукта устанавливаются Правительством Российской Федерации с соблюдением требований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Федерального закона от 6 апреля 2011 года № 63-ФЗ "Об электронной подписи" и Федерального закона от 27 июля 2006 года № 152-ФЗ "О персональных данных". Договор о реализации туристского продукта, составленный в форме электронного документа, считается заключенным туристом и (или) иным заказчиком с момента оплаты туристом и (или) иным заказчиком туристского продукта, подтверждающей их согласие с условиями, содержащимися в предложенном туроператором, турагентом договоре о реализации туристского продукта. Электронная путевка формируется на основании заключенного договора о реализации туристского продукта и является документом, содержащим основные данные о туристе или туристах и информацию об их путешествии. Форма электронной путевки утверждается уполномоченным федеральным органом исполнительной власти. Сформированная электронная путевка размещается в единой информационной системе электронных путевок. Порядок размещения электронных путевок в единой информационной системе электронных путевок и перечень указанных в них сведений определяются уполномоченным федеральным органом исполнительной власти. При использовании электронной путевки турист и (или) иной заказчик вправе потребовать, а туроператор обязан выдать заверенную выписку из единой информационной системы электронных путевок, содержащую условия соответствующего договора о реализации туристского продукта. Для учета электронных путевок туроператором ведется реестр электронных путевок туроператора. Требования к реестру электронных путевок туроператора утверждаются уполномоченным федеральным органом исполнительной власти. Порядок создания и функционирования единой информационной системы электронных путевок, ее структура и условия предоставления содержащейся в ней информации устанавливаются Правительством Российской Федерации.";</w:t>
      </w:r>
    </w:p>
    <w:p>
      <w:r>
        <w:t>в статье 111: а) в части четвертой слово "компенсационный" заменить словом "резервный"; б) в части пятой: в абзаце третьем слово "компенсационный" заменить словом "резервный"; дополнить абзацем следующего содержания: "неуплата взносов в фонд персональной ответственности туроператора в сроки, установленные настоящим Федеральным законом, и в размере, определенном в соответствии с настоящим Федеральным законом."; в) в части шестой слово "компенсационный" заменить словом "резервный"; г) в части девятой слова "или ненадлежащем исполнении" исключить, слово "компенсационный" заменить словом "резервный"; д) в части двенадцатой слова "и регулирующие порядок осуществления" заменить словами "и регулирующие в том числе порядок осуществления", слово "компенсационного" заменить словом "резервного"</w:t>
      </w:r>
    </w:p>
    <w:p>
      <w:r>
        <w:t>статью 112 изложить в следующей редакции: "Статья 112. Полномочия объединения туроператоров в сфере выездного туризма Полномочиями объединения туроператоров в сфере выездного туризма являются: обеспечение в порядке, установленном Правительством Российской Федерации, оказания экстренной помощи туристам в случае неисполнения туроператором обязательств по договору о реализации туристского продукта в части неоказания туристу услуг по перевозке и (или) размещению полностью или частично; учет взносов в резервный фонд на основании содержащейся в реестре информации о количестве туристов в сфере выездного туризма за предыдущий год; учет взносов в фонд персональной ответственности туроператора на основании содержащейся в реестре информации об общей цене туристского продукта в сфере выездного туризма за предыдущий год. Туроператоры, осуществляющие деятельность в сфере выездного туризма, представляют в объединение туроператоров в сфере выездного туризма сведения о турагентах, с которыми у них заключены договоры, в порядке, утвержденном общим собранием членов данного объединения туроператоров. Объединение туроператоров в сфере выездного туризма размещает на своем официальном сайте в информационно-телекоммуникационной сети "Интернет" представленные туроператорами сведения о турагентах. Объединение туроператоров в сфере выездного туризма обязано реализовывать в соответствии со статьей 115 настоящего Федерального закона право требования страховой выплаты или выплаты по банковской гарантии, а также право требования к туроператорам."</w:t>
      </w:r>
    </w:p>
    <w:p>
      <w:r>
        <w:t>в статье 113: а) в части первой: в абзаце третьем слово "компенсационный" заменить словом "резервный"; в абзаце пятом слово "компенсационного" заменить словом "резервного"; б) в части третьей слово "компенсационного" заменить словом "резервного"; в) часть четвертую изложить в следующей редакции: "Для финансирования расходов, связанных с текущей деятельностью объединения туроператоров в сфере выездного туризма, члены указанного объединения уплачивают взносы в размере, пропорциональном объему общей цены туристского продукта в сфере выездного туризма за предыдущий год, но не более чем 0,05 процента общей цены туристского продукта в сфере выездного туризма по данным отчетности, указанной в статье 177 настоящего Федерального закона, за предыдущий год. Размер взносов и порядок их уплаты определяются общим собранием членов указанного объединения при утверждении или изменении бюджета на очередной финансовый год. Средства, предназначенные для финансирования расходов, связанных с деятельностью объединения туроператоров в сфере выездного туризма, обособляются от средств резервного фонда и перечисляются на иные банковские счета указанного объединения."; г) в части пятой слово "компенсационного" заменить словом "резервного"; д) часть шестую признать утратившей силу</w:t>
      </w:r>
    </w:p>
    <w:p>
      <w:r>
        <w:t>в статье 114: а) в наименовании слово "Компенсационный" заменить словом "Резервный"; б) части первую и вторую изложить в следующей редакции: "Для финансирования расходов на оказание экстренной помощи туристам объединение туроператоров в сфере выездного туризма формирует резервный фонд в соответствии с требованиями настоящего Федерального закона. Резервный фонд является обособленным имуществом, принадлежащим объединению туроператоров в сфере выездного туризма на праве собственности. Резервный фонд формируется за счет взносов туроператоров, осуществляющих деятельность в сфере выездного туризма. Указанные взносы перечисляются в денежной форме в следующих размерах: 50 тысяч рублей - для туроператоров, у которых показатель количества туристов в сфере выездного туризма за год составил не более чем 10 тысяч туристов включительно, а общая цена туристского продукта в сфере выездного туризма за предыдущий год составила не более чем 40 миллионов рублей; 100 тысяч рублей - для туроператоров, у которых показатель количества туристов в сфере выездного туризма за год составляет не более чем 100 тысяч туристов включительно, за исключением туроператоров, указанных в абзаце втором настоящей части; 300 тысяч рублей - для туроператоров, у которых показатель количества туристов в сфере выездного туризма за год составляет более чем 100 тысяч туристов, но не более чем 500 тысяч туристов включительно; 500 тысяч рублей - для туроператоров, у которых показатель количества туристов в сфере выездного туризма за год составляет более чем 500 тысяч туристов."; в) дополнить новыми частями третьей и четвертой следующего содержания: "Соответствующий взнос должен перечисляться в резервный фонд ежегодно в течение 15 дней с даты опубликования бухгалтерской (финансовой) отчетности или ее представления в уполномоченный федеральный орган исполнительной власти, но не позднее чем 15 апреля текущего года. Зачислению в резервный фонд подлежат также доходы, полученные от размещения средств резервного фонда."; г) часть третью считать частью пятой и в ней слова "в компенсационный фонд" заменить словами "в резервный фонд", слова "из компенсационного фонда" заменить словами "из резервного фонда"; д) часть четвертую считать частью шестой и в ней слово "компенсационный" заменить словом "резервный"; е) часть пятую считать частью седьмой и изложить ее в следующей редакции: "Туроператор, осуществляющий деятельность в сфере выездного туризма, а также туроператор или юридическое лицо, ранее не осуществлявшие туроператорской деятельности в сфере выездного туризма, при вступлении в члены объединения туроператоров в сфере выездного туризма уплачивают вступительный взнос в резервный фонд в размере 100 тысяч рублей. Туроператор вправе отнести затраты, связанные с уплатой взносов в резервный фонд, на себестоимость туристского продукта."; ж) часть шестую считать частью восьмой и в ней слово "компенсационного" заменить словом "резервного"; з) часть седьмую считать частью девятой и в ней слово "компенсационного" заменить словом "резервного"; и) часть восьмую считать частью десятой и изложить ее в следующей редакции: "Средства резервного фонда предназначены исключительно для оказания экстренной помощи туристам, находящимся за пределами территории Российской Федерации. Расходование средств резервного фонда на цели, не предусмотренные настоящей статьей, в том числе на выплату или возврат взносов членам объединения туроператоров в сфере выездного туризма, не допускается. Прекращение членства туроператора в этом объединении не является основанием для прекращения расходования средств на цели, предусмотренные настоящей статьей."</w:t>
      </w:r>
    </w:p>
    <w:p>
      <w:r>
        <w:t>статью 115 изложить в следующей редакции: "Статья 115. Возмещение расходов резервного фонда объединения туроператоров в сфере выездного туризма В пределах суммы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к объединению туроператоров в сфере выездного туризма переходит принадлежащее туристу право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 К отношениям между данным объединением и указанными в статье 174 настоящего Федерального закона страховщиком или гарантом по поводу возмещения расходов резервного фонда по аналогии применяются правила, установленные настоящим Федеральным законом для отношений между туристом и (или) иным заказчиком и страховщиком или гарантом по договору страхования ответственности туроператора либо по банковской гарантии. Соответствующие положения применяются постольку, поскольку иное не предусмотрено федеральным законом и не вытекает из существа таких отношений. Сумма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подлежит взысканию с туроператора в порядке регресса по иску объединения туроператоров в сфере выездного туризма. Объединение туроператоров в сфере выездного туризма предъявляет регрессное требование к учредителям, участникам туроператора, руководителю туроператора и (или) членам органов управления туроператора в размере расходов, понесенных данным объединением в соответствии с настоящим Федеральным законом на оказание экстренной помощи туристу, в случае, если неисполнение таким туроператором обязательств по договору о реализации туристского продукта вызвано умышленными противоправными действиями (бездействием) соответственно учредителей, участников туроператора, руководителя туроператора, членов указанных органов управления."</w:t>
      </w:r>
    </w:p>
    <w:p>
      <w:r>
        <w:t>дополнить статьей 116 следующего содержания: "Статья 116. Фонд персональной ответственности туроператора в сфере выездного туризма Для выплаты денежных средств, причитающихся туристам и (или) иным заказчикам в целях возмещения реального ущерба, возникшего в результате неисполнения туроператором обязательств по договору о реализации туристского продукта в сфере выездного туризма, объединение туроператоров в сфере выездного туризма формирует для каждого члена объединения туроператоров в сфере выездного туризма фонд персональной ответственности туроператора в соответствии с требованиями настоящего Федерального закона. Фонд персональной ответственности туроператора формируется за счет ежегодного взноса туроператора в сфере выездного туризма. Размер ежегодного взноса туроператора в фонд персональной ответственности туроператора равен одному проценту общей цены туристского продукта в сфере выездного туризма за предыдущий год. Перечисление ежегодного взноса туроператора в фонд персональной ответственности туроператора производится равными долями не позднее 15-го числа каждого месяца, следующего за истекшим календарным кварталом. Туроператор вправе увеличивать размер ежегодного взноса в фонд персональной ответственности туроператора, а также сразу сформировать фонд персональной ответственности туроператора максимального размера, который составляет не менее семи процентов от общей цены туристского продукта в сфере выездного туризма за предыдущий год. Если размер фонда персональной ответственности туроператора становится максимальным, финансовое обеспечение ответственности туроператора не требуется и перечисление взносов в фонд персональной ответственности туроператора прекращается. Решение об освобождении туроператора в сфере выездного туризма от финансового обеспечения ответственности туроператора и уплаты взносов в фонд персональной ответственности туроператора на следующий календарный год принимается объединением туроператоров в сфере выездного туризма по согласованию с уполномоченным федеральным органом исполнительной власти на основании заявления туроператора в сфере выездного туризма в порядке, установленном уполномоченным федеральным органом исполнительной власти. Туроператоры, которые не осуществляли в предыдущем году деятельность в сфере выездного туризма, и юридические лица, которые намерены осуществлять туроператорскую деятельность в сфере выездного туризма и в текущем году не осуществляли такую деятельность, должны перечислить взнос в фонд персональной ответственности туроператора до начала осуществления деятельности в сфере выездного туризма в размере 100 тысяч рублей. Туроператоры, указанные в части седьмой настоящей статьи, по окончании каждого календарного квартала первого календарного года перечисляют квартальный взнос в фонд персональной ответственности туроператора не позднее 15-го числа месяца, следующего за истекшим календарным кварталом, в размере одного процента от общей цены туристского продукта в сфере выездного туризма, реализованного туроператором в прошедшем календарном квартале. До достижения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если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При достижении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возникшего в результате неисполнения туроператором обязательств по договору о реализации туристского продукта в сфере выездного туризма. Порядок и условия возмещения реального ущерба туристам и (или) иным заказчикам из денежных средств фонда персональной ответственности туроператора устанавливаются Правительством Российской Федерации. Расходование денежных средств фонда персональной ответственности туроператора на цели, не предусмотренные настоящей статьей, не допускается. Туроператор вправе относить затраты, связанные с уплатой взносов в фонд персональной ответственности туроператора, на себестоимость туристского продукта. Денежные средства фондов персональной ответственности туроператоров размещаются на отдельных банковских счетах объединения туроператоров в сфере выездного туризма, и по ним объединением туроператоров в сфере выездного туризма ведется отдельный учет. Размещение денежных средств фонда персональной ответственности туроператора допускается в рублях и (или) иностранной валюте на счетах или депозитах кредитных организаций. Требования к кредитным организациям, в которых допускается размещение средств фонда персональной ответственности туроператора, устанавливаются Правительством Российской Федерации. Доходы, полученные от размещения денежных средств фонда персональной ответственности конкретного туроператора, подлежат зачислению в фонд персональной ответственности такого туроператора. При прекращении туроператором деятельности в сфере выездного туризма денежные средства фонда персональной ответственности такого туроператора подлежат возврату туроператору при условии выполнения им всех обязательств перед туристами по заключенным договорам о реализации туристского продукта в сфере выездного туризма."</w:t>
      </w:r>
    </w:p>
    <w:p>
      <w:r>
        <w:t>наименование главы VII1 дополнить словами "ответственности туроператора"</w:t>
      </w:r>
    </w:p>
    <w:p>
      <w:r>
        <w:t>в статье 171: а) наименование дополнить словами "ответственности туроператора"; б) в части второй: абзац первый после слов "финансовое обеспечение" дополнить словами "ответственности туроператора"; в абзаце третьем слова "или ненадлежащего исполнения" исключить; в) в части четвертой слова "или ненадлежащего исполнения" исключить; г) часть пятую после слов "гарантируется финансовым обеспечением" дополнить словами "ответственности туроператора"; д) в части шестой слова "или ненадлежащее исполнение" исключить; е) в части седьмой слова "либо страховая организация" исключить; ж) часть восьмую изложить в следующей редакции: "Досрочное расторжение договора страхования ответственности туроператора осуществляется в соответствии с Гражданским кодексом Российской Федерации. Туроператор не позднее 30 календарных дней со дня досрочного расторжения договора страхования ответственности туроператора либо отзыва банковской гарантии обязан представить в уполномоченный федеральный орган исполнительной власти документ, подтверждающий наличие у него финансового обеспечения ответственности туроператора."; з) в части девятой слова "(если в соответствии с договором, заключенным между туроператором и турагентом, турагенту поручается от своего имени реализовывать туристский продукт, сформированный туроператором)" исключить; и) дополнить новой частью десятой следующего содержания: "При этом банковская гарантия должна предусматривать положение о возможности передачи без согласия гаранта права требования об уплате денежной суммы, принадлежащего туристу и (или) иному заказчику, объединению туроператоров в сфере выездного туризма в пределах суммы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к) часть десятую считать частью одиннадцатой; л) дополнить частями двенадцатой - четырнадцатой следующего содержания: "В случае отзыва у организации, предоставившей туроператору финансовое обеспечение ответственности туроператора, лицензии на осуществление страхования или лицензии на осуществление банковских операций либо признания такой организации несостоятельной (банкротом) в соответствии с законодательством Российской Федерации туроператор не позднее 45 календарных дней со дня получения соответствующего уведомления от уполномоченного федерального органа исполнительной власти обязан представить в уполномоченный федеральный орган исполнительной власти документ, подтверждающий наличие у туроператора финансового обеспечения ответственности туроператора. В случае, если указанный документ не представлен, уполномоченный федеральный орган исполнительной власти исключает сведения о туроператоре из реестра не позднее 10 календарных дней со дня, следующего за днем, когда истек срок представления туроператором указанного документа (за исключением туроператоров, указанных в части пятой статьи 41 настоящего Федерального закона). В целях своевременного получения информации об отзыве у организации, предоставившей туроператору финансовое обеспечение ответственности туроператора, лицензии на осуществление страхования или лицензии на осуществление банковских операций либо о признании такой организации несостоятельной (банкротом) в соответствии с законодательством Российской Федерации уполномоченный федеральный орган исполнительной власти осуществляет взаимодействие с органом, осуществляющим функции по надзору в сфере страховой деятельности и за деятельностью кредитных организаций, в порядке, установленном Правительством Российской Федерации. Туроператор вправе относить затраты, связанные с финансовым обеспечением ответственности туроператора, на себестоимость туристского продукта."</w:t>
      </w:r>
    </w:p>
    <w:p>
      <w:r>
        <w:t>статьи 172 - 176 изложить в следующей редакции: "Статья 172. Размер финансового обеспечения ответственности туроператора Размер финансового обеспечения ответственности туроператора определяется договором или договорами страхования ответственности туроператора и (или) банковской гарантией или банковскими гарантиями и не может быть меньше: 500 тысяч рублей - для туроператоров, осуществляющих деятельность в сфере внутреннего туризма или въездного туризма; трех процентов (на 2016 год), с 2017 года пяти процентов общей цены туристского продукта в сфере выездного туризма, но не менее чем 50 миллионов рублей - для туроператоров, осуществляющих деятельность в сфере выездного туризма, за исключением туроператоров, указанных в абзаце втором части второй статьи 114 настоящего Федерального закона; 10 миллионов рублей - для туроператоров, указанных в абзаце втором части второй статьи 114 настоящего Федерального закона. Туроператоры, не осуществлявшие в предыдущем году деятельности в сфере выездного туризма, а также юридические лица, намеренные осуществлять туроператорскую деятельность в сфере выездного туризма и ранее не осуществлявшие такой деятельности, должны иметь финансовое обеспечение ответственности туроператора в размере не менее чем 50 миллионов рублей. В случае, если туроператор осуществляет туроператорскую деятельность в нескольких сферах туризма, применяется наибольший размер финансового обеспечения ответственности туроператора</w:t>
      </w:r>
    </w:p>
    <w:p>
      <w:r>
        <w:rPr>
          <w:b/>
        </w:rPr>
        <w:t>Статья 173. Срок действия финансового обеспечения ответственности туроператора</w:t>
      </w:r>
    </w:p>
    <w:p>
      <w:r>
        <w:t>Срок действия финансового обеспечения ответственности туроператора указывается в договоре или договорах страхования ответственности туроператора и (или) банковской гарантии либо банковских гарантиях и не может быть менее чем один год. В случае заключения нескольких договоров страхования ответственности туроператора и (или) получения нескольких банковских гарантий соответствующие договоры и банковские гарантии должны вступать в силу и прекращать свое действие одновременно. Финансовое обеспечение ответственности туроператора на новый срок должно быть получено туроператором не позднее сорока пяти дней до дня истечения срока действия имеющегося у туроператора договора страхования ответственности туроператора или договора о предоставлении банковской гарантии. Заключенный на новый срок договор страхования ответственности туроператора или договор о предоставлении банковской гарантии должен начинать действовать со дня, следующего за днем истечения срока действия имеющихся у туроператора договора страхования ответственности туроператора или договора о предоставлении банковской гарантии. Сведения о наличии у туроператора финансового обеспечения ответственности туроператора на новый срок представляются в уполномоченный федеральный орган исполнительной власти не позднее сорока пяти дней до дня истечения срока действия имеющихся у туроператора договора страхования ответственности туроператора или договора о предоставлении банковской гарантии.</w:t>
      </w:r>
    </w:p>
    <w:p>
      <w:r>
        <w:rPr>
          <w:b/>
        </w:rPr>
        <w:t>Статья 174. Основание для выплаты страхового возмещения по договору страхования ответственности туроператора либо уплаты денежной суммы по банковской гарантии</w:t>
      </w:r>
    </w:p>
    <w:p>
      <w:r>
        <w:t>Страховщик обязан выплатить страховое возмещение по договору страхования ответственности туроператора по письменному требованию туриста и (или) иного заказчика, заключивших договор о реализации туристского продукта, при наступлении страхового случая. Гарант обязан уплатить денежную сумму по банковской гарантии по письменному требованию туриста и (или) иного заказчика, заключивших договор о реализации туристского продукта, в случае отказа туроператора возместить реальный ущерб, возникший в результате неисполнения туроператором обязательств по договору о реализации туристского продукта. 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(или)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При этом датой страхового случая считается день, когда туроператор публично заявил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Под реальным ущербом, подлежащим возмещению в рамках страхового возмещения по договору страхования ответственности туроператора или банковской гарантии, понимаются расходы туриста и (или) иного заказчика на оплату услуг по перевозке и (или) размещению по договору о реализации туристского продукта. Выплата страхового возмещения по договору страхования ответственности туроператора или уплата денежной суммы по банковской гарантии не лишает туриста и (или) иного заказчика права требовать от туроператора выплаты штрафов, пеней, возмещения упущенной выгоды и (или) морального вреда в порядке и на условиях, которые предусмотрены законодательством Российской Федерации. (Утратил силу - Федеральный закон от 04.06.2018 № 149-ФЗ)</w:t>
      </w:r>
    </w:p>
    <w:p>
      <w:r>
        <w:rPr>
          <w:b/>
        </w:rPr>
        <w:t>Статья 175. Порядок выплаты страхового возмещения по договору или договорам страхования ответственности туроператора либо уплаты денежной суммы по банковской гарантии или банковским гарантиям</w:t>
      </w:r>
    </w:p>
    <w:p>
      <w:r>
        <w:t>В случаях неисполнения туроператором обязательств по договору о реализации туристского продукта перед туристом и (или)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законный представитель и (или)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 либо об уплате денежной суммы непосредственно организации, предоставившей финансовое обеспечение. В требовании туриста и (или) иного заказчика о выплате страхового возмещения либо об уплате денежной суммы по банковской гарантии к организации, предоставившей финансовое обеспечение ответственности туроператора, указываются: фамилия, имя и отчество туриста, а также сведения об ином заказчике, если договор о реализации туристского продукта заключался заказчиком; дата выдачи, срок действия и иные реквизиты документа, представленного в качестве финансового обеспечения ответственности туроператора; номер договора о реализации туристского продукта и дата его заключения; наименование туроператора, которому предоставлено финансовое обеспечение ответственности туроператора; информация об обстоятельствах (фактах), свидетельствующих о неисполнении туроператором обязательств по договору о реализации туристского продукта; размер реального ущерба, причиненного туристу и (или) иному заказчику в связи с неисполнением туроператором обязательств по договору о реализации туристского продукта; в случае, если требование об уплате денежной суммы предъявляется по банковской гарантии гаранту, реквизиты документа, свидетельствующего об отказе туроператора в добровольном порядке удовлетворить требование о возмещении реального ущерба, понесенного туристом и (или) иным заказчиком в результате неисполнения туроператором обязательств по договору о реализации туристского продукта, и (или) номер и дата вступившего в законную силу судебного решения о возмещении туроператором указанного реального ущерба. К требованию о выплате страхового возмещения либо об уплате денежной суммы по банковской гарантии турист и (или) иной заказчик прилагают: копию паспорта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 копию договора о реализации туристского продукта с предъявлением его оригинала в случае заключения договора о реализации туристского продукта на бумажном носителе; документы, подтверждающие реальный ущерб, возникший у туриста и (или) иного заказчика в результате неисполнения туроператором обязательств по договору о реализации туристского продукта;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 Не подлежат возмещению страховщиком или гарантом расходы, произведенные туристом и (или) иным заказчиком и не обусловленные неисполнением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Для исполнения своих обязательств по финансовому обеспечению ответственности туроператора страховщик или гарант не вправе требовать представления иных документов, за исключением документов, предусмотренных настоящей статьей. Письменное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(или) иным заказчиком страховщику либо гаранту, предоставившим финансовое обеспечение ответственности туроператора, в течение срока исковой давности по основанию, возникшему в период срока действия финансового обеспечения ответственности туроператора. Порядок выплаты туристу и (или) иному заказчику страхового возмещения по договору страхования ответственности туроператора или уплаты денежной суммы по банковской гарантии в случаях заключения туроператором более одного договора 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 устанавливается Правительством Российской Федерации с учетом требований настоящей статьи. Страховщик или гарант обязан удовлетворить требование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тридцати календарных дней после дня получения указанного требования с приложением всех необходимых и предусмотренных настоящей статьей документов. В случаях,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одновременно более одного туриста и (или) иного заказчика и общая сумма денежных средств, подлежащих выплате, превышает размер финансового обеспечения ответственности туроператора, удовлетворение таких требований осуществляется пропорционально суммам денежных средств, указанным в требованиях, к размеру финансового обеспечения ответственности туроператора. Правила страхования ответственности туроператора, утвержденные страховщиком или объединением страховщиков, должны содержать положения о порядке выплаты страхового возмещения в указанных случаях. Страховщик или гарант обязан проинформировать уполномоченный федеральный орган исполнительной власти о получении требования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и наличии основания для выплаты страхового возмещения по договору страхования ответственности туроператора либо уплаты денежной суммы по банковской гарантии.</w:t>
      </w:r>
    </w:p>
    <w:p>
      <w:r>
        <w:rPr>
          <w:b/>
        </w:rPr>
        <w:t>Статья 176. Договор страхования ответственности туроператора</w:t>
      </w:r>
    </w:p>
    <w:p>
      <w:r>
        <w:t>Туроператор в порядке и на условиях, которые установлены настоящим Федеральным законом, за свой счет осуществляет страхование риска своей ответственности, которая может наступить вследствие неисполнения им обязательств по договору о реализации туристского продукта по причине прекращения своей деятельности. Объектом страхования ответственности туроператора являются имущественные интересы туроператора, связанные с риском возникновения обязанности возместить туристам и (или) иным заказчикам реальный ущерб, возникший в результате неисполнения туроператором своих обязательств по договору о реализации туристского продукта по причине прекращения своей деятельности. Страховым случаем по договору страхования ответственности туроператора является неисполнение туроператором своих обязательств по договору о реализации туристского продукта по причине прекращения деятельности туроператора. Страховщик освобождается от выплаты страхового возмещения туристу и (или) иному заказчику, если турист и (или) иной заказчик обратились к страховщику с требованием о выплате штрафов, пеней, возмещении упущенной выгоды и (или) морального вреда, возникших в результате неисполнения туроператором обязательств по договору о реализации туристского продукта. В договоре страхования ответственности туроператора не может быть предусмотрено условие о франшизе при наступлении страхового случая. Страховая сумма по договору страхования ответственности туроператора определяется по соглашению туроператора и страховщика, но не может быть менее размера финансового обеспечения ответственности туроператора, предусмотренного настоящим Федеральным законом. В случае заключения туроператором более одного договора страхования или более одного договора о предоставлении банковской гарантии либо заключения туроператором договора или договоров страхования и договора или договоров о предоставлении банковской гарантии страховые суммы и размеры банковской гарантии по этим договорам определяются с таким расчетом, чтобы в совокупности они были не менее размера финансового обеспечения ответственности туроператора, предусмотренного настоящим Федеральным законом. Страховой тариф по договору страхования ответственности туроператора определяется страховщиком исходя из сроков действия договора страхования и с учетом факторов, влияющих на степень страхового риска. Договор страхования ответственности туроператора заключается на срок не менее чем один год. Договор страхования ответственности туроператора должен включать в себя: определение объекта страхования; определение страхового случая; размер страховой суммы; срок действия договора страхования; порядок и сроки уплаты страховой премии; порядок и сроки уведомления туристом и (или) иным заказчиком страховщика о наступлении страхового случая; порядок и сроки предъявления туристом или его законными представителями и (или) иным заказчиком требования о выплате страхового возмещения по договору страхования ответственности туроператора непосредственно страховщику; перечень документов, которые обязаны представить турист и (или) иной заказчик в обоснование своих требований к страхователю о возмещении реального ущерба; ответственность за неисполнение или ненадлежащее исполнение обязательств субъектами страхования. В договоре страхования ответственности туроператора по соглашению сторон могут определяться иные права и обязанности. Туроператор вправе для защиты своих имущественных интересов по отдельному договору страхования, заключаемому со страховщиком, страховать свою ответственность за неисполнение обязательств по договору о реализации туристского продукта с учетом выплаты страхового возмещения туристам и (или) иным заказчикам по дополнительным основаниям, за исключением основания, предусмотренного статьей 174 настоящего Федерального закона. К отношениям по договору страхования ответственности туроператора применяются положения настоящего Федерального закона о финансовом обеспечении ответственности туроператора, если иное не установлено настоящей статьей.";</w:t>
      </w:r>
    </w:p>
    <w:p>
      <w:r>
        <w:t>главу VII1 дополнить статьей 177 следующего содержания: "Статья 177. Учет и отчетность Туроператор, осуществляющий деятельность в сфере выездного туризма, обязан соблюдать требования финансовой устойчивости и платежеспособности, нормативного соотношения собственных средств (капитала) и принятых обязательств, а также иные требования, установленные настоящим Федеральным законом и нормативными правовыми актами уполномоченного федерального органа исполнительной власти. (Утратил силу - Федеральный закон от 04.06.2018 № 149-ФЗ) Условия и форматы представления туроператором, осуществляющим деятельность в сфере выездного туризма, отчетности (за исключением бухгалтерской (финансовой) отчетности), в том числе в виде электронных документов, контрольные соотношения ее показателей устанавливаются и доводятся до сведения туроператоров, осуществляющих деятельность в сфере выездного туризма, уполномоченным федеральным органом исполнительной власти не позднее последнего дня соответствующего отчетного периода путем размещения указанной информации на официальном сайте этого органа в информационно-телекоммуникационной сети "Интернет". Требования к отчетности, ее составу и форме утверждаются уполномоченным федеральным органом исполнительной власти. Годовая бухгалтерская (финансовая) отчетность туроператора, осуществляющего деятельность в сфере выездного туризма, подлежит обязательному аудиту, если общая цена туристского продукта в сфере выездного туризма за предыдущий год составила более 400 миллионов рублей. Аудиторское заключение представляется туроператором, осуществляющим деятельность в сфере выездного туризма, в уполномоченный федеральный орган исполнительной власти вместе с копией бухгалтерской (финансовой) отчетности в случае, установленном в части шестой настоящей статьи. Туроператоры, в отношении которых законодательством Российской Федерации не предусмотрено обязательное опубликование данных бухгалтерской (финансовой) отчетности на конец отчетного года, представляют копию указанной отчетности в уполномоченный федеральный орган исполнительной власти в установленном им порядке."</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3438, 3452; № 45, ст. 4641; № 50, ст. 5279, 5281; № 52, ст. 5498; 2007, № 1, ст. 21, 29; № 16, ст. 1825; № 26, ст. 3089; № 30, ст. 3755; № 31, ст. 4007, 4008; № 41, ст. 4845; № 43, ст. 5084; № 46, ст. 5553; 2008, № 18, ст. 1941; № 20, ст. 2251, 2259; № 30, ст. 3604; № 49, ст. 5745; № 52, ст. 6235, 6236; 2009, № 7, ст. 777; № 23, ст. 2759, 2776; № 26, ст. 3120, 3122; № 29, ст. 3597, 3642; № 30, ст. 3739; № 48, ст. 5711, 5724; № 52, ст. 6412; 2010, № 1, ст. 1; № 19, ст. 2291; № 21, ст. 2525; № 23, ст. 2790; № 27, ст. 3416; № 30, ст. 4002, 4006, 4007; № 31, ст. 4158, 4164, 4193, 4195, 4206, 4207, 4208; № 32, ст. 4298; № 41, ст. 5192; № 49, ст. 6409; 2011, № 1, ст. 10, 23, 54; № 7, ст. 901; № 15, ст. 2039; № 17, ст. 2310; № 19, ст. 2714, 2715; № 23, ст. 3260; № 27, ст. 3873; № 29, ст. 4290, 4298; № 30, ст. 4573, 4585, 4590, 4598, 4600, 4601, 4605; № 46, ст. 6406; № 47, ст. 6602; № 48, ст. 6728; № 49, ст. 7025, 7061; № 50, ст. 7342, 7345, 7346, 7351, 7352, 7355, 7362, 7366; 2012, № 6, ст. 621; № 10, ст. 1166; № 19, ст. 2278, 2281; № 24, ст. 3069, 3082; № 29, ст. 3996; № 31, ст. 4320, 4330; № 47, ст. 6402, 6403, 6404, 6405; № 49, ст. 6757; № 53, ст. 7577, 7602, 7640; 2013, № 14, ст. 1651, 1666; № 19, ст. 2323, 2325; № 26, ст. 3207, 3208, 3209; № 27, ст. 3454, 3469, 3470, 3477; № 30, ст. 4025, 4029, 4030, 4031, 4032, 4034, 4036, 4040, 4044, 4078, 4082; № 31, ст. 4191; № 43, ст. 5443, 5444, 5445, 5452; № 44, ст. 5624, 5643; № 48, ст. 6161, 6163, 6165; № 49, ст. 6327, 6341, 6343; № 51, ст. 6683, 6685, 6695, 6696; № 52, ст. 6961, 6980, 6986, 6994, 7002; 2014, № 6, ст. 557, 559, 566; № 11, ст. 1092, 1096; № 14, ст. 1562; № 19, ст. 2302, 2306, 2310, 2317, 2324, 2325, 2326, 2327, 2330, 2335; № 26, ст. 3366, 3379; № 30, ст. 4211, 4214, 4218, 4228, 4233, 4248, 4256, 4259, 4264, 4278; № 42, ст. 5615; № 43, ст. 5799; № 48, ст. 6636, 6638, 6642, 6643, 6651; № 52, ст. 7541, 7548, 7550, 7557; 2015, № 1, ст. 29, 35, 67, 74, 83, 85; № 10, ст. 1405, 1416; № 13, ст. 1811; № 18, ст. 2614, 2620; № 21, ст. 2981; № 24, ст. 3370; № 27, ст. 3945, 3950; № 29, ст. 4354, 4359, 4374, 4376, 4391; № 41, ст. 5629, 5637; № 44, ст. 6046; № 45, ст. 6205, 6208; № 48, ст. 6706, 6710, 6716; № 51, ст. 7249, 7250; 2016, № 1, ст. 11, 28, 59, 63, 84) следующие изменения: 1) в абзаце первом части 1 статьи 3.5 после цифр "14.13," дополнить словами "частями 1 и 3 статьи 14.51,", после цифр "14.42" дополнить словами ", частью 3 статьи 14.51", слова "7.15, статьями 15.271" заменить словами "7.15, частью 1 статьи 14.51, статьями 15.271"; 2) статью 14.51 изложить в следующей редакции: "Статья 14.51. Нарушение законодательства Российской Федерации о туристской деятельности 1. Осуществление туроператорской деятельности лицом, сведения о котором отсутствуют в едином федеральном реестре туроператоров, - 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
        <w:rPr>
          <w:b/>
        </w:rPr>
        <w:t xml:space="preserve">2. </w:t>
      </w:r>
      <w:r>
        <w:t>Нарушение туроператором установленного законодательством 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 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
        <w:rPr>
          <w:b/>
        </w:rPr>
        <w:t xml:space="preserve">3. </w:t>
      </w:r>
      <w:r>
        <w:t>Осуществление туроператором, не являющимся членом объединения туроператоров в сфере выездного туризма, деятельности в сфере выездного туризма - 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
        <w:rPr>
          <w:b/>
        </w:rPr>
        <w:t xml:space="preserve">3. </w:t>
      </w:r>
      <w:r>
        <w:t>в части 1 статьи 23.1 слова "статьей 14.461, частью 2 статьи 14.51" заменить словами "статьями 14.461, 14.51"</w:t>
      </w:r>
    </w:p>
    <w:p>
      <w:r>
        <w:rPr>
          <w:b/>
        </w:rPr>
        <w:t xml:space="preserve">3. </w:t>
      </w:r>
      <w:r>
        <w:t>в части 1 статьи 23.49 слова "частью 1 статьи 14.51, статьей" исключить</w:t>
      </w:r>
    </w:p>
    <w:p>
      <w:r>
        <w:rPr>
          <w:b/>
        </w:rPr>
        <w:t xml:space="preserve">3. </w:t>
      </w:r>
      <w:r>
        <w:t>в пункте 97 части 2 статьи 28.3 слова "частями 2 и 3 статьи 14.51" заменить словами "статьей 14.51"</w:t>
      </w:r>
    </w:p>
    <w:p>
      <w:r>
        <w:rPr>
          <w:b/>
        </w:rPr>
        <w:t>Статья 3</w:t>
      </w:r>
    </w:p>
    <w:p>
      <w:r>
        <w:t>Статью 2 Федерального закона от 28 декабря 2013 года № 412-ФЗ "Об аккредитации в национальной системе аккредитации" (Собрание законодательства Российской Федерации, 2013, № 52, ст. 6977; 2014, № 26, ст. 3366) дополнить частью 7 следующего содержания: "7. Аккредитация организаций, осуществляющих классификацию объектов туристской индустрии, осуществляется в соответствии с законодательством Российской Федерации о туристской деятельности.".</w:t>
      </w:r>
    </w:p>
    <w:p>
      <w:r>
        <w:rPr>
          <w:b/>
        </w:rPr>
        <w:t>Статья 4</w:t>
      </w:r>
    </w:p>
    <w:p>
      <w:r>
        <w:t>Абзац тридцать пятый пункта 10 статьи 1 Федерального закона от 3 мая 2012 года № 47-ФЗ "О внесении изменений в Федеральный закон "Об основах туристской деятельности в Российской Федерации" и отдельные законодательные акты Российской Федерации" (Собрание законодательства Российской Федерации, 2012, № 19, ст. 2281) признать утратившим силу.</w:t>
      </w:r>
    </w:p>
    <w:p>
      <w:r>
        <w:rPr>
          <w:b/>
        </w:rPr>
        <w:t>Статья 5</w:t>
      </w:r>
    </w:p>
    <w:p>
      <w:r>
        <w:rPr>
          <w:b/>
        </w:rPr>
        <w:t xml:space="preserve">1. </w:t>
      </w:r>
      <w:r>
        <w:t>Настоящий Федеральный закон вступает в силу с 1 января 2017 года, за исключением положений, для которых настоящей статьей установлен иной срок вступления их в силу</w:t>
      </w:r>
    </w:p>
    <w:p>
      <w:r>
        <w:rPr>
          <w:b/>
        </w:rPr>
        <w:t xml:space="preserve">2. </w:t>
      </w:r>
      <w:r>
        <w:t>Абзацы девятый - семнадцатый пункта 13 статьи 1 настоящего Федерального закона вступают в силу с 1 января 2018 года</w:t>
      </w:r>
    </w:p>
    <w:p>
      <w:r>
        <w:rPr>
          <w:b/>
        </w:rPr>
        <w:t xml:space="preserve">3. </w:t>
      </w:r>
      <w:r>
        <w:t>Взносы в резервный фонд и фонд персональной ответственности туроператора в размерах, предусмотренных статьями 114 и 116 Федерального закона от 24 ноября 1996 года № 132-ФЗ "Об основах туристской деятельности в Российской Федерации" (в редакции настоящего Федерального закона), за 2017 год должны быть уплачены туроператорами, осуществляющими деятельность в сфере выездного туризма, в течение тридцати дней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