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22.2 и 23.29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