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None. Федеральный закон   от 30.03.2016 № 75-ФЗ</w:t>
      </w:r>
    </w:p>
    <w:p>
      <w:r>
        <w:t>О внесении изменений в Федеральный закон "О накопительно-ипотечной системе жилищного обеспечения военнослужащих" РОССИЙСКАЯ ФЕДЕРАЦИЯ ФЕДЕРАЛЬНЫЙ ЗАКОН О внесении изменений в Федеральный закон "О накопительно-ипотечной системе жилищного обеспечения военнослужащих" Принят Государственной Думой 16 марта 2016 года Одобрен Советом Федерации 23 марта 2016 года 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2006, № 6, ст. 636; 2007, № 50, ст. 6237; 2008, № 30, ст. 3616; 2011, № 27, ст. 3879; 2013, № 30, ст. 4084; № 52, ст. 6961; 2014, № 23, ст. 2930) следующие изменения</w:t>
      </w:r>
    </w:p>
    <w:p>
      <w:r>
        <w:t>в части 2 статьи 7: а) в пункте 3 слова "Центральным банком Российской Федерации" заменить словами "Правительством Российской Федерации"; б) в пункте 4 слова "Центральным банком Российской Федерации" заменить словами "Правительством Российской Федерации"</w:t>
      </w:r>
    </w:p>
    <w:p>
      <w:r>
        <w:t>в статье 17: а) в части 10 слова "Центральным банком Российской Федерации" заменить словами "Правительством Российской Федерации"; б) в части 16 слова "Центральным банком Российской Федерации" заменить словами "Правительством Российской Федерации"</w:t>
      </w:r>
    </w:p>
    <w:p>
      <w:r>
        <w:t>в пункте 4 части 5 статьи 18 слова "Центральным банком Российской Федерации" заменить словами "Правительством Российской Федерации"</w:t>
      </w:r>
    </w:p>
    <w:p>
      <w:r>
        <w:t>в статье 24: а) в пункте 6 части 6 слова "Центральным банком Российской Федерации" заменить словами "Правительством Российской Федерации"; б) в пункте 3 части 7 слова "Центральным банком Российской Федерации" заменить словами "Правительством Российской Федерации"; в) в части 13 слова "Центральным банком Российской Федерации" заменить словами "Правительством Российской Федерации". Президент Российской Федерации В.Путин Москва, Кремль 30 марта 2016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