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90) изменение, заменив слова "Республика Мордовия - 42" словами "Республика Мордовия - 44".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Мордовия в 2016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