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теплоснабжении" и отдельные законодательные акты Российской Федерации по вопросам обеспечения безопасности в сфере теплоснабжения</w:t>
      </w:r>
    </w:p>
    <w:p>
      <w:r>
        <w:rPr>
          <w:b/>
        </w:rPr>
        <w:t>Статья 1</w:t>
      </w:r>
    </w:p>
    <w:p>
      <w:r>
        <w:t>Внести в Федеральный закон от 27 июля 2010 года № 190-ФЗ "О теплоснабжении" (Собрание законодательства Российской Федерации, 2010, № 31, ст. 4159; 2011, № 23, ст. 3263; № 30, ст. 4590; № 50, ст. 7359; 2012, № 26, ст. 3446; № 53, ст. 7616, 7643; 2013, № 19, ст. 2330; № 27, ст. 3477; 2014, № 6, ст. 561; № 30, ст. 4218; № 42, ст. 5615; № 49, ст. 6913; 2015, № 1, ст. 38; № 45, ст. 6208; № 48, ст. 6723) следующие изменения: 1) пункт 12 статьи 2 после слов "техническими регламентами" дополнить словами ", правилами технической эксплуатации объектов теплоснабжения и теплопотребляющих установок"; 2) часть 1 статьи 3 дополнить пунктом 9 следующего содержания: "9) обеспечение безопасной эксплуатации объектов теплоснабжения."; 3) дополнить статьей 41 следующего содержания: "Статья 41. Федеральный государственный энергетический надзор 1. Под федеральным государственным энергетическим надзором в сфере теплоснабжения понимаются деятельность уполномоченных федеральных органов исполнительной власти в рамках предусмотренных настоящим Федеральным законом, нормативными правовыми актами Российской Федерации в сфере теплоснабжения полномочий, которая направлена на предупреждение, выявление и пресечение нарушений теплоснабжающими организациями и теплосетевыми организациями требований безопасности в сфере теплоснабжения, установленных настоящим Федеральным законом, техническими регламентами, правилами технической эксплуатации объектов теплоснабжения и теплопотребляющих установок (далее в настоящей статье - обязательные требования), и осуществляется посредством организации и проведения проверок, принятия предусмотренных законодательством Российской Федерации мер по пресечению и (или) устранению последствий выявленных нарушений, привлечению нарушивших обязательные требования лиц к ответственности, и деятельность указанных уполномоченных органов по систематическому наблюдению за исполнением обязательных требований, анализу и прогнозированию состояния исполнения обязательных требований.</w:t>
      </w:r>
    </w:p>
    <w:p>
      <w:r>
        <w:rPr>
          <w:b/>
        </w:rPr>
        <w:t xml:space="preserve">2. </w:t>
      </w:r>
      <w:r>
        <w:t>В отношении источников тепловой энергии, функционирующих в режиме комбинированной выработки электрической и тепловой энергии, федеральный государственный энергетический надзор осуществляется в соответствии с законодательством Российской Федерации об электроэнергетике</w:t>
      </w:r>
    </w:p>
    <w:p>
      <w:r>
        <w:rPr>
          <w:b/>
        </w:rPr>
        <w:t xml:space="preserve">3. </w:t>
      </w:r>
      <w:r>
        <w:t>В отношении объектов теплоснабжения, являющихся опасными производственными объектами, плановые проверки соблюдения требований безопасности в сфере теплоснабжения проводятся при осуществлении федерального государственного надзора в области промышленной безопасности</w:t>
      </w:r>
    </w:p>
    <w:p>
      <w:r>
        <w:rPr>
          <w:b/>
        </w:rPr>
        <w:t xml:space="preserve">4. </w:t>
      </w:r>
      <w:r>
        <w:t>Федеральный государственный энергетический надзор осуществляется уполномоченными федеральными органами исполнительной власти в соответствии с их компетенцией. Порядок осуществления федерального государственного энергетического надзора устанавливается Правительством Российской Федерации</w:t>
      </w:r>
    </w:p>
    <w:p>
      <w:r>
        <w:rPr>
          <w:b/>
        </w:rPr>
        <w:t xml:space="preserve">5. </w:t>
      </w:r>
      <w:r>
        <w:t>К отношениям, связанным с осуществлением федерального государственного энергетического надзора, организацией и проведением проверок, применяются положения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контроля".";</w:t>
      </w:r>
    </w:p>
    <w:p>
      <w:r>
        <w:rPr>
          <w:b/>
        </w:rPr>
        <w:t xml:space="preserve">2. </w:t>
      </w:r>
      <w:r>
        <w:t>Правила технической эксплуатации объектов теплоснабжения и теплопотребляющих установок устанавливают обязательные требования безопасной эксплуатации объектов теплоснабжения, теплопотребляющих установок и входящих в их состав зданий, помещений, сооружений и оборудования</w:t>
      </w:r>
    </w:p>
    <w:p>
      <w:r>
        <w:rPr>
          <w:b/>
        </w:rPr>
        <w:t xml:space="preserve">3. </w:t>
      </w:r>
      <w:r>
        <w:t>Теплоснабжающие организации, теплосетевые организации при осуществлении теплоснабжения и потребители тепловой энергии при потреблении тепловой энергии обязаны соблюдать требования безопасности в сфере теплоснабжения</w:t>
      </w:r>
    </w:p>
    <w:p>
      <w:r>
        <w:rPr>
          <w:b/>
        </w:rPr>
        <w:t xml:space="preserve">4. </w:t>
      </w:r>
      <w:r>
        <w:t>Требования к оборудованию объектов теплоснабжения и теплопотребляющих установок как к продукции устанавливаются в соответствии с законодательством Российской Федерации и в рамках Договора о Евразийском экономическом союзе."</w:t>
      </w:r>
    </w:p>
    <w:p>
      <w:r>
        <w:rPr>
          <w:b/>
        </w:rPr>
        <w:t xml:space="preserve">5. </w:t>
      </w:r>
      <w:r>
        <w:t>пункт 4 части 10 статьи 15 после слов "техническими регламентами" дополнить словами ", правилами технической эксплуатации объектов теплоснабжения и теплопотребляющих установок"</w:t>
      </w:r>
    </w:p>
    <w:p>
      <w:r>
        <w:rPr>
          <w:b/>
        </w:rPr>
        <w:t xml:space="preserve">5. </w:t>
      </w:r>
      <w:r>
        <w:t>в части 14 статьи 152 слова "осуществляющий функции по контролю и надзору в сфере безопасного ведения работ, связанных с безопасностью электрических и тепловых установок, тепловых сетей" заменить словами "уполномоченный на осуществление федерального государственного энергетического надзора"</w:t>
      </w:r>
    </w:p>
    <w:p>
      <w:r>
        <w:rPr>
          <w:b/>
        </w:rPr>
        <w:t xml:space="preserve">5. </w:t>
      </w:r>
      <w:r>
        <w:t>часть 2 статьи 17 после слов "техническими регламентами" дополнить словами ", правилами технической эксплуатации объектов теплоснабжения и теплопотребляющих установок"</w:t>
      </w:r>
    </w:p>
    <w:p>
      <w:r>
        <w:rPr>
          <w:b/>
        </w:rPr>
        <w:t xml:space="preserve">5. </w:t>
      </w:r>
      <w:r>
        <w:t>в главе 5:</w:t>
      </w:r>
    </w:p>
    <w:p>
      <w:r>
        <w:rPr>
          <w:b/>
        </w:rPr>
        <w:t xml:space="preserve">5. </w:t>
      </w:r>
      <w:r>
        <w:t>наименование изложить в следующей редакции: "Глава 5. Обеспечение надежности и безопасности теплоснабжения"</w:t>
      </w:r>
    </w:p>
    <w:p>
      <w:r>
        <w:rPr>
          <w:b/>
        </w:rPr>
        <w:t xml:space="preserve">5. </w:t>
      </w:r>
      <w:r>
        <w:t>в части 2 статьи 20 слова "осуществляющим функции по контролю и надзору в сфере безопасного ведения работ, связанных с безопасностью электрических и тепловых установок, тепловых сетей" заменить словами "уполномоченным на осуществление федерального государственного энергетического надзора"</w:t>
      </w:r>
    </w:p>
    <w:p>
      <w:r>
        <w:rPr>
          <w:b/>
        </w:rPr>
        <w:t xml:space="preserve">5. </w:t>
      </w:r>
      <w:r>
        <w:t>дополнить статьей 232 следующего содержания: "Статья 232. Требования безопасности в сфере теплоснабжения 1. Под требованиями безопасности в сфере теплоснабжения понимаются условия, запреты, ограничения и другие обязательные требования, содержащиеся в настоящем Федеральном законе, технических регламентах и принимаемых уполномоченным федеральным органом исполнительной власти правилах технической эксплуатации объектов теплоснабжения и теплопотребляющих установок</w:t>
      </w:r>
    </w:p>
    <w:p>
      <w:r>
        <w:rPr>
          <w:b/>
        </w:rPr>
        <w:t>Статья 2</w:t>
      </w:r>
    </w:p>
    <w:p>
      <w:r>
        <w:t>Часть первую статьи 367 Трудового кодекса Российской Федерации (Собрание законодательства Российской Федерации, 2002, № 1, ст. 3; 2004, № 35, ст. 3607; 2006, № 27, ст. 2878; 2011, № 30, ст. 4590) изложить в следующей редакции: "Государственный надзор за соблюдением государственных нормативных требований охраны труда при эксплуатации электрических и тепловых установок осуществляется уполномоченными федеральными органами исполнительной власти при осуществлении ими федерального государственного энергетического надзора.".</w:t>
      </w:r>
    </w:p>
    <w:p>
      <w:r>
        <w:rPr>
          <w:b/>
        </w:rPr>
        <w:t>Статья 3</w:t>
      </w:r>
    </w:p>
    <w:p>
      <w:r>
        <w:t>В абзаце первом пункта 1 статьи 291 Федерального закона от 26 марта 2003 года № 35-ФЗ "Об электроэнергетике" (Собрание законодательства Российской Федерации, 2003, № 13, ст. 1177; 2011, № 30, ст. 4590; 2015, № 29, ст. 4359; № 45, ст. 6208) слова "федеральным государственным энергетическим надзором" заменить словами "федеральным государственным энергетическим надзором в сфере электроэнергетики".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</w:t>
      </w:r>
    </w:p>
    <w:p>
      <w:r>
        <w:rPr>
          <w:b/>
        </w:rPr>
        <w:t xml:space="preserve">2. </w:t>
      </w:r>
      <w:r>
        <w:t>Нормативные правовые акты федеральных органов исполнительной власти, устанавливающие требования безопасности в сфере теплоснабжения и принятые до дня вступления в силу настоящего Федерального закона, подлежат обязательному исполнению до вступления в силу правил технической эксплуатации объектов теплоснабжения и теплопотребляющих установок, указанных в статье 232 Федерального закона от 27 июля 2010 года № 190-ФЗ "О теплоснабжении"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