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>Статья 1</w:t>
      </w:r>
    </w:p>
    <w:p>
      <w:r>
        <w:t>Внести в пункт 3 части 2 статьи 1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52, ст. 6961; 2014, № 23, ст. 2925; 2015, № 10, ст. 1393; 2016, № 11, ст. 1493) изменение, дополнив его словами "и государственных фондов драгоценных металлов и драгоценных камней соответствующих субъектов Российской Федерации, на территориях которых были добыты драгоценные металлы и драгоценные камни".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