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основах системы профилактики правонарушений в Российской Федерации</w:t>
      </w:r>
    </w:p>
    <w:p>
      <w:pPr>
        <w:pStyle w:val="Heading3"/>
      </w:pPr>
      <w:r>
        <w:t>Общие положения</w:t>
      </w:r>
    </w:p>
    <w:p>
      <w:r>
        <w:rPr>
          <w:b/>
        </w:rPr>
        <w:t>Статья 1. Предмет регулирования настоящего Федерального закона</w:t>
      </w:r>
    </w:p>
    <w:p>
      <w:r>
        <w:rPr>
          <w:b/>
        </w:rPr>
        <w:t xml:space="preserve">1. </w:t>
      </w:r>
      <w:r>
        <w:t>Предметом регулирования настоящего Федерального закона являются общественные отношения, возникающие в сфере профилактики правонарушений в Российской Федерации</w:t>
      </w:r>
    </w:p>
    <w:p>
      <w:r>
        <w:rPr>
          <w:b/>
        </w:rPr>
        <w:t xml:space="preserve">2. </w:t>
      </w:r>
      <w:r>
        <w:t>Настоящий Федеральный закон устанавливает правовую и организационные основы системы профилактики правонарушений, общие правила ее функционирования, основные принципы, направления, виды профилактики правонарушений и формы профилактического воздействия, полномочия, права и обязанности субъектов профилактики правонарушений и лиц, участвующих в профилактике правонарушений</w:t>
      </w:r>
    </w:p>
    <w:p>
      <w:r>
        <w:rPr>
          <w:b/>
        </w:rPr>
        <w:t>Статья 2. Основные понятия, используемые в настоящем Федеральном законе</w:t>
      </w:r>
    </w:p>
    <w:p>
      <w:r>
        <w:t>Для целей настоящего Федерального закона используются следующие основные понятия</w:t>
      </w:r>
    </w:p>
    <w:p>
      <w:r>
        <w:t>правонарушение - преступление или административное правонарушение, представляющие собой противоправное деяние (действие, бездействие), влекущее уголовную или административную ответственность</w:t>
      </w:r>
    </w:p>
    <w:p>
      <w:r>
        <w:t>профилактика правонарушений - совокупность мер социального, правового, организационного, информационного и иного характера, направленных на выявление и устранение причин и условий, способствующих совершению правонарушений, а также на оказание воспитательного воздействия на лиц в целях недопущения совершения правонарушений или антиобщественного поведения</w:t>
      </w:r>
    </w:p>
    <w:p>
      <w:r>
        <w:t>система профилактики правонарушений - совокупность субъектов профилактики правонарушений, лиц, участвующих в профилактике правонарушений, и принимаемых ими мер профилактики правонарушений, а также основ координации деятельности и мониторинга в сфере профилактики правонарушений</w:t>
      </w:r>
    </w:p>
    <w:p>
      <w:r>
        <w:t>лица, участвующие в профилактике правонарушений, - граждане, общественные объединения и иные организации, оказывающие помощь (содействие) субъектам профилактики правонарушений в рамках реализации своих прав в сфере профилактики правонарушений в соответствии с настоящим Федеральным законом и другими федеральными законами</w:t>
      </w:r>
    </w:p>
    <w:p>
      <w:r>
        <w:t>организация социального обслуживания - организация, осуществляющая социальное обслуживание (предоставление социально-бытовых, социально-медицинских, социально-психологических, социально-педагогических, социально-трудовых, социально-правовых и иных социальных услуг), выступающая в качестве лица, участвующего в профилактике правонарушений</w:t>
      </w:r>
    </w:p>
    <w:p>
      <w:r>
        <w:t>антиобщественное поведение - не влекущие за собой административную или уголовную ответственность действия физического лица, нарушающие общепринятые нормы поведения и морали, права и законные интересы других лиц</w:t>
      </w:r>
    </w:p>
    <w:p>
      <w:r>
        <w:t>мониторинг в сфере профилактики правонарушений - система наблюдений за состоянием профилактики правонарушений, анализ и прогнозирование причин и условий, способствующих совершению правонарушений, а также оценка эффективности деятельности субъектов профилактики правонарушений</w:t>
      </w:r>
    </w:p>
    <w:p>
      <w:r>
        <w:rPr>
          <w:b/>
        </w:rPr>
        <w:t>Статья 3. Правовая основа системы профилактики правонарушений</w:t>
      </w:r>
    </w:p>
    <w:p>
      <w:r>
        <w:rPr>
          <w:b/>
        </w:rPr>
        <w:t xml:space="preserve">1. </w:t>
      </w:r>
      <w:r>
        <w:t>Правовую основу системы профилактики правонарушений составляют положения Конституции Российской Федерации, общепризнанные принципы и нормы международного права, международные договоры Российской Федерации, нормы уголовного законодательства Российской Федерации, законодательства Российской Федерации об административных правонарушениях. Правовое регулирование профилактики правонарушений осуществляется в соответствии с федеральными конституционными законами, настоящим Федеральным законом, другими федеральными законами, а также принятыми в соответствии с ними нормативными правовыми актами Президента Российской Федерации, Правительства Российской Федерации, федеральных органов исполнительной власти, законами и другими нормативными правовыми актами субъектов Российской Федерации, муниципальными правовыми актами</w:t>
      </w:r>
    </w:p>
    <w:p>
      <w:r>
        <w:rPr>
          <w:b/>
        </w:rPr>
        <w:t xml:space="preserve">2. </w:t>
      </w:r>
      <w:r>
        <w:t>Особенности профилактики правонарушений в отдельных сферах общественных отношений определяются соответствующими федеральными законами</w:t>
      </w:r>
    </w:p>
    <w:p>
      <w:r>
        <w:rPr>
          <w:b/>
        </w:rPr>
        <w:t>Статья 4. Принципы профилактики правонарушений</w:t>
      </w:r>
    </w:p>
    <w:p>
      <w:r>
        <w:t>Профилактика правонарушений осуществляется на основе следующих принципов</w:t>
      </w:r>
    </w:p>
    <w:p>
      <w:r>
        <w:t>приоритет прав и законных интересов человека и гражданина при осуществлении профилактики правонарушений</w:t>
      </w:r>
    </w:p>
    <w:p>
      <w:r>
        <w:t>законность</w:t>
      </w:r>
    </w:p>
    <w:p>
      <w:r>
        <w:t>обеспечение системности и единства подходов при осуществлении профилактики правонарушений</w:t>
      </w:r>
    </w:p>
    <w:p>
      <w:r>
        <w:t>открытость, непрерывность, последовательность, своевременность, объективность, достаточность и научная обоснованность принимаемых мер профилактики правонарушений</w:t>
      </w:r>
    </w:p>
    <w:p>
      <w:r>
        <w:t>компетентность при осуществлении профилактики правонарушений</w:t>
      </w:r>
    </w:p>
    <w:p>
      <w:r>
        <w:t>ответственность субъектов профилактики правонарушений и их должностных лиц за обеспечение прав и законных интересов человека и гражданина</w:t>
      </w:r>
    </w:p>
    <w:p>
      <w:r>
        <w:rPr>
          <w:b/>
        </w:rPr>
        <w:t>Статья 5. Субъекты профилактики правонарушений</w:t>
      </w:r>
    </w:p>
    <w:p>
      <w:r>
        <w:rPr>
          <w:b/>
        </w:rPr>
        <w:t xml:space="preserve">1. </w:t>
      </w:r>
      <w:r>
        <w:t>Субъектами профилактики правонарушений являются</w:t>
      </w:r>
    </w:p>
    <w:p>
      <w:r>
        <w:rPr>
          <w:b/>
        </w:rPr>
        <w:t xml:space="preserve">2. </w:t>
      </w:r>
      <w:r>
        <w:t>Субъекты профилактики правонарушений осуществляют свою деятельность в пределах компетенции, установленной настоящим Федеральным законом и другими федеральными законами</w:t>
      </w:r>
    </w:p>
    <w:p>
      <w:r>
        <w:rPr>
          <w:b/>
        </w:rPr>
        <w:t xml:space="preserve">1. </w:t>
      </w:r>
      <w:r>
        <w:t>федеральные органы исполнительной власти</w:t>
      </w:r>
    </w:p>
    <w:p>
      <w:r>
        <w:rPr>
          <w:b/>
        </w:rPr>
        <w:t xml:space="preserve">1. </w:t>
      </w:r>
      <w:r>
        <w:t>органы прокуратуры Российской Федерации</w:t>
      </w:r>
    </w:p>
    <w:p>
      <w:r>
        <w:rPr>
          <w:b/>
        </w:rPr>
        <w:t xml:space="preserve">1. </w:t>
      </w:r>
      <w:r>
        <w:t>следственные органы Следственного комитета Российской Федерации</w:t>
      </w:r>
    </w:p>
    <w:p>
      <w:r>
        <w:rPr>
          <w:b/>
        </w:rPr>
        <w:t xml:space="preserve">1. </w:t>
      </w:r>
      <w:r>
        <w:t>органы государственной власти субъектов Российской Федерации</w:t>
      </w:r>
    </w:p>
    <w:p>
      <w:r>
        <w:rPr>
          <w:b/>
        </w:rPr>
        <w:t xml:space="preserve">1. </w:t>
      </w:r>
      <w:r>
        <w:t>органы местного самоуправления</w:t>
      </w:r>
    </w:p>
    <w:p>
      <w:r>
        <w:rPr>
          <w:b/>
        </w:rPr>
        <w:t>Статья 6. Основные направления профилактики правонарушений</w:t>
      </w:r>
    </w:p>
    <w:p>
      <w:r>
        <w:rPr>
          <w:b/>
        </w:rPr>
        <w:t xml:space="preserve">1. </w:t>
      </w:r>
      <w:r>
        <w:t>Профилактика правонарушений осуществляется по следующим основным направлениям</w:t>
      </w:r>
    </w:p>
    <w:p>
      <w:r>
        <w:rPr>
          <w:b/>
        </w:rPr>
        <w:t xml:space="preserve">2. </w:t>
      </w:r>
      <w:r>
        <w:t>Реализация основных направлений профилактики правонарушений осуществляется посредством</w:t>
      </w:r>
    </w:p>
    <w:p>
      <w:r>
        <w:rPr>
          <w:b/>
        </w:rPr>
        <w:t xml:space="preserve">3. </w:t>
      </w:r>
      <w:r>
        <w:t>Специальные меры профилактики правонарушений, предусмотренные пунктом 9 части 2 настоящей статьи, в пределах установленной компетенции уполномочены применять должностные лица органов прокуратуры Российской Федерации, следственных органов Следственного комитета Российской Федерации, органов внутренних дел, органов федеральной службы безопасности, органов уголовно-исполнительной системы и иных государственных органов, если такое право им предоставлено законодательством Российской Федерации</w:t>
      </w:r>
    </w:p>
    <w:p>
      <w:r>
        <w:rPr>
          <w:b/>
        </w:rPr>
        <w:t xml:space="preserve">4. </w:t>
      </w:r>
      <w:r>
        <w:t>Лица, участвующие в профилактике правонарушений, применяют меры профилактики правонарушений, предусмотренные пунктами 5 - 8 части 2 настоящей статьи, в пределах прав, предоставленных им настоящим Федеральным законом и другими федеральными законами</w:t>
      </w:r>
    </w:p>
    <w:p>
      <w:r>
        <w:rPr>
          <w:b/>
        </w:rPr>
        <w:t xml:space="preserve">1. </w:t>
      </w:r>
      <w:r>
        <w:t>защита личности, общества и государства от противоправных посягательств</w:t>
      </w:r>
    </w:p>
    <w:p>
      <w:r>
        <w:rPr>
          <w:b/>
        </w:rPr>
        <w:t xml:space="preserve">1. </w:t>
      </w:r>
      <w:r>
        <w:t>предупреждение правонарушений</w:t>
      </w:r>
    </w:p>
    <w:p>
      <w:r>
        <w:rPr>
          <w:b/>
        </w:rPr>
        <w:t xml:space="preserve">1. </w:t>
      </w:r>
      <w:r>
        <w:t>развитие системы профилактического учета лиц, склонных к совершению правонарушений</w:t>
      </w:r>
    </w:p>
    <w:p>
      <w:r>
        <w:rPr>
          <w:b/>
        </w:rPr>
        <w:t xml:space="preserve">1. </w:t>
      </w:r>
      <w:r>
        <w:t>охрана общественного порядка, в том числе при проведении спортивных, зрелищных и иных массовых мероприятий</w:t>
      </w:r>
    </w:p>
    <w:p>
      <w:r>
        <w:rPr>
          <w:b/>
        </w:rPr>
        <w:t xml:space="preserve">1. </w:t>
      </w:r>
      <w:r>
        <w:t>обеспечение общественной безопасности, в том числе безопасности дорожного движения и транспортной безопасности</w:t>
      </w:r>
    </w:p>
    <w:p>
      <w:r>
        <w:rPr>
          <w:b/>
        </w:rPr>
        <w:t xml:space="preserve">1. </w:t>
      </w:r>
      <w:r>
        <w:t>противодействие незаконной миграции</w:t>
      </w:r>
    </w:p>
    <w:p>
      <w:r>
        <w:rPr>
          <w:b/>
        </w:rPr>
        <w:t xml:space="preserve">1. </w:t>
      </w:r>
      <w:r>
        <w:t>предупреждение безнадзорности, беспризорности, правонарушений и антиобщественных действий несовершеннолетних</w:t>
      </w:r>
    </w:p>
    <w:p>
      <w:r>
        <w:rPr>
          <w:b/>
        </w:rPr>
        <w:t xml:space="preserve">1. </w:t>
      </w:r>
      <w:r>
        <w:t>противодействие терроризму и экстремистской деятельности, защита потенциальных объектов террористических посягательств, в том числе критически важных и (или) потенциально опасных объектов инфраструктуры и жизнеобеспечения, а также мест массового пребывания людей</w:t>
      </w:r>
    </w:p>
    <w:p>
      <w:r>
        <w:rPr>
          <w:b/>
        </w:rPr>
        <w:t xml:space="preserve">1. </w:t>
      </w:r>
      <w:r>
        <w:t>противодействие незаконному обороту наркотических средств, психотропных веществ и их прекурсоров</w:t>
      </w:r>
    </w:p>
    <w:p>
      <w:r>
        <w:rPr>
          <w:b/>
        </w:rPr>
        <w:t xml:space="preserve">1. </w:t>
      </w:r>
      <w:r>
        <w:t>обеспечение защиты и охраны частной, государственной, муниципальной и иных форм собственности</w:t>
      </w:r>
    </w:p>
    <w:p>
      <w:r>
        <w:rPr>
          <w:b/>
        </w:rPr>
        <w:t xml:space="preserve">1. </w:t>
      </w:r>
      <w:r>
        <w:t>обеспечение экономической безопасности</w:t>
      </w:r>
    </w:p>
    <w:p>
      <w:r>
        <w:rPr>
          <w:b/>
        </w:rPr>
        <w:t xml:space="preserve">1. </w:t>
      </w:r>
      <w:r>
        <w:t>противодействие коррупции, выявление и устранение причин и условий ее возникновения</w:t>
      </w:r>
    </w:p>
    <w:p>
      <w:r>
        <w:rPr>
          <w:b/>
        </w:rPr>
        <w:t xml:space="preserve">1. </w:t>
      </w:r>
      <w:r>
        <w:t>обеспечение экологической безопасности, охрана окружающей среды</w:t>
      </w:r>
    </w:p>
    <w:p>
      <w:r>
        <w:rPr>
          <w:b/>
        </w:rPr>
        <w:t xml:space="preserve">1. </w:t>
      </w:r>
      <w:r>
        <w:t>обеспечение пожарной безопасности</w:t>
      </w:r>
    </w:p>
    <w:p>
      <w:r>
        <w:rPr>
          <w:b/>
        </w:rPr>
        <w:t xml:space="preserve">1. </w:t>
      </w:r>
      <w:r>
        <w:t>предупреждение, ликвидация и (или) минимизация последствий чрезвычайных ситуаций природного и техногенного характера</w:t>
      </w:r>
    </w:p>
    <w:p>
      <w:r>
        <w:rPr>
          <w:b/>
        </w:rPr>
        <w:t xml:space="preserve">1. </w:t>
      </w:r>
      <w:r>
        <w:t>повышение уровня правовой грамотности и развитие правосознания граждан</w:t>
      </w:r>
    </w:p>
    <w:p>
      <w:r>
        <w:rPr>
          <w:b/>
        </w:rPr>
        <w:t xml:space="preserve">2. </w:t>
      </w:r>
      <w:r>
        <w:t>выявления, оценки и прогнозирования криминогенных факторов социального характера</w:t>
      </w:r>
    </w:p>
    <w:p>
      <w:r>
        <w:rPr>
          <w:b/>
        </w:rPr>
        <w:t xml:space="preserve">2. </w:t>
      </w:r>
      <w:r>
        <w:t>правового регулирования профилактики правонарушений</w:t>
      </w:r>
    </w:p>
    <w:p>
      <w:r>
        <w:rPr>
          <w:b/>
        </w:rPr>
        <w:t xml:space="preserve">2. </w:t>
      </w:r>
      <w:r>
        <w:t>разработки государственных и муниципальных программ в сфере профилактики правонарушений</w:t>
      </w:r>
    </w:p>
    <w:p>
      <w:r>
        <w:rPr>
          <w:b/>
        </w:rPr>
        <w:t xml:space="preserve">2. </w:t>
      </w:r>
      <w:r>
        <w:t>совершенствования механизмов эффективного взаимодействия субъектов профилактики правонарушений с лицами, участвующими в профилактике правонарушений, по вопросам профилактики правонарушений</w:t>
      </w:r>
    </w:p>
    <w:p>
      <w:r>
        <w:rPr>
          <w:b/>
        </w:rPr>
        <w:t xml:space="preserve">2. </w:t>
      </w:r>
      <w:r>
        <w:t>выявления и устранения причин и условий, способствующих антиобщественному поведению и совершению правонарушений, в том числе на почве социальной, расовой, национальной или религиозной розни</w:t>
      </w:r>
    </w:p>
    <w:p>
      <w:r>
        <w:rPr>
          <w:b/>
        </w:rPr>
        <w:t xml:space="preserve">2. </w:t>
      </w:r>
      <w:r>
        <w:t>выявления лиц, склонных к совершению правонарушений</w:t>
      </w:r>
    </w:p>
    <w:p>
      <w:r>
        <w:rPr>
          <w:b/>
        </w:rPr>
        <w:t xml:space="preserve">2. </w:t>
      </w:r>
      <w:r>
        <w:t>выявления лиц, пострадавших от правонарушений или подверженных риску стать таковыми, и лиц, находящихся в трудной жизненной ситуации (в том числе лиц, страдающих заболеваниями наркоманией и алкоголизмом, лиц без определенного места жительства)</w:t>
      </w:r>
    </w:p>
    <w:p>
      <w:r>
        <w:rPr>
          <w:b/>
        </w:rPr>
        <w:t xml:space="preserve">2. </w:t>
      </w:r>
      <w:r>
        <w:t>использования видов профилактики правонарушений и форм профилактического воздействия, установленных настоящим Федеральным законом</w:t>
      </w:r>
    </w:p>
    <w:p>
      <w:r>
        <w:rPr>
          <w:b/>
        </w:rPr>
        <w:t xml:space="preserve">2. </w:t>
      </w:r>
      <w:r>
        <w:t>применения в соответствии с законодательством Российской Федерации специальных мер профилактики правонарушений административного, уголовного, уголовно-процессуального, уголовно-исполнительного и оперативно-разыскного характера в целях предупреждения правонарушений</w:t>
      </w:r>
    </w:p>
    <w:p>
      <w:r>
        <w:rPr>
          <w:b/>
        </w:rPr>
        <w:t xml:space="preserve">2. </w:t>
      </w:r>
      <w:r>
        <w:t>проведения мониторинга в сфере профилактики правонарушений</w:t>
      </w:r>
    </w:p>
    <w:p>
      <w:r>
        <w:rPr>
          <w:b/>
        </w:rPr>
        <w:t xml:space="preserve">2. </w:t>
      </w:r>
      <w:r>
        <w:t>применения иных мер, предусмотренных федеральными законами, законами субъектов Российской Федерации, муниципальными правовыми актами</w:t>
      </w:r>
    </w:p>
    <w:p>
      <w:r>
        <w:rPr>
          <w:b/>
        </w:rPr>
        <w:t>Статья 7. Государственные и муниципальные программы в сфере профилактики правонарушений</w:t>
      </w:r>
    </w:p>
    <w:p>
      <w:r>
        <w:rPr>
          <w:b/>
        </w:rPr>
        <w:t xml:space="preserve">1. </w:t>
      </w:r>
      <w:r>
        <w:t>Федеральные органы исполнительной власти и органы государственной власти субъектов Российской Федерации в целях реализации государственной политики в сфере профилактики правонарушений в соответствии с требованиями бюджетного законодательства Российской Федерации и законодательства Российской Федерации в сфере стратегического планирования разрабатывают государственные программы Российской Федерации в сфере профилактики правонарушений и государственные программы субъектов Российской Федерации в сфере профилактики правонарушений соответственно</w:t>
      </w:r>
    </w:p>
    <w:p>
      <w:r>
        <w:rPr>
          <w:b/>
        </w:rPr>
        <w:t xml:space="preserve">2. </w:t>
      </w:r>
      <w:r>
        <w:t>Органы местного самоуправления вправе разрабатывать муниципальные программы в сфере профилактики правонарушений</w:t>
      </w:r>
    </w:p>
    <w:p>
      <w:pPr>
        <w:pStyle w:val="Heading3"/>
      </w:pPr>
      <w:r>
        <w:t>Полномочия, права и обязанности субъектов профилактики правонарушений и лиц, участвующих в профилактике правонарушений</w:t>
      </w:r>
    </w:p>
    <w:p>
      <w:r>
        <w:rPr>
          <w:b/>
        </w:rPr>
        <w:t>Статья 8. Полномочия федеральных органов исполнительной власти в сфере профилактики правонарушений</w:t>
      </w:r>
    </w:p>
    <w:p>
      <w:r>
        <w:t>Федеральные органы исполнительной власти в пределах своей компетенции</w:t>
      </w:r>
    </w:p>
    <w:p>
      <w:r>
        <w:t>вырабатывают государственную политику в сфере профилактики правонарушений и обеспечивают ее реализацию</w:t>
      </w:r>
    </w:p>
    <w:p>
      <w:r>
        <w:t>осуществляют нормативно-правовое регулирование в сфере профилактики правонарушений</w:t>
      </w:r>
    </w:p>
    <w:p>
      <w:r>
        <w:t>создают ведомственные координационные органы в сфере профилактики правонарушений, осуществляют координацию деятельности по профилактике правонарушений в подведомственных органах и организациях</w:t>
      </w:r>
    </w:p>
    <w:p>
      <w:r>
        <w:t>обеспечивают взаимодействие субъектов профилактики правонарушений и лиц, участвующих в профилактике правонарушений</w:t>
      </w:r>
    </w:p>
    <w:p>
      <w:r>
        <w:t>формируют и представляют в уполномоченный Правительством Российской Федерации федеральный орган исполнительной власти официальную статистическую информацию о профилактике правонарушений</w:t>
      </w:r>
    </w:p>
    <w:p>
      <w:r>
        <w:t>осуществляют профилактику правонарушений в формах профилактического воздействия, предусмотренных частью 1 статьи 17 настоящего Федерального закона, в соответствии с компетенцией, установленной настоящим Федеральным законом, другими федеральными законами и принимаемыми в соответствии с ними иными нормативными правовыми актами</w:t>
      </w:r>
    </w:p>
    <w:p>
      <w:r>
        <w:t>осуществляют иные полномочия в сфере профилактики правонарушений, предусмотренные законодательством Российской Федерации</w:t>
      </w:r>
    </w:p>
    <w:p>
      <w:r>
        <w:rPr>
          <w:b/>
        </w:rPr>
        <w:t>Статья 9. Полномочия органов прокуратуры Российской Федерации в сфере профилактики правонарушений</w:t>
      </w:r>
    </w:p>
    <w:p>
      <w:r>
        <w:rPr>
          <w:b/>
        </w:rPr>
        <w:t xml:space="preserve">1. </w:t>
      </w:r>
      <w:r>
        <w:t>Органы прокуратуры Российской Федерации осуществляют профилактику правонарушений, обеспечивая надзор за исполнением законов федеральными органами исполнительной власти, Следственным комитетом Российской Федерации, органами государственной власти субъектов Российской Федерации, органами местного самоуправления и их должностными лицами в соответствии с Федеральным законом "О прокуратуре Российской Федерации"</w:t>
      </w:r>
    </w:p>
    <w:p>
      <w:r>
        <w:rPr>
          <w:b/>
        </w:rPr>
        <w:t xml:space="preserve">2. </w:t>
      </w:r>
      <w:r>
        <w:t>При осуществлении профилактики правонарушений органы прокуратуры Российской Федерации обладают полномочиями субъекта профилактики правонарушений в пределах своей компетенции</w:t>
      </w:r>
    </w:p>
    <w:p>
      <w:r>
        <w:rPr>
          <w:b/>
        </w:rPr>
        <w:t>Статья 10. Полномочия следственных органов Следственного комитета Российской Федерации в сфере профилактики правонарушений</w:t>
      </w:r>
    </w:p>
    <w:p>
      <w:r>
        <w:rPr>
          <w:b/>
        </w:rPr>
        <w:t xml:space="preserve">1. </w:t>
      </w:r>
      <w:r>
        <w:t>Следственные органы Следственного комитета Российской Федерации осуществляют профилактику правонарушений в пределах полномочий, предусмотренных настоящим Федеральным законом, Федеральным законом от 28 декабря 2010 года № 403-ФЗ "О Следственном комитете Российской Федерации" и другими федеральными законами</w:t>
      </w:r>
    </w:p>
    <w:p>
      <w:r>
        <w:rPr>
          <w:b/>
        </w:rPr>
        <w:t xml:space="preserve">2. </w:t>
      </w:r>
      <w:r>
        <w:t>При осуществлении профилактики правонарушений следственные органы Следственного комитета Российской Федерации обладают полномочиями субъекта профилактики правонарушений в пределах своей компетенции</w:t>
      </w:r>
    </w:p>
    <w:p>
      <w:r>
        <w:rPr>
          <w:b/>
        </w:rPr>
        <w:t>Статья 11. Полномочия органов государственной власти субъектов Российской Федерации в сфере профилактики правонарушений</w:t>
      </w:r>
    </w:p>
    <w:p>
      <w:r>
        <w:t>Органы государственной власти субъектов Российской Федерации в соответствии с настоящим Федеральным законом, Федеральным законом от 21 декабря 2021 года № 414-ФЗ "Об общих принципах организации публичной власти в субъектах Российской Федерации", другими федеральными законами в пределах своей компетенции: (В редакции Федерального закона от 08.08.2024 № 232-ФЗ) 1) осуществляют нормативно-правовое регулирование в сфере профилактики правонарушений;</w:t>
      </w:r>
    </w:p>
    <w:p>
      <w:r>
        <w:t>разрабатывают и принимают меры по реализации государственной политики в сфере профилактики правонарушений в установленной сфере деятельности на территориях субъектов Российской Федерации</w:t>
      </w:r>
    </w:p>
    <w:p>
      <w:r>
        <w:t>обеспечивают взаимодействие субъектов профилактики правонарушений и лиц, участвующих в профилактике правонарушений, на уровне субъектов Российской Федерации</w:t>
      </w:r>
    </w:p>
    <w:p>
      <w:r>
        <w:t>создают координационные органы в сфере профилактики правонарушений</w:t>
      </w:r>
    </w:p>
    <w:p>
      <w:r>
        <w:t>утверждают и контролируют исполнение бюджетов субъектов Российской Федерации в части расходов на профилактику правонарушений</w:t>
      </w:r>
    </w:p>
    <w:p>
      <w:r>
        <w:t>осуществляют профилактику правонарушений в формах профилактического воздействия, предусмотренных пунктами 1, 7 - 10 части 1 статьи 17 настоящего Федерального закона</w:t>
      </w:r>
    </w:p>
    <w:p>
      <w:r>
        <w:t>осуществляют иные полномочия в сфере профилактики правонарушений</w:t>
      </w:r>
    </w:p>
    <w:p>
      <w:r>
        <w:rPr>
          <w:b/>
        </w:rPr>
        <w:t>Статья 12. Права органов местного самоуправления в сфере профилактики правонарушений</w:t>
      </w:r>
    </w:p>
    <w:p>
      <w:r>
        <w:t>Органы местного самоуправления в соответствии с настоящим Федеральным законом, Федеральным законом от 6 октября 2003 года № 131-ФЗ "Об общих принципах организации местного самоуправления в Российской Федерации", другими федеральными законами в пределах своей компетенции обладают следующими правами</w:t>
      </w:r>
    </w:p>
    <w:p>
      <w:r>
        <w:t>принимают муниципальные правовые акты в сфере профилактики правонарушений</w:t>
      </w:r>
    </w:p>
    <w:p>
      <w:r>
        <w:t>создают координационные органы в сфере профилактики правонарушений</w:t>
      </w:r>
    </w:p>
    <w:p>
      <w:r>
        <w:t>принимают меры по устранению причин и условий, способствующих совершению правонарушений</w:t>
      </w:r>
    </w:p>
    <w:p>
      <w:r>
        <w:t>обеспечивают взаимодействие лиц, участвующих в профилактике правонарушений, на территории муниципального образования</w:t>
      </w:r>
    </w:p>
    <w:p>
      <w:r>
        <w:t>осуществляют профилактику правонарушений в формах профилактического воздействия, предусмотренных пунктами 1, 7 - 10 части 1 статьи 17 настоящего Федерального закона</w:t>
      </w:r>
    </w:p>
    <w:p>
      <w:r>
        <w:t>реализуют иные права в сфере профилактики правонарушений</w:t>
      </w:r>
    </w:p>
    <w:p>
      <w:r>
        <w:rPr>
          <w:b/>
        </w:rPr>
        <w:t>Статья 13. Права лиц, участвующих в профилактике правонарушений</w:t>
      </w:r>
    </w:p>
    <w:p>
      <w:r>
        <w:rPr>
          <w:b/>
        </w:rPr>
        <w:t xml:space="preserve">1. </w:t>
      </w:r>
      <w:r>
        <w:t>Лица, участвующие в профилактике правонарушений, вправе участвовать в профилактике правонарушений в соответствии с настоящим Федеральным законом и другими федеральными законами</w:t>
      </w:r>
    </w:p>
    <w:p>
      <w:r>
        <w:rPr>
          <w:b/>
        </w:rPr>
        <w:t xml:space="preserve">2. </w:t>
      </w:r>
      <w:r>
        <w:t>Лица, участвующие в профилактике правонарушений, реализуют свои права в сфере профилактики правонарушений в формах профилактического воздействия, предусмотренных пунктами 1, 7 - 10 части 1 статьи 17 настоящего Федерального закона, а также посредством добровольного участия в мероприятиях по охране общественного порядка и других социально значимых мероприятиях, содействия правоохранительным органам и иным субъектам профилактики правонарушений в соответствии с законодательством Российской Федерации</w:t>
      </w:r>
    </w:p>
    <w:p>
      <w:r>
        <w:rPr>
          <w:b/>
        </w:rPr>
        <w:t xml:space="preserve">3. </w:t>
      </w:r>
      <w:r>
        <w:t>Общественные объединения и иные организации реализуют свои права в сфере профилактики правонарушений посредством участия в формах профилактического воздействия, предусмотренных пунктами 1, 7 - 10 части 1 статьи 17 настоящего Федерального закона, участия в реализации государственных и муниципальных программ в сфере профилактики правонарушений, выявления причин и условий, способствующих совершению правонарушений, разработки и проведения мероприятий по их предупреждению, участия в мероприятиях по охране общественного порядка и других социально значимых мероприятиях в соответствии с законодательством Российской Федерации</w:t>
      </w:r>
    </w:p>
    <w:p>
      <w:r>
        <w:rPr>
          <w:b/>
        </w:rPr>
        <w:t>Статья 14. Обязанности субъектов профилактики правонарушений и лиц, участвующих в профилактике правонарушений</w:t>
      </w:r>
    </w:p>
    <w:p>
      <w:r>
        <w:rPr>
          <w:b/>
        </w:rPr>
        <w:t xml:space="preserve">1. </w:t>
      </w:r>
      <w:r>
        <w:t>Субъекты профилактики правонарушений и лица, участвующие в профилактике правонарушений, при осуществлении профилактики правонарушений обязаны</w:t>
      </w:r>
    </w:p>
    <w:p>
      <w:r>
        <w:rPr>
          <w:b/>
        </w:rPr>
        <w:t xml:space="preserve">2. </w:t>
      </w:r>
      <w:r>
        <w:t>Субъекты профилактики правонарушений обязаны обеспечивать доступ к информации о своей деятельности по профилактике правонарушений способами, предусмотренными законодательством Российской Федерации об обеспечении доступа к информации о деятельности государственных органов и органов местного самоуправления, а также путем размещения ее в средствах массовой информации по официальным запросам, проведения пресс-конференций, рассылки справочных и статистических материалов, если иное не установлено федеральными законами</w:t>
      </w:r>
    </w:p>
    <w:p>
      <w:r>
        <w:rPr>
          <w:b/>
        </w:rPr>
        <w:t xml:space="preserve">3. </w:t>
      </w:r>
      <w:r>
        <w:t>Лица, участвующие в профилактике правонарушений, не вправе своими действиями создавать препятствия деятельности субъектов профилактики правонарушений и их должностных лиц</w:t>
      </w:r>
    </w:p>
    <w:p>
      <w:r>
        <w:rPr>
          <w:b/>
        </w:rPr>
        <w:t xml:space="preserve">1. </w:t>
      </w:r>
      <w:r>
        <w:t>соблюдать законодательство Российской Федерации о профилактике правонарушений, законы и другие нормативные правовые акты субъектов Российской Федерации, муниципальные правовые акты, регулирующие вопросы профилактики правонарушений</w:t>
      </w:r>
    </w:p>
    <w:p>
      <w:r>
        <w:rPr>
          <w:b/>
        </w:rPr>
        <w:t xml:space="preserve">1. </w:t>
      </w:r>
      <w:r>
        <w:t>соблюдать права и законные интересы граждан и организаций</w:t>
      </w:r>
    </w:p>
    <w:p>
      <w:r>
        <w:rPr>
          <w:b/>
        </w:rPr>
        <w:t xml:space="preserve">1. </w:t>
      </w:r>
      <w:r>
        <w:t>соблюдать конфиденциальность полученной при осуществлении профилактики правонарушений информации, если ее распространение ограничено законодательством Российской Федерации</w:t>
      </w:r>
    </w:p>
    <w:p>
      <w:r>
        <w:rPr>
          <w:b/>
        </w:rPr>
        <w:t xml:space="preserve">1. </w:t>
      </w:r>
      <w:r>
        <w:t>исполнять иные обязанности, предусмотренные законодательством Российской Федерации</w:t>
      </w:r>
    </w:p>
    <w:p>
      <w:pPr>
        <w:pStyle w:val="Heading3"/>
      </w:pPr>
      <w:r>
        <w:t>Виды профилактики правонарушений и формы профилактического воздействия</w:t>
      </w:r>
    </w:p>
    <w:p>
      <w:r>
        <w:rPr>
          <w:b/>
        </w:rPr>
        <w:t>Статья 15. Виды профилактики правонарушений</w:t>
      </w:r>
    </w:p>
    <w:p>
      <w:r>
        <w:rPr>
          <w:b/>
        </w:rPr>
        <w:t xml:space="preserve">1. </w:t>
      </w:r>
      <w:r>
        <w:t>Общая профилактика правонарушений направлена на выявление и устранение причин, порождающих правонарушения, и условий, способствующих совершению правонарушений или облегчающих их совершение, а также на повышение уровня правовой грамотности и развитие правосознания граждан</w:t>
      </w:r>
    </w:p>
    <w:p>
      <w:r>
        <w:rPr>
          <w:b/>
        </w:rPr>
        <w:t xml:space="preserve">2. </w:t>
      </w:r>
      <w:r>
        <w:t>Индивидуальная профилактика правонарушений направлена на оказание воспитательного воздействия на лиц, указанных в части 2 статьи 24 настоящего Федерального закона, на устранение факторов, отрицательно влияющих на их поведение, а также на оказание помощи лицам, пострадавшим от правонарушений или подверженным риску стать таковыми. Индивидуальная профилактика правонарушений может осуществляться с применением специальных мер профилактики правонарушений</w:t>
      </w:r>
    </w:p>
    <w:p>
      <w:r>
        <w:rPr>
          <w:b/>
        </w:rPr>
        <w:t>Статья 16. Основания для осуществления профилактики правонарушений</w:t>
      </w:r>
    </w:p>
    <w:p>
      <w:r>
        <w:rPr>
          <w:b/>
        </w:rPr>
        <w:t xml:space="preserve">1. </w:t>
      </w:r>
      <w:r>
        <w:t>Профилактика правонарушений осуществляется при возникновении социальных, экономических, правовых и иных причин и условий, способствующих совершению правонарушений</w:t>
      </w:r>
    </w:p>
    <w:p>
      <w:r>
        <w:rPr>
          <w:b/>
        </w:rPr>
        <w:t xml:space="preserve">2. </w:t>
      </w:r>
      <w:r>
        <w:t>Специальные меры профилактики правонарушений, предусмотренные законодательством Российской Федерации, применяются субъектами профилактики правонарушений, указанными в части 3 статьи 6 настоящего Федерального закона, и их должностными лицами при выявлении правонарушений либо причин и условий, способствующих их совершению, а также лиц, поведение которых носит противоправный или антиобщественный характер, или лиц, намеревающихся совершить правонарушение</w:t>
      </w:r>
    </w:p>
    <w:p>
      <w:r>
        <w:rPr>
          <w:b/>
        </w:rPr>
        <w:t xml:space="preserve">3. </w:t>
      </w:r>
      <w:r>
        <w:t>Основанием для применения специальных мер профилактики правонарушений является решение суда или решение одного из субъектов профилактики правонарушений, указанных в части 3 статьи 6 настоящего Федерального закона</w:t>
      </w:r>
    </w:p>
    <w:p>
      <w:r>
        <w:rPr>
          <w:b/>
        </w:rPr>
        <w:t xml:space="preserve">4. </w:t>
      </w:r>
      <w:r>
        <w:t>Порядок применения специальных мер профилактики правонарушений определяется настоящим Федеральным законом, другими федеральными законами и иными нормативными правовыми актами Российской Федерации, регламентирующими деятельность субъектов профилактики правонарушений, указанных в части 3 статьи 6 настоящего Федерального закона</w:t>
      </w:r>
    </w:p>
    <w:p>
      <w:r>
        <w:rPr>
          <w:b/>
        </w:rPr>
        <w:t>Статья 17. Формы профилактического воздействия</w:t>
      </w:r>
    </w:p>
    <w:p>
      <w:r>
        <w:rPr>
          <w:b/>
        </w:rPr>
        <w:t xml:space="preserve">1. </w:t>
      </w:r>
      <w:r>
        <w:t>Профилактическое воздействие может осуществляться в следующих формах</w:t>
      </w:r>
    </w:p>
    <w:p>
      <w:r>
        <w:rPr>
          <w:b/>
        </w:rPr>
        <w:t xml:space="preserve">2. </w:t>
      </w:r>
      <w:r>
        <w:t>Профилактику правонарушений в формах профилактического воздействия, предусмотренных пунктами 2 - 6 части 1 настоящей статьи, в пределах установленной компетенции вправе осуществлять должностные лица органов прокуратуры Российской Федерации, следственных органов Следственного комитета Российской Федерации, органов внутренних дел, органов федеральной службы безопасности, органов уголовно-исполнительной системы и иных государственных органов, если такое право им предоставлено законодательством Российской Федерации</w:t>
      </w:r>
    </w:p>
    <w:p>
      <w:r>
        <w:rPr>
          <w:b/>
        </w:rPr>
        <w:t xml:space="preserve">1. </w:t>
      </w:r>
      <w:r>
        <w:t>правовое просвещение и правовое информирование</w:t>
      </w:r>
    </w:p>
    <w:p>
      <w:r>
        <w:rPr>
          <w:b/>
        </w:rPr>
        <w:t xml:space="preserve">1. </w:t>
      </w:r>
      <w:r>
        <w:t>профилактическая беседа</w:t>
      </w:r>
    </w:p>
    <w:p>
      <w:r>
        <w:rPr>
          <w:b/>
        </w:rPr>
        <w:t xml:space="preserve">1. </w:t>
      </w:r>
      <w:r>
        <w:t>объявление официального предостережения (предостережения) о недопустимости действий, создающих условия для совершения правонарушений, либо недопустимости продолжения антиобщественного поведения</w:t>
      </w:r>
    </w:p>
    <w:p>
      <w:r>
        <w:rPr>
          <w:b/>
        </w:rPr>
        <w:t xml:space="preserve">1. </w:t>
      </w:r>
      <w:r>
        <w:t>профилактический учет</w:t>
      </w:r>
    </w:p>
    <w:p>
      <w:r>
        <w:rPr>
          <w:b/>
        </w:rPr>
        <w:t xml:space="preserve">1. </w:t>
      </w:r>
      <w:r>
        <w:t>внесение представления об устранении причин и условий, способствующих совершению правонарушения</w:t>
      </w:r>
    </w:p>
    <w:p>
      <w:r>
        <w:rPr>
          <w:b/>
        </w:rPr>
        <w:t xml:space="preserve">1. </w:t>
      </w:r>
      <w:r>
        <w:t>профилактический надзор</w:t>
      </w:r>
    </w:p>
    <w:p>
      <w:r>
        <w:rPr>
          <w:b/>
        </w:rPr>
        <w:t xml:space="preserve">1. </w:t>
      </w:r>
      <w:r>
        <w:t>социальная адаптация</w:t>
      </w:r>
    </w:p>
    <w:p>
      <w:r>
        <w:rPr>
          <w:b/>
        </w:rPr>
        <w:t xml:space="preserve">1. </w:t>
      </w:r>
      <w:r>
        <w:t>ресоциализация</w:t>
      </w:r>
    </w:p>
    <w:p>
      <w:r>
        <w:rPr>
          <w:b/>
        </w:rPr>
        <w:t xml:space="preserve">1. </w:t>
      </w:r>
      <w:r>
        <w:t>социальная реабилитация</w:t>
      </w:r>
    </w:p>
    <w:p>
      <w:r>
        <w:rPr>
          <w:b/>
        </w:rPr>
        <w:t xml:space="preserve">1. </w:t>
      </w:r>
      <w:r>
        <w:t>помощь лицам, пострадавшим от правонарушений или подверженным риску стать таковыми</w:t>
      </w:r>
    </w:p>
    <w:p>
      <w:r>
        <w:rPr>
          <w:b/>
        </w:rPr>
        <w:t>Статья 18. Правовое просвещение и правовое информирование</w:t>
      </w:r>
    </w:p>
    <w:p>
      <w:r>
        <w:t>В целях правового просвещения и правового информирования субъекты профилактики правонарушений или лица, участвующие в профилактике правонарушений, доводят до сведения граждан и организаций информацию, направленную на обеспечение защиты прав и свобод человека и гражданина, общества и государства от противоправных посягательств. Указанная информация может доводиться до сведения граждан и организаций путем применения различных мер образовательного, воспитательного, информационного, организационного или методического характера.</w:t>
      </w:r>
    </w:p>
    <w:p>
      <w:r>
        <w:rPr>
          <w:b/>
        </w:rPr>
        <w:t>Статья 19. Профилактическая беседа</w:t>
      </w:r>
    </w:p>
    <w:p>
      <w:r>
        <w:rPr>
          <w:b/>
        </w:rPr>
        <w:t xml:space="preserve">1. </w:t>
      </w:r>
      <w:r>
        <w:t>Профилактическая беседа состоит в разъяснении лицу, в отношении которого применяются меры индивидуальной профилактики правонарушений, его моральной и правовой ответственности перед обществом, государством, социальных и правовых последствий продолжения антиобщественного поведения</w:t>
      </w:r>
    </w:p>
    <w:p>
      <w:r>
        <w:rPr>
          <w:b/>
        </w:rPr>
        <w:t xml:space="preserve">2. </w:t>
      </w:r>
      <w:r>
        <w:t>Порядок проведения профилактической беседы устанавливается нормативными правовыми актами субъектов профилактики правонарушений, указанных в части 2 статьи 17 настоящего Федерального закона</w:t>
      </w:r>
    </w:p>
    <w:p>
      <w:r>
        <w:rPr>
          <w:b/>
        </w:rPr>
        <w:t>Статья 20. Объявление официального предостережения (предостережения) о недопустимости действий, создающих условия для совершения правонарушений, либо недопустимости продолжения антиобщественного поведения</w:t>
      </w:r>
    </w:p>
    <w:p>
      <w:r>
        <w:rPr>
          <w:b/>
        </w:rPr>
        <w:t xml:space="preserve">1. </w:t>
      </w:r>
      <w:r>
        <w:t>Официальное предостережение (предостережение) о недопустимости действий, создающих условия для совершения правонарушений, либо недопустимости продолжения антиобщественного поведения объявляется лицу, в отношении которого применяются меры индивидуальной профилактики правонарушений, при отсутствии оснований для привлечения его к уголовной или административной ответственности и содержит обязательное для исполнения требование о недопустимости таких действий либо недопустимости продолжения антиобщественного поведения</w:t>
      </w:r>
    </w:p>
    <w:p>
      <w:r>
        <w:rPr>
          <w:b/>
        </w:rPr>
        <w:t xml:space="preserve">2. </w:t>
      </w:r>
      <w:r>
        <w:t>Порядок объявления официального предостережения (предостережения) о недопустимости действий, создающих условия для совершения правонарушений, либо недопустимости продолжения антиобщественного поведения, включая порядок его направления (вручения), форма официального предостережения (предостережения), а также перечни категорий должностных лиц, уполномоченных объявлять официальное предостережение (предостережение), устанавливаются нормативными правовыми актами субъектов профилактики правонарушений, которые указаны в части 2 статьи 17 настоящего Федерального закона и которым законодательством Российской Федерации предоставлено право объявления официального предостережения (предостережения)</w:t>
      </w:r>
    </w:p>
    <w:p>
      <w:r>
        <w:rPr>
          <w:b/>
        </w:rPr>
        <w:t xml:space="preserve">3. </w:t>
      </w:r>
      <w:r>
        <w:t>В случае неисполнения требования, изложенного в официальном предостережении (предостережении) о недопустимости действий, создающих условия для совершения правонарушений, либо недопустимости продолжения антиобщественного поведения, лицо, которому оно было объявлено, может быть привлечено к ответственности в соответствии с законодательством Российской Федерации</w:t>
      </w:r>
    </w:p>
    <w:p>
      <w:r>
        <w:rPr>
          <w:b/>
        </w:rPr>
        <w:t>Статья 21. Профилактический учет</w:t>
      </w:r>
    </w:p>
    <w:p>
      <w:r>
        <w:rPr>
          <w:b/>
        </w:rPr>
        <w:t xml:space="preserve">1. </w:t>
      </w:r>
      <w:r>
        <w:t>Профилактический учет предназначен для информационного обеспечения деятельности субъектов профилактики правонарушений</w:t>
      </w:r>
    </w:p>
    <w:p>
      <w:r>
        <w:rPr>
          <w:b/>
        </w:rPr>
        <w:t xml:space="preserve">2. </w:t>
      </w:r>
      <w:r>
        <w:t>Ведение профилактического учета (сбор, регистрация, обработка, хранение и предоставление информации), в том числе с использованием автоматизированных информационных систем, осуществляется субъектами профилактики правонарушений в пределах их полномочий в соответствии с порядками и требованиями, установленными нормативными правовыми актами Российской Федерации, нормативными правовыми актами соответствующих федеральных органов исполнительной власти</w:t>
      </w:r>
    </w:p>
    <w:p>
      <w:r>
        <w:rPr>
          <w:b/>
        </w:rPr>
        <w:t xml:space="preserve">3. </w:t>
      </w:r>
      <w:r>
        <w:t>При ведении профилактического учета обеспечивается конфиденциальность персональных данных о лице, состоящем на профилактическом учете, в соответствии с законодательством Российской Федерации</w:t>
      </w:r>
    </w:p>
    <w:p>
      <w:r>
        <w:rPr>
          <w:b/>
        </w:rPr>
        <w:t xml:space="preserve">4. </w:t>
      </w:r>
      <w:r>
        <w:t>При ведении профилактического учета субъекты профилактики правонарушений осуществляют обмен информацией в соответствии с законодательством Российской Федерации посредством межведомственных запросов, в том числе в электронной форме с использованием единой системы межведомственного электронного взаимодействия</w:t>
      </w:r>
    </w:p>
    <w:p>
      <w:r>
        <w:rPr>
          <w:b/>
        </w:rPr>
        <w:t>Статья 22. Внесение представления об устранении причин и условий, способствующих совершению правонарушения</w:t>
      </w:r>
    </w:p>
    <w:p>
      <w:r>
        <w:rPr>
          <w:b/>
        </w:rPr>
        <w:t xml:space="preserve">1. </w:t>
      </w:r>
      <w:r>
        <w:t>В случае выявления причин и условий, способствующих совершению правонарушения, субъект профилактики правонарушений, уполномоченный в соответствии с законодательством Российской Федерации, вносит в соответствующие орган или организацию независимо от форм собственности либо общественное объединение обязательное для исполнения представление об устранении причин и условий, способствующих совершению правонарушения</w:t>
      </w:r>
    </w:p>
    <w:p>
      <w:r>
        <w:rPr>
          <w:b/>
        </w:rPr>
        <w:t xml:space="preserve">2. </w:t>
      </w:r>
      <w:r>
        <w:t>Порядок внесения представления об устранении причин и условий, способствующих совершению правонарушения, а также перечни категорий должностных лиц, уполномоченных вносить указанное представление, устанавливаются нормативными правовыми актами соответствующего субъекта профилактики правонарушений</w:t>
      </w:r>
    </w:p>
    <w:p>
      <w:r>
        <w:rPr>
          <w:b/>
        </w:rPr>
        <w:t xml:space="preserve">3. </w:t>
      </w:r>
      <w:r>
        <w:t>Орган или организация обязаны в месячный срок рассмотреть адресованное им представление об устранении причин и условий, способствующих совершению правонарушения, и сообщить в письменной форме о принятых мерах субъекту профилактики правонарушений, внесшему указанное представление, в установленном законодательством Российской Федерации порядке</w:t>
      </w:r>
    </w:p>
    <w:p>
      <w:r>
        <w:rPr>
          <w:b/>
        </w:rPr>
        <w:t>Статья 23. Профилактический надзор</w:t>
      </w:r>
    </w:p>
    <w:p>
      <w:r>
        <w:t>Профилактический надзор состоит в наблюдении за поведением лица, состоящего на профилактическом учете, и соблюдением им ограничений, установленных в соответствии с законодательством Российской Федерации.</w:t>
      </w:r>
    </w:p>
    <w:p>
      <w:r>
        <w:rPr>
          <w:b/>
        </w:rPr>
        <w:t>Статья 24. Социальная адаптация</w:t>
      </w:r>
    </w:p>
    <w:p>
      <w:r>
        <w:rPr>
          <w:b/>
        </w:rPr>
        <w:t xml:space="preserve">1. </w:t>
      </w:r>
      <w:r>
        <w:t>Социальная адаптация представляет собой комплекс мероприятий, направленных на оказание лицам, находящимся в трудной жизненной ситуации, содействия в реализации их конституционных прав и свобод, а также помощи в трудовом и бытовом устройстве</w:t>
      </w:r>
    </w:p>
    <w:p>
      <w:r>
        <w:rPr>
          <w:b/>
        </w:rPr>
        <w:t xml:space="preserve">2. </w:t>
      </w:r>
      <w:r>
        <w:t>Меры по социальной адаптации применяются в соответствии с законодательством Российской Федерации в отношении следующих категорий лиц, находящихся в трудной жизненной ситуации</w:t>
      </w:r>
    </w:p>
    <w:p>
      <w:r>
        <w:rPr>
          <w:b/>
        </w:rPr>
        <w:t xml:space="preserve">3. </w:t>
      </w:r>
      <w:r>
        <w:t>Обеспечение социальной адаптации осуществляется посредством</w:t>
      </w:r>
    </w:p>
    <w:p>
      <w:r>
        <w:rPr>
          <w:b/>
        </w:rPr>
        <w:t xml:space="preserve">2. </w:t>
      </w:r>
      <w:r>
        <w:t>безнадзорные и беспризорные несовершеннолетние</w:t>
      </w:r>
    </w:p>
    <w:p>
      <w:r>
        <w:rPr>
          <w:b/>
        </w:rPr>
        <w:t xml:space="preserve">2. </w:t>
      </w:r>
      <w:r>
        <w:t>лица, отбывающие уголовное наказание, не связанное с лишением свободы</w:t>
      </w:r>
    </w:p>
    <w:p>
      <w:r>
        <w:rPr>
          <w:b/>
        </w:rPr>
        <w:t xml:space="preserve">2. </w:t>
      </w:r>
      <w:r>
        <w:t>лица, занимающиеся бродяжничеством и попрошайничеством</w:t>
      </w:r>
    </w:p>
    <w:p>
      <w:r>
        <w:rPr>
          <w:b/>
        </w:rPr>
        <w:t xml:space="preserve">2. </w:t>
      </w:r>
      <w:r>
        <w:t>несовершеннолетние, подвергнутые принудительным мерам воспитательного воздействия</w:t>
      </w:r>
    </w:p>
    <w:p>
      <w:r>
        <w:rPr>
          <w:b/>
        </w:rPr>
        <w:t xml:space="preserve">2. </w:t>
      </w:r>
      <w:r>
        <w:t>лица без определенного места жительства</w:t>
      </w:r>
    </w:p>
    <w:p>
      <w:r>
        <w:rPr>
          <w:b/>
        </w:rPr>
        <w:t xml:space="preserve">2. </w:t>
      </w:r>
      <w:r>
        <w:t>другие категории лиц, предусмотренные законодательством Российской Федерации, в том числе лица, прошедшие курс лечения от наркомании, алкоголизма и токсикомании и реабилитацию, а также лица, не способные самостоятельно обеспечить свою безопасность, с их согласия</w:t>
      </w:r>
    </w:p>
    <w:p>
      <w:r>
        <w:rPr>
          <w:b/>
        </w:rPr>
        <w:t xml:space="preserve">3. </w:t>
      </w:r>
      <w:r>
        <w:t>стимулирования деятельности организаций, предоставляющих рабочие места лицам, нуждающимся в социальной адаптации, а также лицам, прошедшим курс лечения от наркомании, алкоголизма и токсикомании и реабилитацию</w:t>
      </w:r>
    </w:p>
    <w:p>
      <w:r>
        <w:rPr>
          <w:b/>
        </w:rPr>
        <w:t xml:space="preserve">3. </w:t>
      </w:r>
      <w:r>
        <w:t>предоставления лицам, нуждающимся в социальной адаптации, в том числе лицам, находящимся в трудной жизненной ситуации, социальных услуг в организациях социального обслуживания в соответствии с Федеральным законом от 28 декабря 2013 года № 442-ФЗ "Об основах социального обслуживания граждан в Российской Федерации", а также нормативными правовыми актами органов государственной власти субъектов Российской Федерации</w:t>
      </w:r>
    </w:p>
    <w:p>
      <w:r>
        <w:rPr>
          <w:b/>
        </w:rPr>
        <w:t xml:space="preserve">3. </w:t>
      </w:r>
      <w:r>
        <w:t>предоставления государственной социальной помощи на основании социального контракта в соответствии с Федеральным законом от 17 июля 1999 года № 178-ФЗ "О государственной социальной помощи"</w:t>
      </w:r>
    </w:p>
    <w:p>
      <w:r>
        <w:rPr>
          <w:b/>
        </w:rPr>
        <w:t xml:space="preserve">3. </w:t>
      </w:r>
      <w:r>
        <w:t>привлечения общественных объединений для оказания содействия лицам, нуждающимся в социальной адаптации</w:t>
      </w:r>
    </w:p>
    <w:p>
      <w:r>
        <w:rPr>
          <w:b/>
        </w:rPr>
        <w:t>Статья 25. Ресоциализация</w:t>
      </w:r>
    </w:p>
    <w:p>
      <w:r>
        <w:t>Ресоциализация представляет собой комплекс мер социально-экономического, педагогического, правового характера, осуществляемых субъектами профилактики правонарушений в соответствии с их компетенцией и лицами, участвующими в профилактике правонарушений, в целях реинтеграции в общество лиц, отбывших уголовное наказание в виде лишения свободы и (или) подвергшихся иным мерам уголовно-правового характера.</w:t>
      </w:r>
    </w:p>
    <w:p>
      <w:r>
        <w:rPr>
          <w:b/>
        </w:rPr>
        <w:t>Статья 26. Социальная реабилитация</w:t>
      </w:r>
    </w:p>
    <w:p>
      <w:r>
        <w:rPr>
          <w:b/>
        </w:rPr>
        <w:t xml:space="preserve">1. </w:t>
      </w:r>
      <w:r>
        <w:t>Социальная реабилитация представляет собой совокупность мероприятий по восстановлению утраченных социальных связей и функций лицами, находящимися в трудной жизненной ситуации, в том числе потребляющими наркотические средства и психотропные вещества в немедицинских целях</w:t>
      </w:r>
    </w:p>
    <w:p>
      <w:r>
        <w:rPr>
          <w:b/>
        </w:rPr>
        <w:t xml:space="preserve">2. </w:t>
      </w:r>
      <w:r>
        <w:t>Социальная реабилитация лиц, находящихся в трудной жизненной ситуации, в том числе потребляющих наркотические средства и психотропные вещества в немедицинских целях, осуществляется в соответствии с законодательством Российской Федерации посредством</w:t>
      </w:r>
    </w:p>
    <w:p>
      <w:r>
        <w:rPr>
          <w:b/>
        </w:rPr>
        <w:t xml:space="preserve">3. </w:t>
      </w:r>
      <w:r>
        <w:t>Лицам, находящимся в трудной жизненной ситуации, в том числе потребляющим наркотические средства и психотропные вещества в немедицинских целях, организации социального обслуживания оказывают помощь в социальной реабилитации в порядке, определяемом органами государственной власти субъектов Российской Федерации</w:t>
      </w:r>
    </w:p>
    <w:p>
      <w:r>
        <w:rPr>
          <w:b/>
        </w:rPr>
        <w:t xml:space="preserve">2. </w:t>
      </w:r>
      <w:r>
        <w:t>разъяснения существующего порядка оказания социальной, профессиональной и правовой помощи</w:t>
      </w:r>
    </w:p>
    <w:p>
      <w:r>
        <w:rPr>
          <w:b/>
        </w:rPr>
        <w:t xml:space="preserve">2. </w:t>
      </w:r>
      <w:r>
        <w:t>оказания психологической помощи</w:t>
      </w:r>
    </w:p>
    <w:p>
      <w:r>
        <w:rPr>
          <w:b/>
        </w:rPr>
        <w:t xml:space="preserve">2. </w:t>
      </w:r>
      <w:r>
        <w:t>содействия в восстановлении утраченных документов, социально-полезных связей</w:t>
      </w:r>
    </w:p>
    <w:p>
      <w:r>
        <w:rPr>
          <w:b/>
        </w:rPr>
        <w:t>Статья 27. Помощь лицам, пострадавшим от правонарушений или подверженным риску стать таковыми</w:t>
      </w:r>
    </w:p>
    <w:p>
      <w:r>
        <w:t>Помощь лицам, пострадавшим от правонарушений или подверженным риску стать таковыми, направлена на оказание правовой, социальной, психологической, медицинской и иной поддержки указанным лицам, осуществляемой в соответствии с законодательством Российской Федерации с их согласия в целях минимизации последствий правонарушений либо снижения риска стать пострадавшими от правонарушений.</w:t>
      </w:r>
    </w:p>
    <w:p>
      <w:r>
        <w:rPr>
          <w:b/>
        </w:rPr>
        <w:t>Статья 28. Права лиц, в отношении которых применяются меры индивидуальной профилактики правонарушений</w:t>
      </w:r>
    </w:p>
    <w:p>
      <w:r>
        <w:t>Лица, в отношении которых применяются меры индивидуальной профилактики правонарушений, имеют право на</w:t>
      </w:r>
    </w:p>
    <w:p>
      <w:r>
        <w:t>получение информации об основаниях и причинах применения в отношении их мер индивидуальной профилактики правонарушений, а также об условиях и характере применяемых в отношении их мер индивидуальной профилактики правонарушений</w:t>
      </w:r>
    </w:p>
    <w:p>
      <w:r>
        <w:t>ознакомление с материалами, собранными субъектами профилактики правонарушений в связи с применением в отношении указанных лиц мер индивидуальной профилактики правонарушений и непосредственно затрагивающими права и свободы указанных лиц, если иное не установлено федеральным законом</w:t>
      </w:r>
    </w:p>
    <w:p>
      <w:r>
        <w:t>обжалование действий (бездействия) и решений субъектов профилактики правонарушений и их должностных лиц, а также лиц, участвующих в профилактике правонарушений, в порядке, установленном законодательством Российской Федерации</w:t>
      </w:r>
    </w:p>
    <w:p>
      <w:pPr>
        <w:pStyle w:val="Heading3"/>
      </w:pPr>
      <w:r>
        <w:t>Организационные основы функционирования системы профилактики правонарушений</w:t>
      </w:r>
    </w:p>
    <w:p>
      <w:r>
        <w:rPr>
          <w:b/>
        </w:rPr>
        <w:t>Статья 29. Функционирование системы профилактики правонарушений</w:t>
      </w:r>
    </w:p>
    <w:p>
      <w:r>
        <w:rPr>
          <w:b/>
        </w:rPr>
        <w:t xml:space="preserve">1. </w:t>
      </w:r>
      <w:r>
        <w:t>Функционирование системы профилактики правонарушений осуществляется на основе государственных программ Российской Федерации, государственных программ субъектов Российской Федерации, муниципальных программ в сфере профилактики правонарушений</w:t>
      </w:r>
    </w:p>
    <w:p>
      <w:r>
        <w:rPr>
          <w:b/>
        </w:rPr>
        <w:t xml:space="preserve">2. </w:t>
      </w:r>
      <w:r>
        <w:t>Финансирование расходов субъектов профилактики правонарушений, связанных с реализацией государственных программ Российской Федерации, государственных программ субъектов Российской Федерации, муниципальных программ в сфере профилактики правонарушений, осуществляется за счет и в пределах средств, выделенных соответствующим субъектам профилактики правонарушений</w:t>
      </w:r>
    </w:p>
    <w:p>
      <w:r>
        <w:rPr>
          <w:b/>
        </w:rPr>
        <w:t>Статья 30. Координационные органы в сфере профилактики правонарушений</w:t>
      </w:r>
    </w:p>
    <w:p>
      <w:r>
        <w:rPr>
          <w:b/>
        </w:rPr>
        <w:t xml:space="preserve">1. </w:t>
      </w:r>
      <w:r>
        <w:t>В целях обеспечения реализации государственной политики в сфере профилактики правонарушений, а также в целях координации деятельности в указанной сфере создаются и функционируют межведомственный, ведомственные и региональные координационные органы</w:t>
      </w:r>
    </w:p>
    <w:p>
      <w:r>
        <w:rPr>
          <w:b/>
        </w:rPr>
        <w:t xml:space="preserve">2. </w:t>
      </w:r>
      <w:r>
        <w:t>Положение о межведомственном координационном органе в сфере профилактики правонарушений и его персональный состав утверждаются Правительством Российской Федерации</w:t>
      </w:r>
    </w:p>
    <w:p>
      <w:r>
        <w:rPr>
          <w:b/>
        </w:rPr>
        <w:t xml:space="preserve">3. </w:t>
      </w:r>
      <w:r>
        <w:t>Органы прокуратуры Российской Федерации и следственные органы Следственного комитета Российской Федерации могут создавать ведомственные координационные органы в сфере профилактики правонарушений, в том числе устанавливать их состав, полномочия и порядок их деятельности</w:t>
      </w:r>
    </w:p>
    <w:p>
      <w:r>
        <w:rPr>
          <w:b/>
        </w:rPr>
        <w:t xml:space="preserve">4. </w:t>
      </w:r>
      <w:r>
        <w:t>Порядок создания региональных и муниципальных координационных органов в сфере профилактики правонарушений исполнительными органами субъектов Российской Федерации и органами местного самоуправления определяется нормативными правовыми актами субъектов Российской Федерации и муниципальными правовыми актами. (В редакции Федерального закона от 08.08.2024 № 232-ФЗ)</w:t>
      </w:r>
    </w:p>
    <w:p>
      <w:r>
        <w:rPr>
          <w:b/>
        </w:rPr>
        <w:t>Статья 31. Информационное обеспечение профилактики правонарушений</w:t>
      </w:r>
    </w:p>
    <w:p>
      <w:r>
        <w:rPr>
          <w:b/>
        </w:rPr>
        <w:t xml:space="preserve">1. </w:t>
      </w:r>
      <w:r>
        <w:t>В средствах массовой информации, учредителями которых являются федеральные органы исполнительной власти, органы государственной власти субъектов Российской Федерации или органы местного самоуправления, в соответствии с законодательством Российской Федерации о средствах массовой информации публикуются материалы о деятельности в сфере профилактики правонарушений</w:t>
      </w:r>
    </w:p>
    <w:p>
      <w:r>
        <w:rPr>
          <w:b/>
        </w:rPr>
        <w:t xml:space="preserve">2. </w:t>
      </w:r>
      <w:r>
        <w:t>В целях информационного обеспечения профилактики правонарушений, ее публичности и открытости субъектами профилактики правонарушений и лицами, участвующими в профилактике правонарушений, в информационно-телекоммуникационной сети "Интернет" могут создаваться специальные сайты, а также в соответствии с законодательством Российской Федерации могут использоваться официальные сайты органов государственной власти и органов местного самоуправления</w:t>
      </w:r>
    </w:p>
    <w:p>
      <w:r>
        <w:rPr>
          <w:b/>
        </w:rPr>
        <w:t>Статья 32. Мониторинг в сфере профилактики правонарушений</w:t>
      </w:r>
    </w:p>
    <w:p>
      <w:r>
        <w:rPr>
          <w:b/>
        </w:rPr>
        <w:t xml:space="preserve">1. </w:t>
      </w:r>
      <w:r>
        <w:t>Мониторинг в сфере профилактики правонарушений проводится субъектами профилактики правонарушений в пределах их компетенции</w:t>
      </w:r>
    </w:p>
    <w:p>
      <w:r>
        <w:rPr>
          <w:b/>
        </w:rPr>
        <w:t xml:space="preserve">2. </w:t>
      </w:r>
      <w:r>
        <w:t>Порядок проведения субъектами профилактики правонарушений мониторинга в сфере профилактики правонарушений устанавливается Правительством Российской Федерации</w:t>
      </w:r>
    </w:p>
    <w:p>
      <w:pPr>
        <w:pStyle w:val="Heading3"/>
      </w:pPr>
      <w:r>
        <w:t>Заключительные положения</w:t>
      </w:r>
    </w:p>
    <w:p>
      <w:r>
        <w:rPr>
          <w:b/>
        </w:rPr>
        <w:t>Статья 33. Приведение законов и других нормативных правовых актов субъектов Российской Федерации в соответствие с настоящим Федеральным законом</w:t>
      </w:r>
    </w:p>
    <w:p>
      <w:r>
        <w:t>Законы и другие нормативные правовые акты субъектов Российской Федерации до приведения их в соответствие с настоящим Федеральным законом применяются в части, не противоречащей настоящему Федеральному закону.</w:t>
      </w:r>
    </w:p>
    <w:p>
      <w:r>
        <w:rPr>
          <w:b/>
        </w:rPr>
        <w:t>Статья 34. Вступление в силу настоящего Федерального закона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