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 и о внесении изменений в Федеральный закон "Об образовании в Российской Федерации"</w:t>
      </w:r>
    </w:p>
    <w:p>
      <w:r>
        <w:rPr>
          <w:b/>
        </w:rPr>
        <w:t>Статья None. Федеральный закон   от 03.07.2016 № 307-ФЗ</w:t>
      </w:r>
    </w:p>
    <w:p>
      <w:r>
        <w:t>О внесении изменений в статью 4 Федерального закона "Об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 и о внесении изменений в Федеральный закон "Об образовании в Российской Федерации" РОССИЙСКАЯ ФЕДЕРАЦИЯ ФЕДЕРАЛЬНЫЙ ЗАКОН О внесении изменений в статью 4 Федерального закона "Об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 и о внесении изменений в Федеральный закон "Об образовании в Российской Федерации" Принят Государственной Думой 24 июня 2016 года Одобрен Советом Федерации 29 июня 2016 года Внести в статью 4 Федерального закона от 5 мая 2014 года № 84-ФЗ "Об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 и о внесении изменений в Федеральный закон "Об образовании в Российской Федерации" (Собрание законодательства Российской Федерации, 2014, № 19, ст. 2289; 2015, № 1, ст. 42) следующие изменения</w:t>
      </w:r>
    </w:p>
    <w:p>
      <w:r>
        <w:t>часть 4 изложить в следующей редакции: "4. Организации, осуществляющие образовательную деятельность, и филиалы иностранных образовательных организаций, которые указаны в частях 2 и 3 настоящей статьи и имели в соответствии с законодательством Украины по состоянию на 1 января 2014 года право на осуществление образовательной деятельности, признаются имеющими лицензию на осуществление образовательной деятельности по соответствующим образовательным программам до получения в порядке, установленном законодательством Российской Федерации, лицензии на осуществление образовательной деятельности, но не позднее чем до 1 сентября 2018 года."</w:t>
      </w:r>
    </w:p>
    <w:p>
      <w:r>
        <w:t>часть 5 изложить в следующей редакции: "5. Организации, осуществляющие образовательную деятельность, и филиалы иностранных образовательных организаций, которые указаны в частях 2 и 3 настоящей статьи и имели в соответствии с законодательством Украины об образовании по состоянию на 1 января 2014 года право на выдачу выпускникам документов об образовании, образцы которых утверждены Кабинетом Министров Украины, признаются имеющими государственную аккредитацию по соответствующим основным образовательным программам до получения в порядке, установленном законодательством Российской Федерации, государственной аккредитации, но не позднее чем до 1 сентября 2018 года.". Президент Российской Федерации В.Путин Москва, Кремль 3 июля 2016 года № 307-ФЗ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