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None. Федеральный закон   от 03.07.2016 № 299-ФЗ</w:t>
      </w:r>
    </w:p>
    <w:p>
      <w:r>
        <w:t>О внесении изменения в статью 18 Федерального закона "О содержании под стражей подозреваемых и обвиняемых в совершении преступлений" РОССИЙСКАЯ ФЕДЕРАЦИЯ ФЕДЕРАЛЬНЫЙ ЗАКОН О внесении изменения в статью 18 Федерального закона "О содержании под стражей подозреваемых и обвиняемых в совершении преступлений" Принят Государственной Думой 21 июня 2016 года Одобрен Советом Федерации 29 июня 2016 года Внести в статью 18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1, ст. 2; № 50, ст. 4847; 2011, № 17, ст. 2319; 2014, № 26, ст. 3399) изменение, дополнив ее частью шестой следующего содержания: "Подозреваемым и обвиняемым предоставляются свидания с нотариусом в целях, указанных в пункте 3 1 части четвертой статьи 46 и пункте 9 1 части четвертой статьи 47 Уголовно-процессуального кодекса Российской Федерации. Свидания предоставляются без ограничения их числа и продолжительности в условиях, позволяющих сотруднику места содержания под стражей видеть участников свидания, но не слышать их. Свидания предоставляются по предъявлении нотариусом документов, подтверждающих его полномочия и удостоверяющих его личность. Нотариусу разрешается проносить на территорию места содержания под стражей только те предметы и документы, которые необходимы ему для удостоверения доверенности, в том числе технические средства (устройства), предназначенные для печати документов и снятия копий с документов.". Президент Российской Федерации В.Путин Москва, Кремль 3 июля 2016 года № 299-ФЗ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