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36 Федерального закона "Об образовании в Российской Федерации"</w:t>
      </w:r>
    </w:p>
    <w:p>
      <w:r>
        <w:rPr>
          <w:b/>
        </w:rPr>
        <w:t>Статья 1</w:t>
      </w:r>
    </w:p>
    <w:p>
      <w:r>
        <w:t>Внести в статью 36 Федерального закона от 29 декабря 2012 года № 273-ФЗ "Об образовании в Российской Федерации" (Собрание законодательства Российской Федерации, 2012, № 53, ст. 7598; 2014, № 23, ст. 2930) следующие изменения</w:t>
      </w:r>
    </w:p>
    <w:p>
      <w:r>
        <w:t>в части 5 слова "либо имеющим право на получение государственной социальной помощи" исключить, дополнить предложениями следующего содержания: "Государственная социальная стипендия назначается также студентам, получившим государственную социальную помощь. Государственная социальная стипендия назначается указанной категории студентов со дня представления в организацию, осуществляющую образовательную деятельность, документа, подтверждающего назначение государственной социальной помощи, на один год со дня назначения указанной государственной социальной помощи."</w:t>
      </w:r>
    </w:p>
    <w:p>
      <w:r>
        <w:t>часть 8 дополнить предложением следующего содержания: "Стипендиальный фонд включает в себя средства на выплату стипендий, выплачиваемых за счет средств соответствующих бюджетов бюджетной системы Российской Федерации."</w:t>
      </w:r>
    </w:p>
    <w:p>
      <w:r>
        <w:t>в части 10 слова "и нормативов, установленных" заменить словами "в соответствии с правилами формирования стипендиального фонда за счет бюджетных ассигнований федерального бюджета и нормативами, установленными", слова "Нормативы для" заменить словами "Нормативы и правила"</w:t>
      </w:r>
    </w:p>
    <w:p>
      <w:r>
        <w:t>в части 15 слова "нуждающимся студентам" заменить словами "нуждающимся обучающимся", слова "работы со студентами" заменить словами "работы с обучающимися", слова "размера стипендиального фонда" заменить словами "размера части стипендиального фонда, предназначенной на выплаты государственных академических стипендий студентам и государственных социальных стипендий студентам,"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 1 сентября 2016 года, за исключением пункта 1 статьи 1 настоящего Федерального закона</w:t>
      </w:r>
    </w:p>
    <w:p>
      <w:r>
        <w:rPr>
          <w:b/>
        </w:rPr>
        <w:t xml:space="preserve">2. </w:t>
      </w:r>
      <w:r>
        <w:t>Пункт 1 статьи 1 настоящего Федерального закона вступает в силу с 1 января 2017 года</w:t>
      </w:r>
    </w:p>
    <w:p>
      <w:r>
        <w:rPr>
          <w:b/>
        </w:rPr>
        <w:t xml:space="preserve">3. </w:t>
      </w:r>
      <w:r>
        <w:t>Положения части 5 статьи 36 Федерального закона от 29 декабря 2012 года № 273-ФЗ "Об образовании в Российской Федерации" (в редакции настоящего Федерального закона) применяются к правоотношениям, возникшим после 1 января 2017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