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None. Федеральный закон   от 03.07.2016 № 313-ФЗ</w:t>
      </w:r>
    </w:p>
    <w:p>
      <w:r>
        <w:t>О внесении изменений в Федеральный закон "Об образовании в Российской Федерации" РОССИЙСКАЯ ФЕДЕРАЦИЯ ФЕДЕРАЛЬНЫЙ ЗАКОН О внесении изменений в Федеральный закон "Об образовании в Российской Федерации" Принят Государственной Думой 21 июня 2016 года Одобрен Советом Федерации 29 июня 2016 года 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48, ст. 6165; 2014, № 30, ст. 4257) следующие изменения</w:t>
      </w:r>
    </w:p>
    <w:p>
      <w:r>
        <w:t>часть 2 статьи 6 дополнить словами ", а также организацию предоставления дополнительного образования детей"</w:t>
      </w:r>
    </w:p>
    <w:p>
      <w:r>
        <w:t>в части 2 статьи 8 слова "предоставление государственной поддержки дополнительного образования детей в муниципальных образовательных организациях" заменить словами "предоставление государственной поддержки дополнительного образования детей,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организациях, реализующих дополнительные общеобразовательные программы для детей"</w:t>
      </w:r>
    </w:p>
    <w:p>
      <w:r>
        <w:t>в статье 41: а) часть 1 дополнить пунктом 11 следующего содержания: "11) обучение педагогических работников навыкам оказания первой помощи."; б) часть 3 изложить в следующей редакции: "3. Организация оказания первичной медико-санитарной помощи обучающимся осуществляется органами исполнительной власти в сфере здравоохранения. Первичная медико-санитарная помощь оказывается обучающимся медицинскими организациями, а также образовательными организациями, осуществляющими медицинскую деятельность в порядке, установленном законодательством в сфере охраны здоровья. Оказание первичной медико-санитарной помощи обучающимся в образовательных организациях, реализующих основные общеобразовательные программы, образовательные программы среднего профессионального образования, программы бакалавриата, программы специалитета, программы магистратуры,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искусств, осуществляется в образовательной организации либо в случаях, установленных органами государственной власти субъектов Российской Федерации, в медицинской организации. При оказании первичной медико-санитарной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помещение, соответствующее условиям и требованиям для оказания указанной помощи."; в) пункт 1 части 4 изложить в следующей редакции: "1) наблюдение за состоянием здоровья обучающихся;". Президент Российской Федерации В.Путин Москва, Кремль 3 июля 2016 года № 313-ФЗ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