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библиотечном деле"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