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службе в органах внутренних дел Российской Федерации и внесении изменений в отдельные законодательные акты Российской Федерации" в части совершенствования регулирования отдельных вопросов прохождения службы в органах внутренних дел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