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библиотечном деле" в части создания федеральной государственной информационной системы "Национальная электронная библиотека"</w:t>
      </w:r>
    </w:p>
    <w:p>
      <w:r>
        <w:rPr>
          <w:b/>
        </w:rPr>
        <w:t>Статья 1</w:t>
      </w:r>
    </w:p>
    <w:p>
      <w:r>
        <w:t>Внести в Федеральный закон от 29 декабря 1994 года № 78-ФЗ "О библиотечном деле" (Собрание законодательства Российской Федерации, 1995, № 1, ст. 2; 2007, № 27, ст. 3213; 2008, № 44, ст. 4989; 2009, № 23, ст. 2774; 2013, № 27, ст. 3477; 2014, № 49, ст. 6928) следующие изменения: 1) пункт 2 статьи 5 дополнить абзацем следующего содержания: "путем предоставления доступа к федеральной государственной информационной системе "Национальная электронная библиотека" (далее - Национальная электронная библиотека) в соответствии со статьей 181 настоящего Федерального закона."; 2) абзац второй пункта 2 статьи 8 после слов "в сфере культуры" дополнить словами "(далее - федеральный орган исполнительной власти в сфере культуры)"; 3) в пункте 6 статьи 12 слова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культуры" заменить словами "федеральным органом исполнительной власти в сфере культуры"; 4) пункт 2 статьи 161 изложить в следующей редакции: "2. Книжные памятники подлежат государственному учету, который осуществляется путем их регистрации в реестре книжных памятников. Порядок отнесения документов к книжным памятникам, порядок регистрации книжных памятников в реестре книжных памятников и порядок ведения реестра книжных памятников устанавливаются положением о реестре книжных памятников, которое утверждается федеральным органом исполнительной власти в сфере культуры. Регистрацию книжных памятников в реестре книжных памятников и ведение реестра книжных памятников осуществляет Российская государственная библиотека."; 5) главу V дополнить статьей 181 следующего содержания: "Статья 181. Национальная электронная библиотека 1. Национальная электронная библиотека является федеральной государственной информационной системой, которая представляет собой совокупность документов и сведений в электронной форме, которые отобраны в соответствии с методикой отбора объектов Национальной электронной библиотеки (далее - объекты Национальной электронной библиотеки), утверждаемой Правительством Российской Федерации (далее - методика отбора), и доступ к которым предоставляется пользователям Национальной электронной библиотеки, в том числе с использованием информационно-телекоммуникационной сети "Интернет". Целью создания Национальной электронной библиотеки являются сохранение исторического, научного и культурного достояния народов Российской Федерации, обеспечение условий для повышения интеллектуального потенциала Российской Федерации и популяризации российской науки и культуры, формирование основы для создания единого российского электронного пространства знаний. Задачами создания Национальной электронной библиотеки являются: отбор документов и сведений для включения в состав объектов Национальной электронной библиотеки; формирование совокупности объектов Национальной электронной библиотеки, содержащихся в фондах участников Национальной электронной библиотеки, доступ к которым предоставляется пользователям Национальной электронной библиотеки; координация деятельности по созданию объектов Национальной электронной библиотеки, в том числе по переводу в электронную форму за счет бюджетов бюджетной системы Российской Федерации документов, отобранных в соответствии с методикой отбора для включения в Национальную электронную библиотеку; обеспечение доступа пользователей Национальной электронной библиотеки к объектам Национальной электронной библиотеки. Национальная электронная библиотека создается федеральным органом исполнительной власти в сфере культуры.</w:t>
      </w:r>
    </w:p>
    <w:p>
      <w:r>
        <w:rPr>
          <w:b/>
        </w:rPr>
        <w:t xml:space="preserve">2. </w:t>
      </w:r>
      <w:r>
        <w:t>Национальная электронная библиотека осуществляет следующие функции: создание и использование объектов Национальной электронной библиотеки в соответствии с требованиями Гражданского кодекса Российской Федерации; учет и хранение объектов Национальной электронной библиотеки; обеспечение доступа пользователей Национальной электронной библиотеки к объектам Национальной электронной библиотеки в соответствии с законодательством Российской Федерации и Положением о Национальной электронной библиотеке</w:t>
      </w:r>
    </w:p>
    <w:p>
      <w:r>
        <w:rPr>
          <w:b/>
        </w:rPr>
        <w:t xml:space="preserve">3. </w:t>
      </w:r>
      <w:r>
        <w:t>Объектами Национальной электронной библиотеки являются созданные в электронной форме копии: печатных изданий; электронных изданий; неопубликованных документов, в том числе диссертаций; иных документов, представляемых в качестве обязательного экземпляра документов; книжных памятников. Методика отбора документов для их включения в Национальную электронную библиотеку основывается на следующих критериях: научно-образовательная, культурная и историческая ценность; использование в программах общего образования и профессионального образования; уникальность изданий, обладающих индивидуальными особенностями; ограниченность доступа к ветхим изданиям. Национальная электронная библиотека включает в себя: электронный каталог Национальной электронной библиотеки (далее - электронный каталог); реестр книжных памятников; сведения о законодательстве Российской Федерации, регулирующем отношения в связи с созданием и функционированием Национальной электронной библиотеки. Электронный каталог представляет собой реестр данных о наличии и месте нахождения объектов Национальной электронной библиотеки, а также документов, отобранных для включения в Национальную электронную библиотеку. Порядок формирования электронного каталога и состав содержащихся в нем сведений устанавливаются федеральным органом исполнительной власти в сфере культуры</w:t>
      </w:r>
    </w:p>
    <w:p>
      <w:r>
        <w:rPr>
          <w:b/>
        </w:rPr>
        <w:t xml:space="preserve">4. </w:t>
      </w:r>
      <w:r>
        <w:t>Оператор Национальной электронной библиотеки в порядке, установленном Положением о Национальной электронной библиотеке, осуществляет: обеспечение функционирования Национальной электронной библиотеки на основе электронного взаимодействия между оператором, участниками и пользователями Национальной электронной библиотеки; обеспечение развития Национальной электронной библиотеки; координацию деятельности по созданию объектов Национальной электронной библиотеки, в том числе по переводу в электронную форму документов, отобранных для включения в состав объектов Национальной электронной библиотеки; организацию хранения объектов Национальной электронной библиотеки в соответствии с Положением о Национальной электронной библиотеке; технологическое и техническое обслуживание оборудования, программ для ЭВМ и баз данных, предназначенных для обеспечения деятельности Национальной электронной библиотеки; регистрацию пользователей Национальной электронной библиотеки по их желанию; обеспечение доступа пользователей Национальной электронной библиотеки к объектам Национальной электронной библиотеки; формирование и ведение электронного каталога; обеспечение информационного взаимодействия оператора с участниками Национальной электронной библиотеки; популяризацию Национальной электронной библиотеки; иные функции, возложенные на оператора Национальной электронной библиотеки Положением о Национальной электронной библиотеке. Функции оператора Национальной электронной библиотеки осуществляет Российская государственная библиотека</w:t>
      </w:r>
    </w:p>
    <w:p>
      <w:r>
        <w:rPr>
          <w:b/>
        </w:rPr>
        <w:t xml:space="preserve">5. </w:t>
      </w:r>
      <w:r>
        <w:t>Участниками Национальной электронной библиотеки являются государственные и муниципальные библиотеки, библиотеки образовательных, научных и иных государственных и муниципальных организаций, а также организации, обеспечивающие хранение обязательного федерального экземпляра документов в электронной форме и (или) книжных памятников. Участники Национальной электронной библиотеки предоставляют доступ оператору Национальной электронной библиотеки к объектам Национальной электронной библиотеки, содержащимся в их фондах, бесплатно в соответствии с Положением о Национальной электронной библиотеке. Доступ участников Национальной электронной библиотеки к Национальной электронной библиотеке осуществляется без взимания платы</w:t>
      </w:r>
    </w:p>
    <w:p>
      <w:r>
        <w:rPr>
          <w:b/>
        </w:rPr>
        <w:t xml:space="preserve">6. </w:t>
      </w:r>
      <w:r>
        <w:t>Пользователями Национальной электронной библиотеки являются: пользователи библиотек, осуществляющих доступ к объектам Национальной электронной библиотеки в помещении библиотеки, в том числе с использованием информационно-телекоммуникационной сети "Интернет"; физические лица, не являющиеся пользователями библиотек и осуществляющие доступ к объектам Национальной электронной библиотеки с использованием информационно-телекоммуникационной сети "Интернет". Объекты Национальной электронной библиотеки, подлежащие свободному использованию в соответствии с законодательством Российской Федерации, а также объекты, права на включение которых в Национальную электронную библиотеку и предоставление во временное пользование пользователям Национальной электронной библиотеки получены от авторов или иных правообладателей и которые включены в Национальную электронную библиотеку в соответствии с абзацем двенадцатым пункта 7 настоящей статьи, предоставляются пользователям Национальной электронной библиотеки бесплатно. Иные объекты Национальной электронной библиотеки, права на включение которых в Национальную электронную библиотеку и предоставление во временное пользование пользователям Национальной электронной библиотеки получены от авторов или иных правообладателей, могут предоставляться пользователям Национальной электронной библиотеки за плату в порядке, установленном Положением о Национальной электронной библиотеке. Порядок и условия предоставления пользователям Национальной электронной библиотеки доступа к объектам Национальной электронной библиотеки устанавливаются Положением о Национальной электронной библиотеке</w:t>
      </w:r>
    </w:p>
    <w:p>
      <w:r>
        <w:rPr>
          <w:b/>
        </w:rPr>
        <w:t xml:space="preserve">7. </w:t>
      </w:r>
      <w:r>
        <w:t>Положение о Национальной электронной библиотеке утверждается Правительством Российской Федерации и определяет: порядок создания и функционирования Национальной электронной библиотеки; порядок формирования единого российского электронного пространства знаний на основе Национальной электронной библиотеки; права и обязанности участников и пользователей Национальной электронной библиотеки; принципы формирования, полномочия и порядок организации работы Межведомственного совета по развитию Национальной электронной библиотеки; порядок создания, функционирования, организации работы, а также полномочия экспертных советов по отбору документов и сведений для включения в состав объектов Национальной электронной библиотеки; меры по защите информации, содержащейся в Национальной электронной библиотеке; требования к оборудованию и программно-техническим средствам, используемым для электронного взаимодействия между оператором, участниками и пользователями Национальной электронной библиотеки; порядок деятельности участников Национальной электронной библиотеки по созданию объектов Национальной электронной библиотеки, в том числе по переводу в электронную форму документов, отобранных в соответствии с методикой отбора; порядок доступа библиотек к объектам Национальной электронной библиотеки; порядок доступа пользователей Национальной электронной библиотеки к объектам Национальной электронной библиотеки. Федеральный орган исполнительной власти в сфере культуры ежегодно обеспечивает за счет средств федерального бюджета включение в Национальную электронную библиотеку не менее десяти процентов издаваемых в Российской Федерации наименований книг в соответствии с законодательством Российской Федерации. Порядок ежегодного включения в Национальную электронную библиотеку издаваемых в Российской Федерации наименований книг определяется Положением о Национальной электронной библиотеке. Количество ежегодно включаемых в Национальную электронную библиотеку издаваемых в Российской Федерации наименований книг определяется федеральным органом исполнительной власти в сфере культуры. Финансирование деятельности оператора Национальной электронной библиотеки осуществляется за счет средств федерального бюджета и иных источников финансирования</w:t>
      </w:r>
    </w:p>
    <w:p>
      <w:r>
        <w:rPr>
          <w:b/>
        </w:rPr>
        <w:t xml:space="preserve">8. </w:t>
      </w:r>
      <w:r>
        <w:t>Единые требования к форматам объектов Национальной электронной библиотеки устанавливаются уполномоченным Правительством Российской Федерации федеральным органом исполнительной власти.";</w:t>
      </w:r>
    </w:p>
    <w:p>
      <w:r>
        <w:rPr>
          <w:b/>
        </w:rPr>
        <w:t xml:space="preserve">8. </w:t>
      </w:r>
      <w:r>
        <w:t>в статье 19 первое предложение изложить в следующей редакции: "Для более полного удовлетворения потребностей пользователей библиотек в информации, рационального использования фондов библиотек государство стимулирует взаимоиспользование их ресурсов, а также обеспечивает доступ пользователей Национальной электронной библиотеки к объектам Национальной электронной библиотеки."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