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1998, № 7, ст. 788; 2000, № 33, ст. 3348; 2002, № 15, ст. 1375; 2003, № 2, ст. 160; 2004, № 35, ст. 3607; 2009, № 51, ст. 6152; 2011, № 47, ст. 6608; № 48, ст. 6727; 2012, № 10, ст. 1163; 2013, № 27, ст. 3459, 3477; № 48, ст. 6165; 2014, № 45, ст. 6143; № 52, ст. 7553; 2015, № 1, ст. 53; № 48, ст. 6724) следующие изменения: 1) преамбулу изложить в следующей редакции: "Настоящий Федеральный закон определяет общие принципы, содержание и меры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2) в статье 1: а) дополнить новым абзацем пятым следующего содержания: "лица, потерявшие в период обучения обоих родителей или единственного родителя, - лица в возрасте от 18 до 23 лет, у которых в период их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б) абзацы пятый - седьмой считать соответственно абзацами шестым - восьмым; в) абзац восьмой считать абзацем девятым и в нем слова "бесплатного общежития и бесплатного медицинского обеспечения или возмещение их полной стоимости" заменить словами "проживания в жилом помещении без взимания платы или возмещение их полной стоимости, а также бесплатное оказание медицинской помощи"; г) абзац девятый считать абзацем десятым и изложить его в следующей редакции: "полное государственное обеспечение и дополнительные гарантии по социальной поддержке при получении профессионального образования и (или) при прохождении профессионального обучения - предоставление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бесплатного питания, бесплатного комплекта одежды, обуви и мягкого инвентаря или возмещение их полной стоимости, предоставление жилого помещения в порядке, предусмотренном Федеральным законом от 29 декабря 2012 года № 273-ФЗ "Об образовании в Российской Федерации", законодательно закрепленных дополнительных мер по социальной защите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а также бесплатное оказание медицинской помощи до завершения обучения по указанным образовательным программам;"; д) абзац десятый считать абзацем одиннадцатым; е) абзац одиннадцатый считать абзацем двенадцатым и изложить его в следующей редакции: "дополнительные гарантии по социальной поддержке - законодательно закрепленные дополнительные меры по социальной защите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3) статью 2 изложить в следующей редакции: "Статья 2. Отношения, регулируемые настоящим Федеральным законом Настоящий Федеральный закон регулирует отношения, возникающие в связи с предоставлением и обеспечением органами государственной власти дополнительных гарантий по социальной защите прав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4) статью 6 изложить в следующей редакции: "Статья 6. Дополнительные гарантии права на образование 1. 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в порядке, установленном Федеральным законом от 29 декабря 2012 года № 273-ФЗ "Об образовании в Российской Федерации".</w:t>
      </w:r>
    </w:p>
    <w:p>
      <w:r>
        <w:rPr>
          <w:b/>
        </w:rPr>
        <w:t xml:space="preserve">2. </w:t>
      </w:r>
      <w:r>
        <w:t>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соответствующих бюджетов бюджетной системы Российской Федерации. Дети-сироты и дети, оставшиеся без попечения родителей, лица из числа детей-сирот и детей, оставшихся без попечения родителей,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w:t>
      </w:r>
    </w:p>
    <w:p>
      <w:r>
        <w:rPr>
          <w:b/>
        </w:rPr>
        <w:t xml:space="preserve">3. </w:t>
      </w:r>
      <w:r>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зачисляются на полное государственное обеспечение до завершения обучения по указанным образовательным программам. В случае достижения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обучающимися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и (или) по программам профессиональной подготовки по профессиям рабочих, должностям служащих за счет средств бюджетов субъектов Российской Федерации или местных бюджетов, возраста 23 лет за ними сохраняется право на полное государственное обеспечение и дополнительные гарантии по социальной поддержке, предусмотренные в отношении указанных лиц, до завершения обучения по таким образовательным программам</w:t>
      </w:r>
    </w:p>
    <w:p>
      <w:r>
        <w:rPr>
          <w:b/>
        </w:rPr>
        <w:t xml:space="preserve">4. </w:t>
      </w:r>
      <w:r>
        <w:t>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соответствующих бюджетов бюджетной системы Российской Федерации, наряду с полным государственным обеспечением выплачиваются государственная социальная стипендия в соответствии с Федеральным законом от 29 декабря 2012 года № 273-ФЗ "Об образовании в Российской Федерации", ежегодное пособие на приобретение учебной литературы и письменных принадлежностей. Пособие на приобретение учебной литературы и письменных принадлежностей выплачивается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федерального бюджета, за исключением указанных лиц,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в размере трехмесячной государственной социальной стипендии в порядке, установленном Правительством Российской Федерации. Размер и порядок выплаты пособия на приобретение учебной литературы и письменных принадлежностей, а также иных выплат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устанавливаются федеральным органом государственной власти, в ведении которого находятся соответствующие образовательные организации. Размер и порядок выплаты пособия на приобретение учебной литературы и письменных принадлежностей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бюджетов субъектов Российской Федерации или местных бюджетов, устанавливаются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
        <w:rPr>
          <w:b/>
        </w:rPr>
        <w:t xml:space="preserve">5. </w:t>
      </w:r>
      <w:r>
        <w:t>Выпускники организаций для детей-сирот и детей, оставшихся без попечения родителей, и лица из числа детей-сирот и детей, оставшихся без попечения родителей, обучающиеся по очной форме обучения по указанным в абзаце первом пункта 3 настоящей статьи образовательным программам за счет средств соответствующих бюджетов бюджетной системы Российской Федерации и приезжающие в каникулярное время, выходные и праздничные дни в эти организации или в иные организации для детей-сирот и детей, оставшихся без попечения родителей, или в организации, осуществляющие образовательную деятельность, по решению органов управления указанных организаций могут зачисляться на бесплатное питание и проживание на период своего пребывания в них</w:t>
      </w:r>
    </w:p>
    <w:p>
      <w:r>
        <w:rPr>
          <w:b/>
        </w:rPr>
        <w:t xml:space="preserve">6. </w:t>
      </w:r>
      <w:r>
        <w:t>Нормы и порядок обеспечения за счет средств федерального бюджета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 за исключением обучающихся и воспитывающихся в специальных учебно-воспитательных учреждениях открытого и закрытого типа,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утверждаются Правительством Российской Федерации. Нормы и порядок обеспечения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обучающихся и воспитывающихся в специальных учебно-воспитательных учреждениях открытого и закрытого типа, устанавливаются в соответствии с Федеральным законом от 24 июня 1999 года № 120-ФЗ "Об основах системы профилактики безнадзорности и правонарушений несовершеннолетних". Нормы и порядок обеспечения за счет средств федерального бюджета бесплатным питанием, бесплатным комплектом одежды, обуви и мягким инвентарем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за счет средств федерального бюджета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утверждаются федеральным государственным органом, в ведении которого находятся соответствующие образовательные организации. Нормы и порядок обеспечения за счет средств бюджетов субъектов Российской Федерации или местных бюджетов бесплатным питанием, бесплатным комплектом одежды, обуви и мягким инвентарем детей, находящихся в организациях для детей-сирот и детей, оставшихся без попечения родителей, а также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абзаце первом пункта 3 настоящей статьи образовательным программам за счет средств бюджетов субъектов Российской Федерации или местных бюджетов,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
        <w:rPr>
          <w:b/>
        </w:rPr>
        <w:t xml:space="preserve">7. </w:t>
      </w:r>
      <w:r>
        <w:t>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федерального бюджета, выпускники организаций, осуществляющих образовательную деятельность, обучавшиеся по очной форме обучения по основным профессиональным образовательным программам за счет средств федерального бюджета, за исключением обучавшихся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а также продолжающих обучение по очной форме обучения по основным профессиональным образовательным программам за счет средств федерального бюджета,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обеспечиваются за счет средств организаций, в которых они обучались и воспитывались, бесплатным комплектом одежды, обуви, мягким инвентарем и оборудованием по нормам и в порядке, которые утверждены Правительством Российской Федерации, и единовременным денежным пособием в размере не менее чем пятьсот рублей. По желанию выпускника ему может быть выдана денежная компенсация в размере, необходимом для приобретения указанных одежды, обуви, мягкого инвентаря и оборудования, или такая компенсация может быть перечислена на счет или счета, открытые на имя выпускника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физических лиц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законом от 23 декабря 2003 года № 177-ФЗ "О страховании вкладов физических лиц в банках Российской Федерации" размер возмещения по вкладам. Выпускники федеральных государственных образовательных организаций, осуществляющих подготовку кадров в интересах обороны и безопасности государства, обеспечения законности и правопорядка,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основным профессиональным образовательным программам за счет средств федерального бюджета, обеспечиваются бесплатным комплектом одежды, обуви, мягким инвентарем, оборудованием либо по желанию выпускника денежной компенсацией и единовременным денежным пособием по нормам и в порядке, которые установлены федеральным государственным органом, в ведении которого находятся соответствующие образовательные организации.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бюджетов субъектов Российской Федерации, выпускники организаций, осуществляющих образовательную деятельность, обучавшиеся по очной форме обучения по указанным в абзаце первом пункта 3 настоящей статьи образовательным программам за счет средств бюджетов субъектов Российской Федерации или местных бюджетов,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абзаце первом пункта 3 настоящей статьи образовательным программам за счет средств бюджетов субъектов Российской Федерации или местных бюджетов, обеспечиваются бесплатным комплектом одежды, обуви, мягким инвентарем, оборудованием и единовременным денежным пособием в размере и в порядке, которые утверждены законами субъектов Российской Федерации и (или) нормативными правовыми актами органов исполнительной власти субъектов Российской Федерации. Предусмотренные настоящим пунктом дополнительные гарантии по социальной поддержке не предоставляются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случае, если указанные гарантии уже были им предоставлены за счет средств организации, где они ранее обучались и (или) воспитывались</w:t>
      </w:r>
    </w:p>
    <w:p>
      <w:r>
        <w:rPr>
          <w:b/>
        </w:rPr>
        <w:t xml:space="preserve">8. </w:t>
      </w:r>
      <w:r>
        <w:t>При предоставлении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соответствующего бюджета бюджетной системы Российской Федерации,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на весь период данных отпусков сохраняется полное государственное обеспечение и выплачивается государственная социальная стипендия</w:t>
      </w:r>
    </w:p>
    <w:p>
      <w:r>
        <w:rPr>
          <w:b/>
        </w:rPr>
        <w:t xml:space="preserve">9. </w:t>
      </w:r>
      <w:r>
        <w:t>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за счет средств федерального бюджета, за исключением обучающихся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порядке, установленном Правительством Российской Федерации.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основным профессиональным образовательным программам в федеральных государственных образовательных организациях, осуществляющих подготовку кадров в интересах обороны и безопасности государства, обеспечения законности и правопорядка,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порядке, установленном федеральным государственным органом, в ведении которого находятся соответствующие образовательные организации. Порядок обеспечения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указанным в абзаце первом пункта 3 настоящей статьи образовательным программам за счет средств бюджетов субъектов Российской Федерации или местных бюджетов, определяется законами субъектов Российской Федерации и (или) нормативными правовыми актами органов исполнительной власти субъектов Российской Федерации.";</w:t>
      </w:r>
    </w:p>
    <w:p>
      <w:r>
        <w:rPr>
          <w:b/>
        </w:rPr>
        <w:t xml:space="preserve">9. </w:t>
      </w:r>
      <w:r>
        <w:t>пункт 2 статьи 7 дополнить абзацем следующего содержания: "Нормативными правовыми актами органов государственной власти субъектов Российской Федерации могут определяться порядок и размер компенсации стоимости указанных в абзаце первом настоящего пункта путевок и проезда в случае самостоятельного приобретения путевок и оплаты проезда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w:t>
      </w:r>
    </w:p>
    <w:p>
      <w:r>
        <w:rPr>
          <w:b/>
        </w:rPr>
        <w:t>Статья 2</w:t>
      </w:r>
    </w:p>
    <w:p>
      <w:r>
        <w:t>Абзац восьмой пункта 2 статьи 8 Федерального закона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2003, № 28, ст. 2880; 2004, № 35, ст. 3607; № 49, ст. 4849; 2008, № 30, ст. 3616; 2013, № 52, ст. 7000) изложить в следующей редакции: "обеспечение бесплатным питанием, бесплатным комплектом одежды, обуви и мягким инвентарем по установленным нормам. Нормы и порядок обеспечения за счет средств федерального бюджета бесплатным питанием, бесплатным комплектом одежды, обуви и мягким инвентарем несовершеннолетних, находящихся в федеральных учреждениях системы профилактики безнадзорности и правонарушений несовершеннолетних, утверждаются уполномоченным Правительством Российской Федерации федеральным органом исполнительной власти. Нормы и порядок обеспечения за счет средств бюджетов субъектов Российской Федерации бесплатным питанием, бесплатным комплектом одежды, обуви и мягким инвентарем несовершеннолетних, находящихся в учреждениях системы профилактики безнадзорности и правонарушений несовершеннолетних субъектов Российской Федерации или муниципальных образований, утверждаются законами субъектов Российской Федерации и (или) нормативными правовыми актами органов исполнительной власти субъектов Российской Федерации;".</w:t>
      </w:r>
    </w:p>
    <w:p>
      <w:r>
        <w:rPr>
          <w:b/>
        </w:rPr>
        <w:t>Статья 3</w:t>
      </w:r>
    </w:p>
    <w:p>
      <w:r>
        <w:t>Часть 5 статьи 36 Федерального закона от 29 декабря 2012 года № 273-ФЗ "Об образовании в Российской Федерации" (Собрание законодательства Российской Федерации, 2012, № 53, ст. 7598; 2014, № 23, ст. 2930) после слов "из числа детей-сирот и детей, оставшихся без попечения родителей," дополнить словами "лицами, потерявшими в период обучения обоих родителей или единственного родителя,".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