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2006, № 31, ст. 3452; 2007, № 49, ст. 6079; 2008, № 15, ст. 1444; № 52, ст. 6227, 6235; 2009, № 52, ст. 6453; 2010, № 19, ст. 2289; № 25, ст. 3071; № 27, ст. 3431; № 30, ст. 3986; 2011, № 11, ст. 1495; № 19, ст. 2714; № 30, ст. 4598; № 48, ст. 6730; № 50, ст. 7362; 2012, № 10, ст. 1166; № 47, ст. 6401; 2013, № 26, ст. 3207; № 27, ст. 3442; № 30, ст. 4031; № 44, ст. 5641; № 51, ст. 6685; 2014, № 19, ст. 2301; № 26, ст. 3385; № 30, ст. 4278; 2015, № 1, ст. 83, 85; № 10, ст. 1410; № 29, ст. 4391) следующие изменения: 1) в пункте "а" части первой статьи 1041 слова "частями третьей и четвертой статьи 204" заменить словами "частями пятой - восьмой статьи 204"; 2) в статье 184: а) часть первую изложить в следующей редакции: "1. Передача спортсмену, спортивному судье, тренеру, руководителю спортивной команды, другому участнику или организатору официального спортивного соревнования (в том числе их работнику), а равно члену жюри, участнику или организатору зрелищного коммерческого конкурса денег, ценных бумаг, иного имущества, а также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в целях оказания противоправного влияния на результат официального спортивного соревнования или зрелищного коммерческого конкурса, либо принуждение или склонение таких лиц к оказанию этого влияния, либо предварительный сговор с такими лицами в тех же целях - 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 б) часть третью изложить в следующей редакции: "3. Получение спортсменом, тренером, руководителем спортивной команды или другим участником официального спортивного соревнования, а равно участником зрелищного коммерческого конкурса денег, ценных бумаг, иного имущества, а также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либо предварительный сговор таких лиц в целях противоправного влияния на результат официального спортивного соревнования или зрелищного коммерческого конкурса - наказываются штрафом в размере от трехсот тысяч до семисот тысяч рублей или в размере заработной платы или иного дохода осужденного за период от четырех месяцев до одного года,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ста тысяч рублей или в размере заработной платы или иного дохода осужденного за период до пяти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 в) дополнить частью пятой следующего содержания: "5. Посредничество в совершении деяний, предусмотренных частями первой - четвертой настоящей статьи, в значительном размере - 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или без такового и с лишением права занимать определенные должности или заниматься определенной деятельностью на срок до трех лет или без такового."; г) примечание признать утратившим силу; д) дополнить примечаниями следующего содержания: "Примечания.</w:t>
      </w:r>
    </w:p>
    <w:p>
      <w:r>
        <w:rPr>
          <w:b/>
        </w:rPr>
        <w:t xml:space="preserve">1. </w:t>
      </w:r>
      <w:r>
        <w:t>Значительным размером в части пятой настоящей статьи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w:t>
      </w:r>
    </w:p>
    <w:p>
      <w:r>
        <w:rPr>
          <w:b/>
        </w:rPr>
        <w:t xml:space="preserve">2. </w:t>
      </w:r>
      <w:r>
        <w:t>Лицо, совершившее преступление, предусмотренное частью первой, второй или пятой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либо это лицо добровольно сообщило о совершенном преступлении в орган, имеющий право возбудить уголовное дело.";</w:t>
      </w:r>
    </w:p>
    <w:p>
      <w:r>
        <w:rPr>
          <w:b/>
        </w:rPr>
        <w:t xml:space="preserve">2. </w:t>
      </w:r>
      <w:r>
        <w:t>Деяния, предусмотренные частью первой настоящей статьи, совершенные в значительном размере, - 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Деяния, предусмотренные частью первой настоящей статьи, если они совершены:</w:t>
      </w:r>
    </w:p>
    <w:p>
      <w:r>
        <w:rPr>
          <w:b/>
        </w:rPr>
        <w:t xml:space="preserve">4. </w:t>
      </w:r>
      <w:r>
        <w:t>Деяния, предусмотренные частью первой, пунктами "а" и "б" части третьей настоящей статьи, совершенные в особо крупном размере, - 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 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
    <w:p>
      <w:r>
        <w:rPr>
          <w:b/>
        </w:rPr>
        <w:t xml:space="preserve">6. </w:t>
      </w:r>
      <w:r>
        <w:t>Деяния, предусмотренные частью пятой настоящей статьи, совершенные в значительном размере, - 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7. </w:t>
      </w:r>
      <w:r>
        <w:t>Деяния, предусмотренные частью пятой настоящей статьи, если они:</w:t>
      </w:r>
    </w:p>
    <w:p>
      <w:r>
        <w:rPr>
          <w:b/>
        </w:rPr>
        <w:t xml:space="preserve">8. </w:t>
      </w:r>
      <w:r>
        <w:t>Деяния, предусмотренные частью пятой, пунктами "а" - "в" части седьмой настоящей статьи, совершенные в особо крупном размере, - 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 Примечания</w:t>
      </w:r>
    </w:p>
    <w:p>
      <w:r>
        <w:rPr>
          <w:b/>
        </w:rPr>
        <w:t xml:space="preserve">1. </w:t>
      </w:r>
      <w:r>
        <w:t>Значительным размером коммерческого подкупа в настоящей статье и статье 2041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
        <w:rPr>
          <w:b/>
        </w:rPr>
        <w:t xml:space="preserve">2. </w:t>
      </w:r>
      <w:r>
        <w:t>Лицо, совершившее преступление, предусмотренное частями первой - четвертой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
        <w:rPr>
          <w:b/>
        </w:rPr>
        <w:t xml:space="preserve">2. </w:t>
      </w:r>
      <w:r>
        <w:t>Посредничество в коммерческом подкупе, совершенное:</w:t>
      </w:r>
    </w:p>
    <w:p>
      <w:r>
        <w:rPr>
          <w:b/>
        </w:rPr>
        <w:t xml:space="preserve">3. </w:t>
      </w:r>
      <w:r>
        <w:t>Посредничество в коммерческом подкупе, совершенное в особо крупном размере, - наказывается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
        <w:rPr>
          <w:b/>
        </w:rPr>
        <w:t xml:space="preserve">4. </w:t>
      </w:r>
      <w:r>
        <w:t>Обещание или предложение посредничества в коммерческом подкупе - 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w:t>
      </w:r>
    </w:p>
    <w:p>
      <w:r>
        <w:rPr>
          <w:b/>
        </w:rPr>
        <w:t xml:space="preserve">2. </w:t>
      </w:r>
      <w:r>
        <w:t>То же деяние, совершенное лицом, имеющим судимость за совершение преступлений, предусмотренных статьями 204, 2041 настоящего Кодекса либо настоящей статьей, - 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 свободы на срок до одного года. Примечание.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p>
    <w:p>
      <w:r>
        <w:rPr>
          <w:b/>
        </w:rPr>
        <w:t xml:space="preserve">2. </w:t>
      </w:r>
      <w:r>
        <w:t>Получение должностным лицом, иностранным должностным лицом либо должностным лицом публичной международной организации взятки в значительном размере - 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 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либо лишением свободы на срок от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 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5. </w:t>
      </w:r>
      <w:r>
        <w:t>Деяния, предусмотренные частями первой, третьей, четвертой настоящей статьи, если они совершены:</w:t>
      </w:r>
    </w:p>
    <w:p>
      <w:r>
        <w:rPr>
          <w:b/>
        </w:rPr>
        <w:t xml:space="preserve">6. </w:t>
      </w:r>
      <w:r>
        <w:t>Деяния, предусмотренные частями первой, третьей, четвертой, пунктами "а" и "б" части пятой настоящей статьи, совершенные в особо крупном размере, - 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 Примечания</w:t>
      </w:r>
    </w:p>
    <w:p>
      <w:r>
        <w:rPr>
          <w:b/>
        </w:rPr>
        <w:t xml:space="preserve">1. </w:t>
      </w:r>
      <w:r>
        <w:t>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
        <w:rPr>
          <w:b/>
        </w:rPr>
        <w:t xml:space="preserve">2. </w:t>
      </w:r>
      <w:r>
        <w:t>Под иностранным должностным лицом в настоящей статье, статьях 291, 2911 и 304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
        <w:rPr>
          <w:b/>
        </w:rPr>
        <w:t xml:space="preserve">2. </w:t>
      </w:r>
      <w: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в значительном размере - 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
        <w:rPr>
          <w:b/>
        </w:rPr>
        <w:t xml:space="preserve">3. </w:t>
      </w:r>
      <w:r>
        <w:t>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 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Деяния, предусмотренные частями первой - третьей настоящей статьи, если они совершены:</w:t>
      </w:r>
    </w:p>
    <w:p>
      <w:r>
        <w:rPr>
          <w:b/>
        </w:rPr>
        <w:t xml:space="preserve">5. </w:t>
      </w:r>
      <w:r>
        <w:t>Деяния, предусмотренные частями первой - четвертой настоящей статьи, совершенные в особо крупном размере, - 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 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r>
        <w:rPr>
          <w:b/>
        </w:rPr>
        <w:t xml:space="preserve">2. </w:t>
      </w:r>
      <w:r>
        <w:t>Посредничество во взяточничестве за совершение заведомо незаконных действий (бездействие) либо лицом с использованием своего служебного положения - 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Посредничество во взяточничестве, совершенное:</w:t>
      </w:r>
    </w:p>
    <w:p>
      <w:r>
        <w:rPr>
          <w:b/>
        </w:rPr>
        <w:t xml:space="preserve">4. </w:t>
      </w:r>
      <w:r>
        <w:t>Посредничество во взяточничестве, совершенное в особо крупном размере, - 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5. </w:t>
      </w:r>
      <w:r>
        <w:t>Обещание или предложение посредничества во взяточничестве - 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 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добровольно сообщило о совершенном преступлении в орган, имеющий право возбудить уголовное дело.";</w:t>
      </w:r>
    </w:p>
    <w:p>
      <w:r>
        <w:rPr>
          <w:b/>
        </w:rPr>
        <w:t xml:space="preserve">2. </w:t>
      </w:r>
      <w:r>
        <w:t>Те же деяния, совершенные лицом, имеющим судимость за совершение преступлений, предусмотренных статьями 290, 291, 2911 настоящего Кодекса либо настоящей статьей, - 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 Примечание. Лицо, совершившее дачу взятки в размере, указанном в настоящей статье,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либо это лицо после совершения преступления добровольно сообщило в орган, имеющий право возбудить уголовное дело, о даче взятки.";</w:t>
      </w:r>
    </w:p>
    <w:p>
      <w:r>
        <w:rPr>
          <w:b/>
        </w:rPr>
        <w:t xml:space="preserve">2. </w:t>
      </w:r>
      <w:r>
        <w:t>статью 204 изложить в следующей редакции: "Статья 204. Коммерческий подкуп 1.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 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
        <w:rPr>
          <w:b/>
        </w:rPr>
        <w:t xml:space="preserve">3. </w:t>
      </w:r>
      <w:r>
        <w:t>группой лиц по предварительному сговору или организованной группой</w:t>
      </w:r>
    </w:p>
    <w:p>
      <w:r>
        <w:rPr>
          <w:b/>
        </w:rPr>
        <w:t xml:space="preserve">3. </w:t>
      </w:r>
      <w:r>
        <w:t>за заведомо незаконные действия (бездействие)</w:t>
      </w:r>
    </w:p>
    <w:p>
      <w:r>
        <w:rPr>
          <w:b/>
        </w:rPr>
        <w:t xml:space="preserve">3. </w:t>
      </w:r>
      <w:r>
        <w:t>в крупном размере, - 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7. </w:t>
      </w:r>
      <w:r>
        <w:t>совершены группой лиц по предварительному сговору или организованной группой</w:t>
      </w:r>
    </w:p>
    <w:p>
      <w:r>
        <w:rPr>
          <w:b/>
        </w:rPr>
        <w:t xml:space="preserve">7. </w:t>
      </w:r>
      <w:r>
        <w:t>сопряжены с вымогательством предмета подкупа</w:t>
      </w:r>
    </w:p>
    <w:p>
      <w:r>
        <w:rPr>
          <w:b/>
        </w:rPr>
        <w:t xml:space="preserve">7. </w:t>
      </w:r>
      <w:r>
        <w:t>совершены за незаконные действия (бездействие)</w:t>
      </w:r>
    </w:p>
    <w:p>
      <w:r>
        <w:rPr>
          <w:b/>
        </w:rPr>
        <w:t xml:space="preserve">7. </w:t>
      </w:r>
      <w:r>
        <w:t>совершены в крупном размере, - 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2. </w:t>
      </w:r>
      <w:r>
        <w:t>главу 23:</w:t>
      </w:r>
    </w:p>
    <w:p>
      <w:r>
        <w:rPr>
          <w:b/>
        </w:rPr>
        <w:t xml:space="preserve">2. </w:t>
      </w:r>
      <w:r>
        <w:t>дополнить статьей 2041 следующего содержания: "Статья 2041. Посредничество в коммерческом подкупе 1. Посредничество в коммерческом подкупе,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 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 пятикратной суммы коммерческого подкупа или без такового</w:t>
      </w:r>
    </w:p>
    <w:p>
      <w:r>
        <w:rPr>
          <w:b/>
        </w:rPr>
        <w:t xml:space="preserve">2. </w:t>
      </w:r>
      <w:r>
        <w:t>группой лиц по предварительному сговору или организованной группой</w:t>
      </w:r>
    </w:p>
    <w:p>
      <w:r>
        <w:rPr>
          <w:b/>
        </w:rPr>
        <w:t xml:space="preserve">2. </w:t>
      </w:r>
      <w:r>
        <w:t>за заведомо незаконные действия (бездействие)</w:t>
      </w:r>
    </w:p>
    <w:p>
      <w:r>
        <w:rPr>
          <w:b/>
        </w:rPr>
        <w:t xml:space="preserve">2. </w:t>
      </w:r>
      <w:r>
        <w:t>в крупном размере, - наказывается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дополнить статьей 2042 следующего содержания: "Статья 2042. Мелкий коммерческий подкуп 1. Коммерческий подкуп на сумму, не превышающую десяти тысяч рублей, - наказывается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либо ограничением свободы на срок до одного года</w:t>
      </w:r>
    </w:p>
    <w:p>
      <w:r>
        <w:rPr>
          <w:b/>
        </w:rPr>
        <w:t xml:space="preserve">2. </w:t>
      </w:r>
      <w:r>
        <w:t>статью 290 изложить в следующей редакции: "Статья 290. Получение взятки 1.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 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r>
        <w:rPr>
          <w:b/>
        </w:rPr>
        <w:t xml:space="preserve">5. </w:t>
      </w:r>
      <w:r>
        <w:t>группой лиц по предварительному сговору или организованной группой</w:t>
      </w:r>
    </w:p>
    <w:p>
      <w:r>
        <w:rPr>
          <w:b/>
        </w:rPr>
        <w:t xml:space="preserve">5. </w:t>
      </w:r>
      <w:r>
        <w:t>с вымогательством взятки</w:t>
      </w:r>
    </w:p>
    <w:p>
      <w:r>
        <w:rPr>
          <w:b/>
        </w:rPr>
        <w:t xml:space="preserve">5. </w:t>
      </w:r>
      <w:r>
        <w:t>в крупном размере, - 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2. </w:t>
      </w:r>
      <w:r>
        <w:t>статью 291 изложить в следующей редакции: "Статья 291. Дача взятки 1.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 - 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r>
        <w:rPr>
          <w:b/>
        </w:rPr>
        <w:t xml:space="preserve">4. </w:t>
      </w:r>
      <w:r>
        <w:t>группой лиц по предварительному сговору или организованной группой</w:t>
      </w:r>
    </w:p>
    <w:p>
      <w:r>
        <w:rPr>
          <w:b/>
        </w:rPr>
        <w:t xml:space="preserve">4. </w:t>
      </w:r>
      <w:r>
        <w:t>в крупном размере, - 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
        <w:rPr>
          <w:b/>
        </w:rPr>
        <w:t xml:space="preserve">5. </w:t>
      </w:r>
      <w:r>
        <w:t>статью 2911 изложить в следующей редакции: "Статья 2911. Посредничество во взяточничестве 1. 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 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p>
      <w:r>
        <w:rPr>
          <w:b/>
        </w:rPr>
        <w:t xml:space="preserve">3. </w:t>
      </w:r>
      <w:r>
        <w:t>группой лиц по предварительному сговору или организованной группой</w:t>
      </w:r>
    </w:p>
    <w:p>
      <w:r>
        <w:rPr>
          <w:b/>
        </w:rPr>
        <w:t xml:space="preserve">3. </w:t>
      </w:r>
      <w:r>
        <w:t>в крупном размере, - 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дополнить статьей 2912 следующего содержания: "Статья 2912. Мелкое взяточничество 1. Получение взятки, дача взятки лично или через посредника в размере, не превышающем десяти тысяч рублей, - 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
        <w:rPr>
          <w:b/>
        </w:rPr>
        <w:t xml:space="preserve">2. </w:t>
      </w:r>
      <w:r>
        <w:t>статью 304 изложить в следующей редакции: "Статья 304. Провокация взятки либо коммерческого подкупа Провокация взятки либо коммерческого подкупа, то есть 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 26, ст. 3385; № 30, ст. 4219, 4259, 4278; № 48, ст. 6651; 2015, № 1, ст. 81, 83, 85; № 6, ст. 885; № 10, ст. 1417; № 21, ст. 2981; № 29, ст. 4354, 4391; 2016, № 1, ст. 61; № 14, ст. 1908, № 18, ст. 2515) следующие изменения</w:t>
      </w:r>
    </w:p>
    <w:p>
      <w:r>
        <w:t>в части первой статьи 31 слова "204 частями первой и третьей," и слова "290 частью первой, 291 частями первой и второй," исключить</w:t>
      </w:r>
    </w:p>
    <w:p>
      <w:r>
        <w:t>пункт 1 части третьей статьи 150 после цифр "203," дополнить цифрами "2042,", после слов "268 частью первой," дополнить цифрами "2912,"</w:t>
      </w:r>
    </w:p>
    <w:p>
      <w:r>
        <w:t>в подпункте "а" пункта 1 части второй статьи 151 после цифр "204," дополнить цифрами "2041,", цифры "285-293" заменить цифрами "285 - 2911, 292-293"</w:t>
      </w:r>
    </w:p>
    <w:p>
      <w:r>
        <w:rPr>
          <w:b/>
        </w:rPr>
        <w:t>Статья 3</w:t>
      </w:r>
    </w:p>
    <w:p>
      <w:r>
        <w:t>Абзац одиннадцатый статьи 2 Федерального закона от 23 июля 2013 года № 198-ФЗ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 (Собрание законодательства Российской Федерации, 2013, № 30, ст. 4031)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