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2016 год"</w:t>
      </w:r>
    </w:p>
    <w:p>
      <w:r>
        <w:rPr>
          <w:b/>
        </w:rPr>
        <w:t>Статья 1</w:t>
      </w:r>
    </w:p>
    <w:p>
      <w:r>
        <w:t>Внести в Федеральный закон от 14 декабря 2015 года № 359-ФЗ "О федеральном бюджете на 2016 год" (Собрание законодательства Российской Федерации, 2015, № 51, ст. 7230) следующие изменения</w:t>
      </w:r>
    </w:p>
    <w:p>
      <w:r>
        <w:t>в статье 1: а) в абзаце первом слова "в размере 78 673,0 млрд. рублей" заменить словами "в размере 82 815,0 млрд. рублей", слова "не превышающего 6,4 процента" заменить словами "не превышающего 5,8 процента"; б) в пункте 1 слова "в сумме 13 738 468 671,8 тыс. рублей" заменить словами "в сумме 13 368 595 322,6 тыс. рублей"; в) в пункте 2 слова "в сумме 16 098 658 671,8 тыс. рублей" заменить словами "в сумме 16 402 972 687,7 тыс. рублей"; г) в пункте 3 слова "в сумме 5 507 110 000,0 тыс. рублей" заменить словами "в сумме 5 797 050 000,0 тыс. рублей"; д) в пункте 4 слова "в сумме 8 817 760 927,5 тыс. рублей" заменить словами "в сумме 9 867 760 927,5 тыс. рублей"; е) в пункте 5 слова "или 50,1 млрд. евро" заменить словами "или 49,7 млрд. евро"; ж) в пункте 6 слова "в сумме 2 360 190 000,0 тыс. рублей" заменить словами "в сумме 3 034 377 365,1 тыс. рублей"</w:t>
      </w:r>
    </w:p>
    <w:p>
      <w:r>
        <w:t>в статье 5: а) абзац второй части 1 после слов "бюджета средств" дополнить словами "в валюте Российской Федерации"; б) в части 4: после слов "остатки средств" дополнить словами "в валюте Российской Федерации"; дополнить абзацем следующего содержания: "Положения абзаца первого настоящей части не распространяются на средства, перечисленные указанными в настоящей части юридическими лицами до 1 апреля 2016 года со счетов, открытых им в кредитных организациях, на цели, ранее установленные условиями предоставления средств, в соответствии с решениями, предусмотренными частью 5 настоящей статьи."; в) в части 6 слова ", принятых до 1 февраля 2016 года" исключить</w:t>
      </w:r>
    </w:p>
    <w:p>
      <w:r>
        <w:t>в части 1 статьи 6 слова "в сумме 701 983 795,4 тыс. рублей" заменить словами "в сумме 705 727 429,3 тыс. рублей"</w:t>
      </w:r>
    </w:p>
    <w:p>
      <w:r>
        <w:t>статью 8 дополнить частью 7 следующего содержания: "7. Установить с 1 января 2016 года размер индексации компенсации и с 1 февраля 2016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1,07."</w:t>
      </w:r>
    </w:p>
    <w:p>
      <w:r>
        <w:t>статью 9 дополнить частью 3 следующего содержания: "3. Установить, что взносы в уставные капиталы публичного акционерного общества "Объединенная авиастроительная корпорация" (г. Москва) и акционерного общества "Объединенная двигателестроительная корпорация" (г. Москва) в целях реализации проекта по разработке и организации серийного производства самолета Ил-114 и двигателя для него, проекта глубокой модернизации самолета Ил-96 и проекта создания перспективного двигателя большой тяги ПД-35 осуществляются по решениям Правительства Российской Федерации в случае и в пределах поступления доходов федерального бюджета от дивидендов по акциям акционерного общества "РОСНЕФТЕГАЗ", принадлежащим Российской Федерации, сверх суммы 36 038 724,0 тыс. рублей, а также сверх поступлений, связанных с реализацией пакета акций публичного акционерного общества "Нефтяная компания "Роснефть", принадлежащих акционерному обществу "РОСНЕФТЕГАЗ"."</w:t>
      </w:r>
    </w:p>
    <w:p>
      <w:r>
        <w:t>в части 3 статьи 13 слова "в сумме 2 876 660 883,6 тыс. рублей" заменить словами "в сумме 3 726 660 883,6 тыс. рублей"</w:t>
      </w:r>
    </w:p>
    <w:p>
      <w:r>
        <w:t>в части 3 статьи 14 слова "или 13,9 млрд. евро" заменить словами "или 13,8 млрд. евро"</w:t>
      </w:r>
    </w:p>
    <w:p>
      <w:r>
        <w:t>в части 1 статьи 15 слова "в сумме 8 000 000,0 тыс. рублей" заменить словами "в сумме 5 500 000,0 тыс. рублей"</w:t>
      </w:r>
    </w:p>
    <w:p>
      <w:r>
        <w:t>в статье 17: а) в части 3 слова "на сумму до 11 962 000,0 тыс. рублей" заменить словами "на сумму до 5 018 000,0 тыс. рублей"; б) в части 5: в пункте 1 слова "в сумме 701 965 757,6 тыс. рублей" заменить словами "в сумме 699 532 500,0 тыс. рублей"; в пункте 2 слова "в сумме 83 186 486,2 тыс. рублей" заменить словами "в сумме 87 705 700,2 тыс. рублей"; в пункте 3 слова "в сумме 24 356 527,3 тыс. рублей" заменить словами "в сумме 30 570 851,3 тыс. рублей"</w:t>
      </w:r>
    </w:p>
    <w:p>
      <w:r>
        <w:t>в статье 18: а) часть 3 после слов "уголовно-исполнительной системы," дополнить словами "Федеральной службе войск национальной гвардии Российской Федерации,"; б) в части 6 слова "в общей сумме до 758 000,0 тыс. рублей" заменить словами "в общей сумме до 760 600,0 тыс. рублей"</w:t>
      </w:r>
    </w:p>
    <w:p>
      <w:r>
        <w:t>в статье 21: а) в части 1: в пункте 2 слова "в объеме 5 768 225,0 тыс. рублей" заменить словами "в объеме 3 858 361,9 тыс. рублей"; в пункте 3 слова "в объеме 10 970 283,4 тыс. рублей" заменить словами "в объеме 13 522 478,6 тыс. рублей"; в пункте 5 слова "в объеме 500 000,0 тыс. рублей" заменить словами "в объеме 450 000,0 тыс. рублей"; в пункте 6 слова "в объеме 144 909 930,0 тыс. рублей" заменить словами "в объеме 134 882 459,4 тыс. рублей"; в пункте 7 слова "на возмещение расходов Министерства обороны Российской Федерации, связанных" заменить словами "на расходы Министерства обороны Российской Федерации, связанные", слова "в объеме до 4 889 364,4 тыс. рублей" заменить словами "проведением паспортизации объектов Министерства обороны Российской Федерации, регистрацией прав собственности и оформлением правоустанавливающих документов, подготовкой и проведением III зимних Всемирных военных игр 2017 года в городе Сочи, в объеме до 4 400 428,0 тыс. рублей"; в пункте 8 слова "в объеме 1 361 872,8 тыс. рублей" заменить словами "в объеме 300 000,0 тыс. рублей"; в пункте 9 слова "в объеме до 65 000 000,0 тыс. рублей" заменить словами "в объеме до 79 361 774,4 тыс. рублей", слова "и оказанию" заменить словом ", оказанию", после слов "иностранных государств" дополнить словами "и финансовой помощи иностранным государствам"; в пункте 10 слова "в объеме до 342 200 000,0 тыс. рублей" заменить словами "в объеме до 175 000 000,0 тыс. рублей"; в пункте 11 слова "в объеме 4 000 000,0 тыс. рублей" заменить словами "в объеме 1 475 926,6 тыс. рублей"; в пункте 12 слова "в объеме 6 800 000,0 тыс. рублей" заменить словами "в объеме 6 120 000,0 тыс. рублей"; в пункте 13 слова "в объеме до 500 000,0 тыс. рублей" заменить словами "в объеме до 450 000,0 тыс. рублей"; в пункте 14 слова "в объеме 4 154 068,3 тыс. рублей" заменить словами "в объеме 2 648 322,8 тыс. рублей", слова "в объеме 1 840 000,0 тыс. рублей" заменить словами "в объеме 163 306,7 тыс. рублей"; в пункте 15 слова "в объеме до 10 000 000,0 тыс. рублей" заменить словами "в объеме до 9 000 000,0 тыс. рублей"; в пункте 16 слова "в объеме до 2 243 587,0 тыс. рублей" заменить словами "в объеме до 2 079 697,3 тыс. рублей"; в пункте 18 слова "в объеме 7 923 504,5 тыс. рублей" заменить словами "в объеме 3 149 027,4 тыс. рублей"; в пункте 19 слова "в объеме до 6 091 448,5 тыс. рублей" заменить словами "в объеме до 5 482 303,7 тыс. рублей"; в пункте 20 слова "в объеме 50 000 000,0 тыс. рублей" заменить словами "в объеме 25 000 000,0 тыс. рублей"; б) в части 7 слова "в объеме до 190 623 004,7 тыс. рублей" заменить словами "в объеме до 125 800 830,7 тыс. рублей"; в) часть 11 изложить в следующей редакции: "11. Установить, что публичное акционерное общество "Федеральная гидрогенерирующая компания - РусГидро" по решению Правительства Российской Федерации вправе использовать средства неиспользованного взноса в уставный капитал открытого акционерного общества "РусГидро", осуществленного в соответствии с:</w:t>
      </w:r>
    </w:p>
    <w:p>
      <w:r>
        <w:t>частью 6 статьи 25 Федерального закона от 24 ноября 2008 года № 204-ФЗ "О федеральном бюджете на 2009 год и на плановый период 2010 и 2011 годов" на завершение строительства берегового водосброса Саяно-Шушенской ГЭС, в целях реализации проекта "Расширение ПС 220 кВ Майя и строительство заходов ЛЭП Мегино-Кангаласского района Республики Саха (Якутия) для присоединения к электрическим сетям ПАО "ФСК ЕЭС" электроустановок ПАО "Якутскэнерго", Республика Саха (Якутия)" в размере 241 898,00 тыс. рублей и инвестиционного проекта "Строительство Усть-Среднеканской ГЭС на реке Колыма (Магаданская область)" в размере 235 036,68 тыс. рублей путем внесения взноса в уставный капитал акционерного общества "Усть-Среднеканская ГЭС"</w:t>
      </w:r>
    </w:p>
    <w:p>
      <w:r>
        <w:t>пунктом 2 части 1 статьи 12 Федерального закона от 24 ноября 2008 года № 204-ФЗ "О федеральном бюджете на 2009 год и на плановый период 2010 и 2011 годов" на реализацию комплексного инвестиционного проекта "Разработка проектной документации для реализации инвестиционного проекта "Комплексное развитие Южной Якутии", в целях реализации инвестиционного проекта "Строительство Усть-Среднеканской ГЭС на реке Колыма (Магаданская область)" в размере 422 369,48 тыс. рублей путем внесения взноса в уставный капитал акционерного общества "Усть-Среднеканская ГЭС"."; г) в части 13 слова "в размере 360 241,71 тыс. рублей" заменить словами "в размере 342 517,45 тыс. рублей"; д) дополнить частью 16 следующего содержания: "16. Установить, что в соответствии с решением Правительства Российской Федерации средства Резервного фонда в размере до 705 000 000,0 тыс. рублей могут направляться на замещение не поступающих в ходе исполнения федерального бюджета в 2016 году доходов федерального бюджета (за исключением нефтегазовых доходов федерального бюджета) и источников финансирования дефицита федерального бюджета."; е) дополнить частью 17 следующего содержания: "17. В случае отчуждения в 2016 году акционерным обществом "РОСНЕФТЕГАЗ" акций публичного акционерного общества "Нефтяная компания "Роснефть" вся сумма средств, полученных акционерным обществом "РОСНЕФТЕГАЗ" от продажи указанных акций, подлежит перечислению акционерным обществом "РОСНЕФТЕГАЗ" в 2016 году в федеральный бюджет в счет выплаты дивидендов по акциям акционерного общества "РОСНЕФТЕГАЗ" в 2017 году по итогам 2016 года."</w:t>
      </w:r>
    </w:p>
    <w:p>
      <w:r>
        <w:t>приложение 7 изложить в следующей редакции: "Приложение 7к Федеральному закону"О федеральном бюджете на 2016 год" (в редакции Федерального закона "О внесении изменений в Федеральный закон "О федеральном бюджете на 2016 год") Ведомственная структура расходов федерального бюджета на 2016 год (тыс. рублей) Наименование Мин Рз ПР ЦСР ВР Сумма изменения с учетом изменений -295 695 773,3 12 821 021 657,5 007 -2 763 003,7 82 523 020,6 007 01 -2 658 252,2 70 469 773,7 007 01 10 -2 581 903,4 69 377 549,6 007 01 10 -155 375,1 3 947 835,6 007 01 10 -155 375,1 3 947 835,6 007 01 10 -155 375,1 3 947 835,6 007 01 10 600 -155 375,1 3 947 835,6 007 01 10 -14 658,1 31 840,1 007 01 10 -14 658,1 31 840,1 007 01 10 -14 658,1 31 840,1 007 01 10 400 -14 658,1 31 840,1 007 01 10 -2 411 870,2 65 397 873,9 007 01 10 -2 158 370,2 64 999 673,9 007 01 10 -2 116 134,9 63 263 580,0 007 01 10 400 -100 820,5 1 354 860,7 007 01 10 600 -2 015 314,4 61 908 719,3 007 01 10 -42 235,3 1 736 093,9 007 01 10 600 -42 235,3 1 736 093,9 007 01 10 -253 500,0 398 200,0 007 01 10 400 -253 500,0 398 200,0 007 01 13 -76 348,8 1 092 224,1 007 01 13 -76 348,8 1 092 224,1 007 01 13 -76 348,8 1 092 224,1 007 01 13 100 -4 904,6 578 276,3 007 01 13 200 -71 444,2 513 086,7 007 01 13 800 861,1 007 04 135 000,0 135 000,0 007 04 11 135 000,0 135 000,0 007 04 11 135 000,0 135 000,0 007 04 11 135 000,0 135 000,0 007 04 11 135 000,0 135 000,0 007 04 11 600 135 000,0 135 000,0 007 07 -113 532,4 1 022 551,5 007 07 01 -6 333,0 214 710,8 007 07 01 -6 333,0 214 710,8 007 07 01 -6 333,0 214 710,8 007 07 01 -6 333,0 214 710,8 007 07 01 600 -6 333,0 214 710,8 007 07 04 -1 653,7 39 212,7 007 07 04 -1 653,7 38 064,7 007 07 04 -1 653,7 38 064,7 007 07 04 -1 653,7 38 064,7 007 07 04 600 -1 653,7 38 064,7 007 07 04 1 148,0 007 07 04 1 148,0 007 07 04 1 148,0 007 07 04 300 1 148,0 007 07 05 -3,4 -3,4 007 07 05 -3,4 -3,4 007 07 05 -3,4 -3,4 007 07 05 200 -3,4 -3,4 007 07 06 -105 542,3 768 631,4 007 07 06 -105 542,3 768 631,4 007 07 06 -105 542,3 768 631,4 007 07 06 -105 542,3 768 631,4 007 07 06 600 -105 542,3 768 631,4 007 08 -6 834,7 102 679,1 007 08 01 -6 834,7 102 679,1 007 08 01 -6 834,7 102 679,1 007 08 01 -6 834,7 102 679,1 007 08 01 -6 834,7 102 679,1 007 08 01 600 -6 834,7 102 679,1 007 09 -161 976,2 10 750 424,5 007 09 01 -47 081,9 6 589 771,3 007 09 01 -47 081,9 6 589 771,3 007 09 01 -47 081,9 6 589 771,3 007 09 01 -17 600,4 378 010,5 007 09 01 600 -17 600,4 378 010,5 007 09 01 -18 962,6 630 512,0 007 09 01 600 -18 962,6 630 512,0 007 09 01 -5 763,2 45 216,0 007 09 01 600 -5 763,2 45 216,0 007 09 01 -4 755,7 5 536 032,8 007 09 01 600 5 493 231,8 007 09 01 600 -4 755,7 42 801,0 007 09 05 -6 826,9 208 001,2 007 09 05 -6 826,9 208 001,2 007 09 05 -6 826,9 208 001,2 007 09 05 -6 826,9 208 001,2 007 09 05 600 -6 826,9 208 001,2 007 09 08 -107 202,3 2 529 500,6 007 09 08 -107 202,3 2 529 500,6 007 09 08 -107 202,3 2 529 500,6 007 09 08 -107 202,3 2 529 500,6 007 09 08 600 -107 202,3 2 529 500,6 007 09 09 -865,1 1 423 151,4 007 09 09 -865,1 1 423 151,4 007 09 09 -694,1 6 247,1 007 09 09 -694,1 6 247,1 007 09 09 600 -694,1 6 247,1 007 09 09 -171,0 1 416 904,3 007 09 09 -171,0 1 416 904,3 007 09 09 400 -171,0 1 416 904,3 007 10 42 591,8 42 591,8 007 10 03 42 591,8 42 591,8 007 10 03 42 591,8 42 591,8 007 10 03 42 591,8 42 591,8 007 10 03 42 591,8 42 591,8 007 10 03 300 42 591,8 42 591,8 020 -23 002 583,1 230 445 831,7 020 01 -16 334,7 138 326,4 020 01 08 2 407,3 32 428,8 020 01 08 2 407,3 32 428,8 020 01 08 2 407,3 32 428,8 020 01 08 200 -169,0 -169,0 020 01 08 800 2 576,3 32 597,8 020 01 13 -18 742,0 105 897,6 020 01 13 -18 742,0 105 897,6 020 01 13 -18 742,0 105 897,6 020 01 13 -18 742,0 105 897,6 020 01 13 200 -18 742,0 105 897,6 020 02 -1 039 054,0 10 634 976,2 020 02 08 -1 890,0 19 310,0 020 02 08 -1 890,0 19 310,0 020 02 08 2 300,0 020 02 08 2 300,0 020 02 08 200 2 300,0 020 02 08 -1 890,0 17 010,0 020 02 08 200 -1 890,0 17 010,0 020 02 09 -1 037 164,0 10 615 666,2 020 02 09 -1 186 921,6 10 465 908,6 020 02 09 -1 186 921,6 10 465 908,6 020 02 09 200 -238 445,8 5 905 782,3 020 02 09 400 -969 975,8 4 471 598,7 020 02 09 800 21 500,0 88 527,6 020 02 09 149 757,6 149 757,6 020 02 09 149 757,6 149 757,6 020 02 09 -269 992,4 -269 992,4 020 02 09 200 -269 992,4 -269 992,4 020 02 09 419 750,0 419 750,0 020 02 09 300 180 000,0 180 000,0 020 02 09 300 239 750,0 239 750,0 020 04 -28 320 663,5 182 576 422,0 020 04 01 -51 128,1 2 812 282,0 020 04 01 -14 874,7 51 482,0 020 04 01 -14 874,7 51 482,0 020 04 01 -14 874,7 51 482,0 020 04 01 200 -14 874,7 51 482,0 020 04 01 -36 253,4 2 760 800,0 020 04 01 -36 253,4 2 760 800,0 020 04 01 100 57 226,6 1 012 172,9 020 04 01 200 -93 480,0 1 727 215,9 020 04 01 800 21 411,2 020 04 10 -1 530,0 22 220,0 020 04 10 -1 530,0 22 220,0 020 04 10 -1 530,0 13 770,0 020 04 10 -1 530,0 13 770,0 020 04 10 200 -1 530,0 13 770,0 020 04 10 8 450,0 020 04 10 8 450,0 020 04 10 200 8 450,0 020 04 11 -14 262 791,6 56 782 740,7 020 04 11 17 000,0 020 04 11 17 000,0 020 04 11 200 17 000,0 020 04 11 100 000,0 020 04 11 100 000,0 020 04 11 200 100 000,0 020 04 11 -345 160,0 5 018 394,6 020 04 11 -188 550,0 1 377 750,0 020 04 11 -163 020,0 1 147 980,0 020 04 11 200 -163 020,0 1 147 980,0 020 04 11 -25 530,0 229 770,0 020 04 11 200 -25 530,0 229 770,0 020 04 11 -156 465,0 3 620 789,6 020 04 11 -156 660,0 -156 660,0 020 04 11 200 -156 660,0 -156 660,0 020 04 11 394,9 3 757 632,5 020 04 11 200 3 724 000,0 020 04 11 600 394,9 33 632,5 020 04 11 -199,9 19 817,1 020 04 11 200 -199,9 19 817,1 020 04 11 -145,0 19 855,0 020 04 11 -145,0 19 855,0 020 04 11 200 -145,0 19 855,0 020 04 11 -4 679 942,4 32 157 655,7 020 04 11 14 777 071,1 020 04 11 14 777 071,1 020 04 11 200 14 777 071,1 020 04 11 -2 957 489,7 1 240 950,0 020 04 11 -2 957 489,7 1 240 950,0 020 04 11 200 -2 957 489,7 1 240 950,0 020 04 11 4 946 800,0 020 04 11 4 946 800,0 020 04 11 200 4 946 800,0 020 04 11 -413 000,5 2 445 636,0 020 04 11 -413 000,5 2 445 636,0 020 04 11 200 -413 000,5 2 445 636,0 020 04 11 -1 309 452,2 8 497 198,6 020 04 11 483 950,8 020 04 11 600 483 950,8 020 04 11 -1 309 452,2 8 013 247,8 020 04 11 200 -1 309 452,2 8 013 247,8 020 04 11 250 000,0 020 04 11 250 000,0 020 04 11 200 250 000,0 020 04 11 -2 984 482,5 6 696 470,2 020 04 11 -2 639 452,8 2 699 499,9 020 04 11 -2 639 452,8 2 699 499,9 020 04 11 200 -2 639 452,8 2 699 499,9 020 04 11 -130 500,0 869 500,0 020 04 11 -130 500,0 869 500,0 020 04 11 200 -130 500,0 869 500,0 020 04 11 -214 529,7 3 127 470,3 020 04 11 200 -214 529,7 3 127 470,3 020 04 11 -2 640 911,0 7 805 803,5 020 04 11 -500 000,0 3 035 167,5 020 04 11 -500 000,0 3 035 167,5 020 04 11 800 -500 000,0 3 035 167,5 020 04 11 -500 000,0 3 014 227,0 020 04 11 -500 000,0 3 014 227,0 020 04 11 800 -500 000,0 3 014 227,0 020 04 11 -1 640 911,0 807 876,0 020 04 11 -1 640 911,0 807 876,0 020 04 11 800 -1 640 911,0 807 876,0 020 04 11 948 533,0 020 04 11 948 533,0 020 04 11 800 948 533,0 020 04 11 -3 385 923,9 3 966 070,3 020 04 11 -3 106 528,9 638 647,9 020 04 11 -3 106 528,9 638 647,9 020 04 11 800 -1 017 817,8 100 000,0 020 04 11 800 -2 088 711,1 538 647,9 020 04 11 -91 525,0 8 475,0 020 04 11 -91 525,0 8 475,0 020 04 11 800 -91 525,0 8 475,0 020 04 11 -187 870,0 3 318 947,4 020 04 11 200 -187 870,0 3 318 947,4 020 04 11 -226 371,8 1 021 346,4 020 04 11 -226 371,8 1 021 346,4 020 04 11 200 -226 371,8 1 021 346,4 020 04 12 -14 005 213,8 122 959 179,3 020 04 12 -139,2 8 698,0 020 04 12 -139,2 8 698,0 020 04 12 -139,2 8 698,0 020 04 12 200 -139,2 8 698,0 020 04 12 25 002,8 020 04 12 25 002,8 020 04 12 200 25 002,8 020 04 12 596 545,2 020 04 12 596 545,2 020 04 12 200 496 545,2 020 04 12 400 100 000,0 020 04 12 -15 274 896,2 88 886 733,8 020 04 12 -21 362 642,3 59 082 279,6 020 04 12 -15 842 767,6 48 775 406,3 020 04 12 800 -1 220 143,8 1 981 294,6 020 04 12 800 -6 419,7 5 380,3 020 04 12 800 -300 000,0 700 000,0 020 04 12 800 -18 188 361,9 28 103 799,5 020 04 12 800 -1 784 122,3 2 091 773,1 020 04 12 800 5 254 541,7 5 254 541,7 020 04 12 800 -207 173,7 642 826,3 020 04 12 800 2 200 000,0 020 04 12 800 608 912,1 7 795 790,8 020 04 12 -302 674,7 1 918 885,3 020 04 12 800 -302 674,7 1 918 885,3 020 04 12 -2 112 351,0 5 937 649,0 020 04 12 800 -73 289,0 1 976 711,0 020 04 12 800 -1 500 000,0 020 04 12 800 -539 062,0 3 960 938,0 020 04 12 -3 104 849,0 1 645 151,0 020 04 12 800 -642 362,0 1 057 638,0 020 04 12 800 -1 550 000,0 020 04 12 800 -912 487,0 587 513,0 020 04 12 805 188,0 020 04 12 800 805 188,0 020 04 12 1 000 000,0 2 537 214,9 020 04 12 1 537 214,9 020 04 12 800 270 000,0 020 04 12 600 1 267 214,9 020 04 12 1 000 000,0 1 000 000,0 020 04 12 800 1 000 000,0 1 000 000,0 020 04 12 506 365,2 2 013 387,7 020 04 12 -41 094,8 810 539,9 020 04 12 800 47 075,3 020 04 12 800 -40 000,0 35 000,0 020 04 12 800 534 108,0 020 04 12 200 -1 094,8 194 356,6 020 04 12 230 000,0 545 000,0 020 04 12 800 230 000,0 545 000,0 020 04 12 317 460,0 657 847,8 020 04 12 800 5 000,0 35 000,0 020 04 12 800 380 000,0 480 387,8 020 04 12 800 -65 000,0 25 000,0 020 04 12 200 -2 540,0 117 460,0 020 04 12 -293 597,9 4 139 542,9 020 04 12 -172 904,5 2 477 095,5 020 04 12 800 225 000,0 020 04 12 800 100 000,0 300 000,0 020 04 12 800 -272 904,5 1 952 095,5 020 04 12 -100 000,0 350 000,0 020 04 12 800 -100 000,0 350 000,0 020 04 12 -20 693,4 1 312 447,4 020 04 12 800 -19 593,4 1 304 747,4 020 04 12 200 -1 100,0 7 700,0 020 04 12 4 908 591,0 12 951 451,3 020 04 12 693 500,0 3 008 234,3 020 04 12 800 -6 500,0 58 500,0 020 04 12 800 700 000,0 2 949 734,3 020 04 12 3 599 443,2 5 464 505,4 020 04 12 600 3 599 443,2 5 464 505,4 020 04 12 615 647,8 4 478 711,6 020 04 12 800 732 000,0 732 000,0 020 04 12 800 -381 824,1 3 281 239,7 020 04 12 800 151 000,0 151 000,0 020 04 12 800 117 000,0 117 000,0 020 04 12 200 -2 528,1 197 471,9 020 04 12 -45 000,0 2 523 257,1 020 04 12 -45 000,0 2 491 117,3 020 04 12 800 34 730,7 020 04 12 800 -45 000,0 405 000,0 020 04 12 800 2 051 386,6 020 04 12 14 139,8 020 04 12 600 14 139,8 020 04 12 18 000,0 020 04 12 200 18 000,0 020 04 12 40 412,0 5 124 622,0 020 04 12 76 000,0 4 804 330,0 020 04 12 500 4 348 330,0 020 04 12 800 280 000,0 020 04 12 800 76 000,0 176 000,0 020 04 12 -35 588,0 320 292,0 020 04 12 500 -20 000,0 180 000,0 020 04 12 600 -15 588,0 140 292,0 020 04 12 -29 024,2 514 978,3 020 04 12 200 -29 024,2 514 978,3 020 04 12 3 650 648,5 19 732 069,4 020 04 12 1 654 412,6 13 129 163,0 020 04 12 1 654 412,6 13 129 163,0 020 04 12 800 3 692 218,4 020 04 12 800 -50 941,6 3 486 234,2 020 04 12 400 -1 671 379,1 1 053 012,2 020 04 12 800 530 000,0 020 04 12 800 -467 730,8 282 269,2 020 04 12 800 -70 964,9 100 000,0 020 04 12 800 -1 571,0 68 429,0 020 04 12 400 1 517 000,0 1 517 000,0 020 04 12 400 2 400 000,0 2 400 000,0 020 04 12 2 529 508,5 5 771 179,0 020 04 12 2 529 508,5 5 771 179,0 020 04 12 800 -50 650,0 1 235 862,2 020 04 12 800 -32 841,5 972 316,8 020 04 12 800 -340 000,0 610 000,0 020 04 12 400 670 000,0 670 000,0 020 04 12 400 783 000,0 783 000,0 020 04 12 400 1 500 000,0 1 500 000,0 020 04 12 280 000,0 020 04 12 280 000,0 020 04 12 800 80 000,0 020 04 12 800 200 000,0 020 04 12 -533 272,6 551 727,4 020 04 12 -533 272,6 551 727,4 020 04 12 800 -533 272,6 551 727,4 020 04 12 -41 783,4 8 006 564,6 020 04 12 100 000,0 020 04 12 100 000,0 020 04 12 200 100 000,0 020 04 12 -1 000 000,0 020 04 12 -1 000 000,0 020 04 12 400 -1 000 000,0 020 04 12 971 886,6 7 162 234,6 020 04 12 971 886,6 5 401 886,6 020 04 12 400 -28 113,4 401 886,6 020 04 12 400 1 000 000,0 5 000 000,0 020 04 12 1 760 348,0 020 04 12 800 704 348,0 020 04 12 800 1 056 000,0 020 04 12 -13 670,0 744 330,0 020 04 12 200 -13 670,0 501 330,0 020 04 12 400 243 000,0 020 04 12 -159 089,0 2 167 509,0 020 04 12 -40 094,0 811 434,1 020 04 12 -40 094,0 811 434,1 020 04 12 800 -40 094,0 811 434,1 020 04 12 -39 995,0 653 355,9 020 04 12 -39 995,0 653 355,9 020 04 12 800 -39 995,0 653 355,9 020 04 12 -38 510,0 468 428,0 020 04 12 -38 510,0 468 428,0 020 04 12 800 -38 510,0 468 428,0 020 04 12 -40 490,0 234 291,0 020 04 12 -90 490,0 184 291,0 020 04 12 800 -90 490,0 184 291,0 020 04 12 50 000,0 50 000,0 020 04 12 800 50 000,0 50 000,0 020 04 12 -2 092 954,5 2 121 547,7 020 04 12 -1 280 317,5 173 715,0 020 04 12 -1 280 317,5 173 715,0 020 04 12 800 -1 280 317,5 173 715,0 020 04 12 -787 137,0 863 277,0 020 04 12 -787 137,0 863 277,0 020 04 12 800 -787 137,0 863 277,0 020 04 12 -25 500,0 1 084 555,7 020 04 12 200 -25 500,0 214 500,0 020 04 12 400 870 055,7 020 04 12 800 000,0 020 04 12 800 000,0 020 04 12 400 527 000,0 020 04 12 400 39 000,0 020 04 12 400 195 000,0 020 04 12 400 39 000,0 020 04 12 300 400,0 020 04 12 300 400,0 020 04 12 400 300 400,0 020 04 12 301 108,8 020 04 12 301 108,8 020 04 12 500 301 108,8 020 04 12 -87 000,0 13 000,0 020 04 12 -87 000,0 13 000,0 020 04 12 800 -87 000,0 13 000,0 020 05 -46 800,0 450 689,5 020 05 02 -46 800,0 450 689,5 020 05 02 -46 800,0 450 689,5 020 05 02 -46 800,0 450 689,5 020 05 02 400 -46 800,0 450 689,5 020 06 6 377 677,4 36 586 799,0 020 06 05 6 377 677,4 36 586 799,0 020 06 05 6 377 677,4 36 586 799,0 020 06 05 6 377 677,4 36 586 799,0 020 06 05 6 377 677,4 36 586 799,0 020 06 05 800 6 377 677,4 36 586 799,0 020 07 -0,1 -0,1 020 07 05 -0,1 -0,1 020 07 05 -0,1 -0,1 020 07 05 -0,1 -0,1 020 07 05 200 -0,1 -0,1 020 08 16 026,9 020 08 01 16 026,9 020 08 01 16 026,9 020 08 01 16 026,9 020 08 01 16 026,9 020 08 01 600 16 026,9 020 10 42 591,8 42 591,8 020 10 03 42 591,8 42 591,8 020 10 03 42 591,8 42 591,8 020 10 03 42 591,8 42 591,8 020 10 03 42 591,8 42 591,8 020 10 03 300 42 591,8 42 591,8 022 -1 852 995,9 30 268 051,7 022 01 15 600,0 110 752,6 022 01 08 15 600,0 110 752,6 022 01 08 15 600,0 110 752,6 022 01 08 15 600,0 110 752,6 022 01 08 15 600,0 110 752,6 022 01 08 800 15 600,0 110 752,6 022 04 -1 738 655,4 28 620 616,5 022 04 02 -1 385 617,5 27 465 766,2 022 04 02 -485 878,6 6 864 236,2 022 04 02 -346 800,0 3 121 200,0 022 04 02 -346 800,0 3 121 200,0 022 04 02 400 -346 800,0 3 121 200,0 022 04 02 -249 167,9 1 951 918,7 022 04 02 -249 167,9 1 951 918,7 022 04 02 200 -249 167,9 1 750 564,4 022 04 02 600 201 354,3 022 04 02 110 089,3 1 791 117,5 022 04 02 110 089,3 1 761 717,5 022 04 02 100 4 488,1 387 809,3 022 04 02 200 -21 155,9 683 260,5 022 04 02 400 126 757,1 575 452,0 022 04 02 600 114 405,9 022 04 02 800 789,8 022 04 02 29 400,0 022 04 02 800 29 400,0 022 04 02 -899 738,9 022 04 02 -899 738,9 022 04 02 400 -899 738,9 022 04 02 20 601 530,0 022 04 02 20 601 530,0 022 04 02 400 20 601 530,0 022 04 11 -353 037,9 1 119 300,3 022 04 11 -353 037,9 1 119 300,3 022 04 11 -65 998,7 58 833,2 022 04 11 -65 998,7 58 833,2 022 04 11 600 -65 998,7 58 833,2 022 04 11 -287 039,2 1 060 467,1 022 04 11 -271 937,4 022 04 11 600 -271 937,4 022 04 11 -15 101,8 1 060 467,1 022 04 11 200 374 126,4 022 04 11 600 -15 101,8 686 340,7 022 04 12 35 550,0 022 04 12 30 000,0 022 04 12 15 000,0 022 04 12 15 000,0 022 04 12 200 15 000,0 022 04 12 15 000,0 022 04 12 15 000,0 022 04 12 800 15 000,0 022 04 12 5 550,0 022 04 12 5 550,0 022 04 12 800 5 550,0 022 10 31 576,7 66 576,7 022 10 03 31 576,7 66 576,7 022 10 03 31 576,7 31 576,7 022 10 03 31 576,7 31 576,7 022 10 03 31 576,7 31 576,7 022 10 03 300 31 576,7 31 576,7 022 10 03 35 000,0 022 10 03 35 000,0 022 10 03 35 000,0 022 10 03 300 35 000,0 022 14 -161 517,2 1 470 105,9 022 14 03 -161 517,2 1 470 105,9 022 14 03 -161 517,2 1 470 105,9 022 14 03 -161 517,2 1 470 105,9 022 14 03 -161 517,2 1 470 105,9 022 14 03 500 -161 517,2 1 470 105,9 048 -149 570,9 4 228 075,6 048 06 -177 205,3 4 200 441,2 048 06 03 -76 842,2 1 262 377,0 048 06 03 -76 842,2 1 262 377,0 048 06 03 -76 842,2 1 262 377,0 048 06 03 -76 842,2 1 262 377,0 048 06 03 200 -214,1 1 803,7 048 06 03 600 -76 628,1 1 260 573,3 048 06 04 -241,5 9 825,9 048 06 04 -241,5 9 825,9 048 06 04 -241,5 9 825,9 048 06 04 -241,5 9 825,9 048 06 04 600 -241,5 9 825,9 048 06 05 -100 121,6 2 928 238,3 048 06 05 -100 121,6 2 928 238,3 048 06 05 -95 271,6 2 884 588,3 048 06 05 -95 271,6 2 884 588,3 048 06 05 500 -486,0 4 373,7 048 06 05 100 -5 084,0 2 096 277,1 048 06 05 200 -87 029,9 759 892,7 048 06 05 800 -2 671,7 24 044,8 048 06 05 -4 850,0 43 650,0 048 06 05 200 -4 850,0 43 650,0 048 10 27 634,4 27 634,4 048 10 03 27 634,4 27 634,4 048 10 03 27 634,4 27 634,4 048 10 03 27 634,4 27 634,4 048 10 03 27 634,4 27 634,4 048 10 03 300 27 634,4 27 634,4 049 -2 988 317,7 32 995 750,3 049 04 -3 015 910,1 32 968 157,9 049 04 04 -3 003 710,1 32 816 357,8 049 04 04 -13 325,0 119 925,0 049 04 04 -13 325,0 119 925,0 049 04 04 200 -13 325,0 119 925,0 049 04 04 -47 669,6 429 026,2 049 04 04 -47 669,6 429 026,2 049 04 04 -47 669,6 429 026,2 049 04 04 200 -47 669,6 429 026,2 049 04 04 -2 942 715,5 32 267 406,6 049 04 04 -2 942 715,5 32 267 406,6 049 04 04 -281 448,2 4 246 475,8 049 04 04 200 -30 747,8 988 372,0 049 04 04 600 -250 700,4 3 258 103,8 049 04 04 -2 333,5 111 024,7 049 04 04 600 -2 333,5 111 024,7 049 04 04 -62 355,5 1 063 667,5 049 04 04 200 151 075,9 049 04 04 600 -62 355,5 912 591,6 049 04 04 -217 056,0 4 044 698,9 049 04 04 200 -10 000,0 23 484,2 049 04 04 400 -117 400,0 882 600,0 049 04 04 600 -89 656,0 3 138 614,7 049 04 04 -1 696 311,9 13 423 187,7 049 04 04 200 -1 696 311,9 13 423 187,7 049 04 04 -440 803,5 5 826 743,3 049 04 04 200 -440 803,5 5 826 743,3 049 04 04 -36 031,2 301 445,5 049 04 04 200 -36 031,2 301 445,5 049 04 04 -3 500,0 31 500,0 049 04 04 500 -3 500,0 31 500,0 049 04 04 -171 232,5 2 305 369,1 049 04 04 200 -129 190,9 311 409,1 049 04 04 600 -42 041,6 1 993 960,0 049 04 04 174 000,0 049 04 04 400 174 000,0 049 04 04 -31 643,2 739 294,1 049 04 04 500 -2 007,7 21 652,3 049 04 04 100 -1 339,7 463 104,2 049 04 04 200 -27 909,7 251 090,3 049 04 04 800 -386,1 3 447,3 049 04 11 -12 200,0 151 800,1 049 04 11 -12 200,0 109 800,0 049 04 11 -12 200,0 109 800,0 049 04 11 -12 200,0 109 800,0 049 04 11 200 -12 200,0 109 800,0 049 04 11 42 000,1 049 04 11 42 000,1 049 04 11 42 000,1 049 04 11 200 42 000,1 049 07 -42,0 -42,0 049 07 05 -42,0 -42,0 049 07 05 -42,0 -42,0 049 07 05 -42,0 -42,0 049 07 05 -42,0 -42,0 049 07 05 200 -42,0 -42,0 049 10 27 634,4 27 634,4 049 10 03 27 634,4 27 634,4 049 10 03 27 634,4 27 634,4 049 10 03 27 634,4 27 634,4 049 10 03 27 634,4 27 634,4 049 10 03 300 27 634,4 27 634,4 051 -1 548 249,6 14 076 344,1 051 01 -162 503,8 412 746,7 051 01 08 406 596,7 051 01 08 394 411,5 051 01 08 335 227,9 051 01 08 335 227,9 051 01 08 800 335 227,9 051 01 08 59 183,6 051 01 08 59 183,6 051 01 08 800 59 183,6 051 01 08 12 185,2 051 01 08 12 185,2 051 01 08 12 185,2 051 01 08 800 12 185,2 051 01 13 -162 503,8 6 150,0 051 01 13 -162 503,8 6 150,0 051 01 13 -162 503,8 6 150,0 051 01 13 -162 503,8 6 150,0 051 01 13 200 -162 503,8 6 150,0 051 04 -376 393,4 3 703 622,0 051 04 01 812,5 773 590,3 051 04 01 812,5 773 590,3 051 04 01 812,5 773 590,3 051 04 01 100 1 142,9 389 108,2 051 04 01 200 -330,4 198 364,9 051 04 01 600 172 184,2 051 04 01 800 13 933,0 051 04 06 -128 001,3 1 233 034,5 051 04 06 -128 001,3 1 233 034,5 051 04 06 -128 001,3 1 233 034,5 051 04 06 800 -128 001,3 1 233 034,5 051 04 07 -147 086,2 795 787,6 051 04 07 -147 086,2 795 787,6 051 04 07 -147 086,2 795 787,6 051 04 07 -147 086,2 795 787,6 051 04 07 200 -147 086,2 795 787,6 051 04 11 -98 183,3 318 289,5 051 04 11 -18 555,8 58 033,8 051 04 11 -7 419,9 51 103,8 051 04 11 -7 419,9 51 103,8 051 04 11 200 -7 419,9 51 103,8 051 04 11 -11 135,9 6 930,0 051 04 11 -11 135,9 6 930,0 051 04 11 200 -11 135,9 6 930,0 051 04 11 -1 753,4 15 780,6 051 04 11 -1 753,4 15 780,6 051 04 11 -1 753,4 15 780,6 051 04 11 200 -1 753,4 15 780,6 051 04 11 -68 677,7 194 315,5 051 04 11 -12 522,9 92 168,2 051 04 11 -12 522,9 92 168,2 051 04 11 200 -12 522,9 92 168,2 051 04 11 -13 344,9 -5 194,0 051 04 11 -13 344,9 -5 194,0 051 04 11 200 -13 344,9 -5 194,0 051 04 11 -42 809,9 107 341,3 051 04 11 600 -42 809,9 107 341,3 051 04 11 -3 847,9 47 566,1 051 04 11 -3 847,9 47 566,1 051 04 11 -3 847,9 47 566,1 051 04 11 200 -3 847,9 47 566,1 051 04 11 -5 348,5 2 593,5 051 04 11 -5 348,5 2 593,5 051 04 11 200 -5 348,5 2 593,5 051 04 12 -3 935,1 582 920,1 051 04 12 13 970,7 051 04 12 13 970,7 051 04 12 600 13 970,7 051 04 12 -3 935,1 232 341,0 051 04 12 -3 935,1 232 341,0 051 04 12 600 -3 935,1 232 341,0 051 04 12 336 608,4 051 04 12 336 608,4 051 04 12 600 336 608,4 051 06 -1 040 929,1 9 928 398,7 051 06 02 -695 255,1 248 100,0 051 06 02 -695 255,1 248 100,0 051 06 02 -695 255,1 248 100,0 051 06 02 500 -399 100,0 248 100,0 051 06 02 600 -296 155,1 051 06 03 6 901 745,0 051 06 03 6 654 520,9 051 06 03 6 521 820,9 051 06 03 6 521 820,9 051 06 03 600 6 521 820,9 051 06 03 132 700,0 051 06 03 600 132 700,0 051 06 03 247 224,1 051 06 03 247 224,1 051 06 03 247 224,1 051 06 03 600 247 224,1 051 06 04 193 307,1 051 06 04 193 307,1 051 06 04 86 400,6 051 06 04 86 400,6 051 06 04 600 86 400,6 051 06 04 75 906,5 051 06 04 75 906,5 051 06 04 600 75 906,5 051 06 04 31 000,0 051 06 04 600 31 000,0 051 06 05 -345 674,0 2 585 246,6 051 06 05 -345 674,0 2 585 246,6 051 06 05 118 307,8 051 06 05 400 118 307,8 051 06 05 -345 674,0 2 466 938,8 051 06 05 -456 330,5 360 169,5 051 06 05 600 -456 330,5 360 169,5 051 06 05 -114 339,2 1 341 273,6 051 06 05 500 -114 339,2 1 341 273,6 051 06 05 224 995,7 731 995,7 051 06 05 600 224 995,7 731 995,7 051 06 05 33 500,0 051 06 05 600 33 500,0 051 10 31 576,7 31 576,7 051 10 03 31 576,7 31 576,7 051 10 03 31 576,7 31 576,7 051 10 03 31 576,7 31 576,7 051 10 03 31 576,7 31 576,7 051 10 03 300 31 576,7 31 576,7 052 -1 834 010,9 12 822 316,7 052 04 -1 861 805,7 12 794 521,9 052 04 06 -1 859 805,7 12 776 521,9 052 04 06 -32 734,0 294 606,2 052 04 06 -32 734,0 294 606,2 052 04 06 500 -32 734,0 289 180,6 052 04 06 400 5 425,6 052 04 06 -1 825 344,2 12 481 287,6 052 04 06 -427 222,9 5 462 837,4 052 04 06 -217 404,2 862 597,2 052 04 06 200 -42 694,5 317 215,5 052 04 06 600 -174 709,7 545 381,7 052 04 06 2 135 417,1 052 04 06 600 2 135 417,1 052 04 06 -195 475,5 1 759 279,5 052 04 06 500 -195 475,5 1 759 279,5 052 04 06 -14 343,2 705 543,6 052 04 06 500 -3 345,2 35 955,8 052 04 06 100 -858,8 425 687,4 052 04 06 200 -6 990,7 214 134,6 052 04 06 800 -3 148,5 29 765,8 052 04 06 -1 398 121,3 7 018 450,2 052 04 06 500 -569 864,0 5 128 776,7 052 04 06 200 -530,1 39 649,9 052 04 06 400 -715 933,9 996 916,9 052 04 06 600 -111 793,3 853 106,7 052 04 06 -1 727,5 628,1 052 04 06 -1 727,5 628,1 052 04 06 200 -1 727,5 628,1 052 04 11 -2 000,0 18 000,0 052 04 11 -2 000,0 18 000,0 052 04 11 -2 000,0 18 000,0 052 04 11 200 -2 000,0 18 000,0 052 07 160,4 160,4 052 07 05 160,4 160,4 052 07 05 160,4 160,4 052 07 05 160,4 160,4 052 07 05 160,4 160,4 052 07 05 200 160,4 160,4 052 10 27 634,4 27 634,4 052 10 03 27 634,4 27 634,4 052 10 03 27 634,4 27 634,4 052 10 03 27 634,4 27 634,4 052 10 03 27 634,4 27 634,4 052 10 03 300 27 634,4 27 634,4 053 -1 492 763,4 27 507 107,1 053 01 7 283,8 18 990,0 053 01 08 7 283,8 18 990,0 053 01 08 7 283,8 18 990,0 053 01 08 7 283,8 18 990,0 053 01 08 7 283,8 18 990,0 053 01 08 800 7 283,8 18 990,0 053 04 -1 527 119,2 27 156 636,6 053 04 07 -1 524 909,9 27 136 752,8 053 04 07 -1 524 909,6 27 128 138,2 053 04 07 -1 275 604,0 23 310 960,6 053 04 07 681 635,3 053 04 07 600 681 635,3 053 04 07 -10 561,7 693 922,0 053 04 07 600 -10 561,7 693 922,0 053 04 07 -2 994,6 219 789,4 053 04 07 600 -2 994,6 219 789,4 053 04 07 -1 262 047,7 21 715 613,9 053 04 07 500 -747 679,6 21 236 773,7 053 04 07 500 -510 196,0 361 291,7 053 04 07 500 -4 172,1 37 548,5 053 04 07 500 80 000,0 053 04 07 -249 305,6 3 817 177,6 053 04 07 -216 883,2 2 667 482,7 053 04 07 200 -116 883,1 979 109,7 053 04 07 600 -100 000,1 1 688 373,0 053 04 07 -32 422,4 1 149 694,9 053 04 07 100 -1 201,0 556 054,0 053 04 07 200 -29 208,0 324 900,3 053 04 07 600 -1 152,8 265 155,6 053 04 07 800 -860,6 3 585,0 053 04 07 -0,3 8 614,6 053 04 07 -0,3 8 614,6 053 04 07 100 6 749,6 053 04 07 200 -0,3 1 845,0 053 04 07 800 20,0 053 04 11 -2 209,3 19 883,8 053 04 11 -2 209,3 19 883,8 053 04 11 -2 209,3 19 883,8 053 04 11 -2 209,3 19 883,8 053 04 11 200 -2 209,3 19 883,8 053 06 -1 628,4 281 583,7 053 06 04 -1 628,4 281 583,7 053 06 04 -1 628,4 281 583,7 053 06 04 -1 628,4 281 583,7 053 06 04 -1 628,4 281 583,7 053 06 04 600 -1 628,4 281 583,7 053 07 1 066,0 22 262,4 053 07 05 -19,6 21 176,8 053 07 05 -19,6 21 176,8 053 07 05 -19,6 21 176,8 053 07 05 -19,6 21 176,8 053 07 05 200 -19,6 -19,6 053 07 05 600 21 196,4 053 07 06 1 085,6 1 085,6 053 07 06 1 085,6 1 085,6 053 07 06 1 085,6 1 085,6 053 07 06 1 085,6 1 085,6 053 07 06 600 1 085,6 1 085,6 053 10 27 634,4 27 634,4 053 10 03 27 634,4 27 634,4 053 10 03 27 634,4 27 634,4 053 10 03 27 634,4 27 634,4 053 10 03 27 634,4 27 634,4 053 10 03 300 27 634,4 27 634,4 054 -5 488 484,5 90 999 241,9 054 01 -27 283,2 290 284,7 054 01 08 177 486,2 054 01 08 177 486,2 054 01 08 177 486,2 054 01 08 177 486,2 054 01 08 800 177 486,2 054 01 10 -27 283,2 112 798,5 054 01 10 -27 283,2 112 798,5 054 01 10 -27 283,2 112 798,5 054 01 10 -27 283,2 112 798,5 054 01 10 600 -27 283,2 112 798,5 054 04 -42 804,0 117 196,0 054 04 12 -42 804,0 117 196,0 054 04 12 -42 804,0 117 196,0 054 04 12 -42 804,0 117 196,0 054 04 12 -42 804,0 117 196,0 054 04 12 300 10 000,0 054 04 12 200 -42 804,0 107 196,0 054 07 -223 429,7 13 206 876,0 054 07 02 -4 858,9 179 033,4 054 07 02 119 033,4 054 07 02 119 033,4 054 07 02 119 033,4 054 07 02 600 119 033,4 054 07 02 -4 858,9 60 000,0 054 07 02 -4 858,9 60 000,0 054 07 02 500 -4 858,9 60 000,0 054 07 04 -1 729,2 759 864,7 054 07 04 753 808,4 054 07 04 753 808,4 054 07 04 753 808,4 054 07 04 600 753 808,4 054 07 04 2 080,0 054 07 04 2 080,0 054 07 04 2 080,0 054 07 04 300 2 080,0 054 07 04 -1 729,2 3 976,3 054 07 04 -1 729,2 3 976,3 054 07 04 600 -1 729,2 3 976,3 054 07 05 -10 659,6 85 511,1 054 07 05 -10 659,6 85 511,1 054 07 05 -670,3 37 267,8 054 07 05 -670,3 37 267,8 054 07 05 200 -45,8 -45,8 054 07 05 600 -624,5 37 313,6 054 07 05 -9 989,3 48 243,3 054 07 05 200 -9 989,3 48 243,3 054 07 06 -163 905,9 11 866 885,5 054 07 06 10 004 982,0 054 07 06 10 004 982,0 054 07 06 9 904 982,0 054 07 06 600 9 904 982,0 054 07 06 100 000,0 054 07 06 400 100 000,0 054 07 06 65 031,2 054 07 06 65 031,2 054 07 06 65 031,2 054 07 06 300 65 031,2 054 07 06 -163 905,9 1 796 872,3 054 07 06 -163 905,9 1 796 872,3 054 07 06 400 -160 000,0 1 743 152,4 054 07 06 600 -3 905,9 53 719,9 054 07 09 -42 276,1 315 581,3 054 07 09 -24 960,3 188 118,8 054 07 09 -24 960,3 188 118,8 054 07 09 -24 960,3 188 118,8 054 07 09 600 -12 507,6 112 568,8 054 07 09 200 -12 452,7 75 550,0 054 07 09 -17 315,8 127 462,5 054 07 09 -17 315,8 127 462,5 054 07 09 200 -17 315,8 127 462,5 054 08 -5 237 559,4 77 342 293,4 054 08 01 -4 194 464,9 66 086 786,0 054 08 01 -9 961,2 28 949,4 054 08 01 -9 670,5 26 883,5 054 08 01 -9 670,5 26 883,5 054 08 01 200 -9 670,5 26 883,5 054 08 01 -290,7 2 065,9 054 08 01 -290,7 2 065,9 054 08 01 200 -290,7 2 065,9 054 08 01 -4 109 336,7 65 375 547,8 054 08 01 -349 663,5 21 234 038,4 054 08 01 -40 964,7 1 755 414,3 054 08 01 500 -40 000,0 360 000,0 054 08 01 600 285 000,0 054 08 01 600 1 030 100,0 054 08 01 600 -964,7 80 314,3 054 08 01 -93 704,9 3 171 176,4 054 08 01 500 -6 168,0 43 832,0 054 08 01 500 -9 283,0 65 717,0 054 08 01 600 -78 253,9 3 061 627,4 054 08 01 -214 993,9 16 307 447,7 054 08 01 200 -28 670,3 30 429,7 054 08 01 400 -235 323,6 3 243 449,5 054 08 01 600 49 000,0 13 033 568,5 054 08 01 -931 496,0 21 476 750,9 054 08 01 535 785,2 17 200 988,5 054 08 01 500 259 881,0 509 881,0 054 08 01 600 -418 864,0 1 981 136,0 054 08 01 600 13 065 203,3 054 08 01 800 694 768,2 1 644 768,2 054 08 01 -106 558,3 1 601 201,7 054 08 01 300 25 000,0 054 08 01 300 1 500,0 054 08 01 500 100 000,0 054 08 01 500 50 000,0 054 08 01 500 610 260,0 054 08 01 500 -12,3 87,7 054 08 01 500 -18 652,0 132 548,0 054 08 01 800 -3 552,8 25 247,2 054 08 01 600 -37 008,0 312 992,0 054 08 01 300 -12 348,3 87 751,7 054 08 01 600 -34 972,6 248 527,4 054 08 01 800 -12,3 7 287,7 054 08 01 -1 360 722,9 2 674 560,7 054 08 01 500 150 000,0 311 660,0 054 08 01 500 75 000,0 75 000,0 054 08 01 600 -5 551,2 39 448,8 054 08 01 600 -5 094,8 36 205,2 054 08 01 200 -1 575 076,9 2 212 246,7 054 08 01 -241 026,5 9 221 985,4 054 08 01 -241 026,5 9 221 985,4 054 08 01 100 1 000,0 324 718,0 054 08 01 200 -241 600,1 581 044,6 054 08 01 600 8 314 124,1 054 08 01 800 -426,4 2 098,7 054 08 01 -2 587 150,7 13 442 773,1 054 08 01 500 -526 188,5 1 432 819,3 054 08 01 200 -1 470 387,1 6 249 184,4 054 08 01 400 -590 575,1 5 501 751,0 054 08 01 600 259 018,4 054 08 01 317 551,8 054 08 01 317 551,8 054 08 01 500 317 551,8 054 08 01 -75 167,0 364 737,0 054 08 01 -75 167,0 364 737,0 054 08 01 400 -75 167,0 54 833,0 054 08 01 600 309 904,0 054 08 02 345 451,5 7 233 976,8 054 08 02 345 451,5 7 233 976,8 054 08 02 345 451,5 6 829 451,5 054 08 02 345 451,5 6 829 451,5 054 08 02 200 -493,4 18 231,6 054 08 02 800 345 944,9 6 811 219,9 054 08 02 404 525,3 054 08 02 200 17 244,0 054 08 02 800 387 281,3 054 08 03 -55 417,0 320 571,3 054 08 03 -55 417,0 320 571,3 054 08 03 296 393,1 054 08 03 296 393,1 054 08 03 600 296 393,1 054 08 03 -55 417,0 24 178,2 054 08 03 200 -55 417,0 24 178,2 054 08 04 -1 333 129,0 3 700 959,3 054 08 04 -1 299 166,9 3 632 453,8 054 08 04 -1 045 423,2 2 594 025,4 054 08 04 -1 045 423,2 2 594 025,4 054 08 04 200 -1 045 423,2 2 594 025,4 054 08 04 -253 743,7 1 038 428,4 054 08 04 -253 743,7 1 038 428,4 054 08 04 100 -511,9 365 135,2 054 08 04 200 -249 006,5 416 690,6 054 08 04 600 250 000,0 054 08 04 800 -4 225,3 6 602,6 054 08 04 -9 335,9 66 344,1 054 08 04 -9 335,9 66 344,1 054 08 04 -9 335,9 66 344,1 054 08 04 200 -9 335,9 66 344,1 054 08 04 -24 626,2 2 161,4 054 08 04 -24 626,2 2 161,4 054 08 04 200 -24 626,2 2 161,4 054 10 42 591,8 42 591,8 054 10 03 42 591,8 42 591,8 054 10 03 42 591,8 42 591,8 054 10 03 42 591,8 42 591,8 054 10 03 42 591,8 42 591,8 054 10 03 300 42 591,8 42 591,8 056 -13 933 838,8 260 848 438,5 056 01 40 455,4 3 702 709,4 056 01 08 40 455,4 924 837,6 056 01 08 40 455,4 924 837,6 056 01 08 40 455,4 924 837,6 056 01 08 40 455,4 924 837,6 056 01 08 200 -1 729,1 -1 729,1 056 01 08 800 42 184,5 926 566,7 056 01 10 2 777 871,8 056 01 10 2 777 871,8 056 01 10 2 777 871,8 056 01 10 2 777 871,8 056 01 10 600 2 777 871,8 056 04 -278 600,0 2 507 400,0 056 04 11 -46 600,0 365 400,0 056 04 11 -46 600,0 365 400,0 056 04 11 -46 600,0 365 400,0 056 04 11 200 -46 600,0 365 400,0 056 04 12 -232 000,0 2 142 000,0 056 04 12 -131 000,0 1 233 000,0 056 04 12 -131 000,0 1 233 000,0 056 04 12 200 -4 000,0 056 04 12 400 -135 000,0 1 215 000,0 056 04 12 600 8 000,0 18 000,0 056 04 12 -101 000,0 909 000,0 056 04 12 -101 000,0 909 000,0 056 04 12 400 -101 000,0 909 000,0 056 07 170 000,0 25 483 012,6 056 07 04 1 000,0 123 372,6 056 07 04 119 002,4 056 07 04 119 002,4 056 07 04 119 002,4 056 07 04 600 119 002,4 056 07 04 1 000,0 4 370,2 056 07 04 1 000,0 4 370,2 056 07 04 1 000,0 4 370,2 056 07 04 300 1 000,0 4 370,2 056 07 05 1 103 518,3 056 07 05 1 103 518,3 056 07 05 1 103 518,3 056 07 05 1 103 518,3 056 07 05 600 1 103 518,3 056 07 06 174 000,0 24 146 658,4 056 07 06 72 030,0 056 07 06 72 030,0 056 07 06 72 030,0 056 07 06 600 72 030,0 056 07 06 23 619 895,0 056 07 06 23 619 895,0 056 07 06 23 619 895,0 056 07 06 600 23 619 895,0 056 07 06 174 000,0 454 733,4 056 07 06 174 000,0 454 733,4 056 07 06 174 000,0 454 733,4 056 07 06 300 174 000,0 454 733,4 056 07 07 -5 000,0 45 000,0 056 07 07 -5 000,0 45 000,0 056 07 07 -5 000,0 45 000,0 056 07 07 -5 000,0 45 000,0 056 07 07 200 -5 000,0 45 000,0 056 07 09 64 463,3 056 07 09 64 463,3 056 07 09 64 463,3 056 07 09 64 463,3 056 07 09 600 64 463,3 056 09 -13 893 956,3 229 075 307,4 056 09 01 -3 231 338,3 127 513 180,4 056 09 01 -3 227 467,8 127 513 180,4 056 09 01 12 268,2 056 09 01 12 268,2 056 09 01 600 12 268,2 056 09 01 -3 252 467,8 126 845 776,8 056 09 01 -347 955,9 4 545 296,7 056 09 01 500 -347 955,9 3 131 603,1 056 09 01 600 1 413 693,6 056 09 01 -2 107 765,1 18 969 875,8 056 09 01 500 -1 744 088,4 15 696 795,2 056 09 01 200 -363 676,7 3 273 080,6 056 09 01 9 490,9 237 784,6 056 09 01 600 9 490,9 237 784,6 056 09 01 -9 940,2 3 725 882,7 056 09 01 100 1 973 686,9 056 09 01 200 -6 457,9 896 237,9 056 09 01 400 -3 482,3 31 340,7 056 09 01 600 773 308,1 056 09 01 800 51 309,1 056 09 01 80 938,3 056 09 01 600 80 938,3 056 09 01 501 076,2 056 09 01 600 501 076,2 056 09 01 -796 383,9 16 874 592,1 056 09 01 500 -282 551,8 2 542 966,5 056 09 01 600 -141 837,6 36 092,4 056 09 01 400 -371 994,5 056 09 01 600 14 295 533,2 056 09 01 86,4 81 910 330,4 056 09 01 600 75 755 338,4 056 09 01 500 6 000 000,0 056 09 01 600 86,4 154 992,0 056 09 01 25 000,0 352 196,5 056 09 01 25 000,0 352 196,5 056 09 01 600 25 000,0 352 196,5 056 09 01 302 938,9 056 09 01 302 938,9 056 09 01 600 302 938,9 056 09 01 -3 870,5 056 09 01 -3 870,5 056 09 01 600 -3 870,5 056 09 02 -6 977 793,6 62 713 149,4 056 09 02 -6 977 793,6 62 713 149,4 056 09 02 -6 977 793,6 62 713 149,4 056 09 02 -1 180 922,6 10 628 292,4 056 09 02 200 -1 180 922,6 10 628 292,4 056 09 02 -63 318,2 482 881,8 056 09 02 500 -36 620,0 329 580,0 056 09 02 200 -26 698,2 153 301,8 056 09 02 -5 733 552,8 51 601 975,2 056 09 02 500 -1 372 000,0 12 348 000,0 056 09 02 200 -4 361 552,8 39 253 975,2 056 09 05 -3 900,5 6 278 007,9 056 09 05 -3 604,4 6 278 007,9 056 09 05 -3 604,4 6 278 007,9 056 09 05 -3 604,4 6 278 007,9 056 09 05 400 -3 518,0 323 115,0 056 09 05 600 -86,4 5 954 892,9 056 09 05 -296,1 056 09 05 -296,1 056 09 05 600 -296,1 056 09 08 -175 450,8 12 209 754,5 056 09 08 -175 450,8 12 209 754,5 056 09 08 -122 302,9 1 238 592,7 056 09 08 22 595,6 056 09 08 400 22 595,6 056 09 08 -5 431,8 402 031,0 056 09 08 400 -5 431,8 402 031,0 056 09 08 -116 871,1 813 966,1 056 09 08 400 -116 871,1 813 966,1 056 09 08 -38 765,8 9 968 992,0 056 09 08 -38 765,8 9 968 992,0 056 09 08 400 710 789,0 056 09 08 600 -38 765,8 9 258 203,0 056 09 08 291 937,6 056 09 08 291 937,6 056 09 08 400 291 937,6 056 09 08 626 174,2 056 09 08 592 412,7 056 09 08 600 592 412,7 056 09 08 33 761,5 056 09 08 600 33 761,5 056 09 08 -14 382,1 84 058,0 056 09 08 -14 382,1 5 870,0 056 09 08 200 -14 382,1 5 870,0 056 09 08 78 188,0 056 09 08 600 78 188,0 056 09 09 -3 505 473,1 20 361 215,2 056 09 09 -3 419 676,3 20 077 735,1 056 09 09 -50 000,0 450 000,0 056 09 09 -50 000,0 450 000,0 056 09 09 500 -50 000,0 450 000,0 056 09 09 32 338,6 6 869 628,3 056 09 09 109 624,9 056 09 09 500 109 624,9 056 09 09 1 610 672,2 056 09 09 400 1 610 672,2 056 09 09 1 434 865,4 056 09 09 500 1 434 865,4 056 09 09 -4 379,9 202 841,2 056 09 09 500 130 900,0 056 09 09 200 -4 379,9 10 620,1 056 09 09 600 61 321,1 056 09 09 36 718,5 3 352 216,6 056 09 09 500 31 846,7 1 728 837,3 056 09 09 100 3 900,0 3 900,0 056 09 09 200 6 299,8 6 299,8 056 09 09 400 -5 328,0 1 525 072,2 056 09 09 600 88 107,3 056 09 09 159 408,0 056 09 09 300 159 408,0 056 09 09 -2 998 659,6 5 006 957,2 056 09 09 -2 998 659,6 5 006 957,2 056 09 09 600 -2 998 659,6 5 006 957,2 056 09 09 -401 058,2 3 791 308,8 056 09 09 171 454,4 056 09 09 500 171 454,4 056 09 09 -401 058,2 3 619 854,4 056 09 09 500 -81 190,3 1 856 577,1 056 09 09 400 -319 867,9 1 763 277,3 056 09 09 2 376,5 2 376,5 056 09 09 2 376,5 2 376,5 056 09 09 400 2 376,5 2 376,5 056 09 09 57 000,0 1 623 712,5 056 09 09 57 000,0 1 509 437,6 056 09 09 600 57 000,0 1 509 437,6 056 09 09 114 274,9 056 09 09 600 114 274,9 056 09 09 -67 773,6 1 753 951,0 056 09 09 -6 100,0 592 233,0 056 09 09 600 -6 100,0 592 233,0 056 09 09 -96 268,4 920 769,0 056 09 09 100 -4 115,6 525 000,8 056 09 09 200 -90 637,2 382 128,1 056 09 09 800 -1 515,6 13 640,1 056 09 09 34 594,8 240 949,0 056 09 09 600 34 594,8 240 949,0 056 09 09 6 100,0 579 800,8 056 09 09 6 100,0 579 800,8 056 09 09 600 6 100,0 579 800,8 056 09 09 -16 527,5 1 405,1 056 09 09 -16 527,5 1 405,1 056 09 09 200 -16 527,5 1 405,1 056 09 09 -34 961,3 314 651,3 056 09 09 -34 961,3 314 651,3 056 09 09 500 -34 961,3 314 651,3 056 09 09 -34 308,0 -32 576,3 056 09 09 -34 308,0 -32 576,3 056 09 09 500 -32 576,3 -32 576,3 056 09 09 200 -1 731,7 056 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