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Фонда социального страхования Российской Федерации на 2016 год"</w:t>
      </w:r>
    </w:p>
    <w:p>
      <w:r>
        <w:rPr>
          <w:b/>
        </w:rPr>
        <w:t>Статья 1</w:t>
      </w:r>
    </w:p>
    <w:p>
      <w:r>
        <w:t>Внести в Федеральный закон от 14 декабря 2015 года № 363-ФЗ "О бюджете Фонда социального страхования Российской Федерации на 2016 год" (Собрание законодательства Российской Федерации, 2015, № 51, ст. 7234) следующие изменения</w:t>
      </w:r>
    </w:p>
    <w:p>
      <w:r>
        <w:t>в статье 1: а) в пункте 1 слова "614 493 531,6 тыс. рублей" заменить словами "610 792 608,7 тыс. рублей", слова "103 483 369,9 тыс. рублей" заменить словами "99 782 447,0 тыс. рублей"; б) в пункте 2 слова "647 978 476,6 тыс. рублей" заменить словами "648 158 453,6 тыс. рублей", слова "91 466 741,3 тыс. рублей" заменить словами "91 646 718,3 тыс. рублей"; в) в пункте 3 слова "33 484 945,0 тыс. рублей" заменить словами "37 365 844,9 тыс. рублей", слова "12 016 628,6 тыс. рублей" заменить словами "8 135 728,7 тыс. рублей"</w:t>
      </w:r>
    </w:p>
    <w:p>
      <w:r>
        <w:t>приложение 1 после строки: 1 17 06020 07 0000 180 Прочие неналоговые поступления в Фонд социального страхования Российской Федерации" дополнить строкой следующего содержания: 1 18 07000 07 0000 180 Поступления в бюджет Фонда социального страхования Российской Федерации (перечисления из бюджета Фонда социального страхования Российской Федерации) по урегулированию расчетов между бюджетами бюджетной системы Российской Федерации по распределенным доходам"</w:t>
      </w:r>
    </w:p>
    <w:p>
      <w:r>
        <w:t>приложение 3 изложить в следующей редакции: "Приложение 3к Федеральному закону"О бюджете Фонда социального страхования Российской Федерациина 2016 год" (в редакции Федерального закона "О внесении изменений в Федеральный закон "О бюджете Фонда социального страхования Российской Федерации на 2016 год") Источникивнутреннего финансирования дефицита бюджета Фонда социального страхования Российской Федерации на 2016 год (тыс. рублей) Наименование Сумма Источники внутреннего финансирования дефицита бюджета Фонда социального страхования Российской Федерации 37 365 844,9 Изменение остатков средств на счетах по учету средств бюджета Фонда социального страхования Российской Федерации в течение финансового года 37 365 844,9 Изменение остатков денежных средств по обязательному социальному страхованию от несчастных случаев на производстве и профессиональных заболеваний 1 024 334,9 Изменение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 -9 160 063,6 Изменение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45 501 573,6"</w:t>
      </w:r>
    </w:p>
    <w:p>
      <w:r>
        <w:t>в приложении 4: а) позицию: "Фонд социального страхования Российской Федерации 647 978 476,6" изложить в следующей редакции: "Фонд социального страхования Российской Федерации 648 158 453,6"; б) строки: "Расходы на обеспечение деятельности (оказание услуг) государственных учреждений (Социальное обеспечение и иные выплаты населению) 01 13 300 10 000,0 Расходы на обеспечение деятельности (оказание услуг) государственных учреждений (Иные бюджетные ассигнования) 01 13 800 334 990,6" изложить в следующей редакции: "Расходы на обеспечение деятельности (оказание услуг) государственных учреждений (Социальное обеспечение и иные выплаты населению) 01 13 300 50 000,0 Расходы на обеспечение деятельности (оказание услуг) государственных учреждений (Иные бюджетные ассигнования) 01 13 800 294 990,6"; в) строки: 10 623 148 860,8 10 03 619 525 513,2" 10 623 328 837,8 10 03 619 705 490,2"; г) строки: "Государственная программа Российской Федерации "Социальная поддержка граждан" 10 03 586 204 415,7 Подпрограмма "Обеспечение мер социальной поддержки отдельных категорий граждан" 10 03 297 277 080,3" изложить в следующей редакции: "Государственная программа Российской Федерации "Социальная поддержка граждан" 10 03 586 384 392,7 Подпрограмма "Обеспечение мер социальной поддержки отдельных категорий граждан" 10 03 297 457 057,3"; д) строку: "Основное мероприятие "Страховое обеспечение по обязательному социальному страхованию от несчастных случаев на производстве и профессиональных заболеваний" 10 03 76 953 882,4" "Основное мероприятие "Страховое обеспечение по обязательному социальному страхованию от несчастных случаев на производстве и профессиональных заболеваний" 10 03 77 133 859,4"; е) строку: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(Социальное обеспечение и иные выплаты населению) 10 03 300 19 970 689,7" изложить в следующей редакции: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(Социальное обеспечение и иные выплаты населению) 10 03 300 20 150 666,7"; ж) после строки: "Основное мероприятие "Предоставление государственных гарантий инвалидам" 10 03 14 567 086,5" дополнить строкой следующего содержания: "Обеспечение инвалидов техническими средствами реабилитации, включая изготовление и ремонт протезно-ортопедических изделий (Закупка товаров, работ и услуг для обеспечения государственных (муниципальных) нужд) 10 03 200 10 288,3"; з) строку: "Обеспечение инвалидов техническими средствами реабилитации, включая изготовление и ремонт протезно-ортопедических изделий (Социальное обеспечение и иные выплаты населению) 10 03 300 14 567 086,5" изложить в следующей редакции: "Обеспечение инвалидов техническими средствами реабилитации, включая изготовление и ремонт протезно-ортопедических изделий (Социальное обеспечение и иные выплаты населению) 10 03 300 14 556 798,2"</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Федерального закона от 14 декабря 2015 года № 363-ФЗ "О бюджете Фонда социального страхования Российской Федерации на 2016 год" (в редакции настоящего Федерального закона) распространяется на правоотношения, возникшие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