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33-3 Федерального закона "Об обязательном пенсионном страховании в Российской Федерации" и статью 6-1 Федерального закона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</w:r>
    </w:p>
    <w:p>
      <w:r>
        <w:rPr>
          <w:b/>
        </w:rPr>
        <w:t>Статья 1</w:t>
      </w:r>
    </w:p>
    <w:p>
      <w:r>
        <w:t>В пункте 4 статьи 333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2013, № 49, ст. 6352; 2014, № 30, ст. 4217; № 49, ст. 6919; 2015, № 51, ст. 7244) слова "в 2014 - 2016 годах" заменить словами "в 2014 - 2019 годах", слова "в 2015 и 2016 годах" заменить словами "в 2015 - 2019 годах", слова "в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исключить.</w:t>
      </w:r>
    </w:p>
    <w:p>
      <w:r>
        <w:rPr>
          <w:b/>
        </w:rPr>
        <w:t>Статья 2</w:t>
      </w:r>
    </w:p>
    <w:p>
      <w:r>
        <w:t>Внести в статью 61 Федерального закона от 4 декабря 2013 года № 351-ФЗ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 (Собрание законодательства Российской Федерации, 2013, № 49, ст. 6352; 2015, № 51, ст. 7244) следующие изменения</w:t>
      </w:r>
    </w:p>
    <w:p>
      <w:r>
        <w:t>в части 1 слова "в 2016 году" заменить словами "в 2016 - 2019 годах", слова "в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исключить</w:t>
      </w:r>
    </w:p>
    <w:p>
      <w:r>
        <w:t>в части 2 слова "в 2016 году" заменить словами "в 2016 - 2019 годах", слова "в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