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бюджете Пенсионного фонда Российской Федерации на 2016 год"</w:t>
      </w:r>
    </w:p>
    <w:p>
      <w:r>
        <w:rPr>
          <w:b/>
        </w:rPr>
        <w:t>Статья 1</w:t>
      </w:r>
    </w:p>
    <w:p>
      <w:r>
        <w:t>Внести в Федеральный закон от 14 декабря 2015 года № 364-ФЗ "О бюджете Пенсионного фонда Российской Федерации на 2016 год" (Собрание законодательства Российской Федерации, 2015, № 51, ст. 7235) следующие изменения</w:t>
      </w:r>
    </w:p>
    <w:p>
      <w:r>
        <w:t>в статье 1: а) в пункте 1 слова "в сумме 7 528 833 056,9 тыс. рублей, из них 7 421 568 732,5 тыс. рублей" заменить словами "в сумме 7 625 622 433,0 тыс. рублей, из них 7 518 461 863,2 тыс. рублей", слова "в сумме 3 184 764 028,6 тыс. рублей" заменить словами "в сумме 3 407 703 260,1 тыс. рублей", слова "в сумме 3 009 505,5 тыс. рублей" заменить словами "в сумме 3 208 481,6 тыс. рублей"; б) в пункте 2 слова "в сумме 7 703 901 279,5 тыс. рублей, из них 7 421 568 732,5 тыс. рублей" заменить словами "в сумме 7 800 794 410,2 тыс. рублей, из них 7 518 461 863,2 тыс. рублей"; в) в пункте 3 слова "в сумме 175 068 222,6 тыс. рублей" заменить словами "в сумме 175 171 977,2 тыс. рублей"</w:t>
      </w:r>
    </w:p>
    <w:p>
      <w:r>
        <w:t>в части 2 статьи 4 слова "в сумме 7 315 247 006,4 тыс. рублей" заменить словами "в сумме 7 412 036 382,5 тыс. рублей"</w:t>
      </w:r>
    </w:p>
    <w:p>
      <w:r>
        <w:t>в приложении 3 цифры "175 068 222,6" заменить цифрами "175 171 977,2", цифры "178 252 500,2" заменить цифрами "178 356 254,8"</w:t>
      </w:r>
    </w:p>
    <w:p>
      <w:r>
        <w:t>приложение 4 изложить в следующей редакции: "Приложение 4к Федеральному закону"О бюджете Пенсионного фонда Российской Федерации на 2016 год"(в редакции Федерального закона "О внесении изменений в Федеральный закон "О бюджете Пенсионного фонда Российской Федерации на 2016 год") Распределениебюджетных ассигнований бюджета Пенсионного фонда Российской Федерации на 2016 год по разделам, подразделам, целевым статьям и группам видов расходов классификации расходов бюджета (тыс. рублей) Наименование Рз ПР ЦСР ВР Сумма 7 800 794 410,2 01 00 108 448 143,7 01 08 12 680,4 01 08 12 680,4 01 08 12 680,4 01 08 800 12 680,4 01 13 108 435 463,3 01 13 108 435 463,3 01 13 107 587 162,1 01 13 100 78 666 692,0 01 13 200 27 530 836,4 01 13 300 202 478,6 01 13 800 1 187 155,1 01 13 848 301,2 01 13 400 848 301,2 07 00 108 592,2 07 05 108 592,2 07 05 108 592,2 07 05 108 592,2 07 05 200 108 592,2 10 00 7 692 237 674,3 10 01 6 613 424 499,8 10 01 54 045 953,0 10 01 54 045 953,0 10 01 5 140 722,7 10 01 200 43 789,0 10 01 300 5 096 933,7 10 01 583 466,0 10 01 200 3 275,4 10 01 300 580 190,6 10 01 44 334 040,3 10 01 200 287 004,0 10 01 300 44 047 036,3 10 01 3 987 724,0 10 01 200 20 638,7 10 01 300 3 967 085,3 10 01 6 559 378 546,8 10 01 6 559 378 546,8 10 01 200 26 951,3 10 01 300 7 489 306,3 10 01 200 32 577 000,0 10 01 300 6 073 293 567,4 10 01 200 303,6 10 01 300 253 025,6 10 01 200 2 659 148,7 10 01 300 417 078 473,8 10 01 200 37,0 10 01 300 38 209,1 10 01 200 17 901,3 10 01 300 6 183 398,7 10 01 200 20 895,6 10 01 300 6 965 194,6 10 01 200 120,7 10 01 300 57 453,5 10 01 200 8 267,1 10 01 300 3 198 937,5 10 01 200 11 463,5 10 01 300 1 963 936,5 10 01 300 3 225 062,0 10 01 200 43,5 10 01 300 5 968,2 10 01 300 4 084 836,5 10 01 300 79 038,8 10 01 300 38 305,6 10 01 300 90 829,4 10 01 300 9 097,0 10 01 300 1 774,0 10 03 502 000 743,9 10 03 502 000 743,9 10 03 497 850 555,7 10 03 16 088 360,0 10 03 200 62 228,2 10 03 300 15 000 400,7 10 03 200 2 977,8 10 03 300 551 932,2 10 03 200 3 659,8 10 03 300 467 161,3 10 03 1 301 591,5 10 03 500 49 281,0 10 03 200 2 387,4 10 03 300 1 249 923,1 10 03 697 139,8 10 03 200 3 064,3 10 03 300 663 259,5 10 03 500 30 816,0 10 03 72 641 501,9 10 03 200 341 221,3 10 03 300 72 299 993,6 10 03 200 0,3 10 03 300 43,0 10 03 200 0,7 10 03 300 88,0 10 03 200 2,0 10 03 300 153,0 10 03 330 959 238,4 10 03 200 2 478 111,1 10 03 300 328 481 127,3 10 03 8 591 638,2 10 03 200 3 897,6 10 03 300 307 858,8 10 03 200 107 164,8 10 03 300 8 171 440,0 10 03 200 16,7 10 03 300 1 260,3 10 03 67 571 085,9 10 03 200 379 289,8 10 03 300 34 836 421,9 10 03 200 222 655,1 10 03 300 32 132 719,1 10 03 4 150 188,2 10 03 4 150 188,2 10 03 300 878 353,8 10 03 200 8 810,2 10 03 300 3 263 024,2 10 04 304 164 579,3 10 04 304 164 579,3 10 04 304 164 579,3 10 04 304 164 579,3 10 04 300 304 156 079,3 10 04 300 8 500,0 10 05 67 810,0 10 05 67 810,0 10 05 67 810,0 10 05 200 67 810,0 10 06 272 580 041,3 10 06 1 000 000,0 10 06 1 000 000,0 10 06 1 000 000,0 10 06 500 1 000 000,0 10 06 271 580 041,3 10 06 271 580 041,3 10 06 200 637 824,4 10 06 800 235 568,7 10 06 300 270 706 648,2"</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Федерального закона от 14 декабря 2015 года № 364-ФЗ "О бюджете Пенсионного фонда Российской Федерации на 2016 год" (в редакции настоящего Федерального закона) распространяется на правоотношения, возникшие с 1 января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