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</w:t>
      </w:r>
    </w:p>
    <w:p>
      <w:r>
        <w:rPr>
          <w:b/>
        </w:rPr>
        <w:t>Статья 1</w:t>
      </w:r>
    </w:p>
    <w:p>
      <w:r>
        <w:t>Внести в Федеральный закон от 24 ноября 1996 года № 132-ФЗ "Об основах туристской деятельности в Российской Федерации" (Собрание законодательства Российской Федерации, 1996, № 49, ст. 5491; 2007, № 7, ст. 833; 2012, № 19, ст. 2281; 2015, № 27, ст. 3946; 2016, № 10, ст. 1323) следующие изменения</w:t>
      </w:r>
    </w:p>
    <w:p>
      <w:r>
        <w:t>статью 1 дополнить абзацем следующего содержания: "туристский маршрут - путь следования туристов (экскурсантов), включающий в себя посещение и (или) использование туристских ресурсов."</w:t>
      </w:r>
    </w:p>
    <w:p>
      <w:r>
        <w:t>в статье 14: а) часть вторую изложить в следующей редакции: "Уполномоченный федеральный орган исполнительной власти: информирует туроператоров, турагентов и туристов (экскурсантов) об угрозе безопасности туристов (экскурсантов) в стране (месте) временного пребывания, в том числе путем опубликования соответствующих сообщений в государственных средствах массовой информации. Указанное опубликование осуществляется в порядке, предусмотренном законодательством Российской Федерации о средствах массовой информации для опубликования обязательных сообщений; устанавливает общие требования к туристским маршрутам (другим маршрутам передвижения) для прохождения организованными группами детей и порядку организации их прохождения детьми, находящимися в организациях отдыха детей и их оздоровления либо являющимися членами организованной группы несовершеннолетних туристов, а также к порядку уведомления уполномоченных органов государственной власти о месте, сроках и длительности прохождения таких маршрутов."; б) дополнить частью десятой следующего содержания: "Туроператоры, турагенты, организации, осуществляющие экскурсионное обслуживание, в случаях и порядке, определенных в части второй настоящей статьи, обязаны соблюдать установленные требования к туристским маршрутам и порядку организации их прохождения несовершеннолетними туристами, являющимися членами организованной группы несовершеннолетних туристов, а также порядок уведомления уполномоченных органов государственной власти о месте, сроках и длительности прохождения таких маршрутов."</w:t>
      </w:r>
    </w:p>
    <w:p>
      <w:r>
        <w:rPr>
          <w:b/>
        </w:rPr>
        <w:t>Статья 2</w:t>
      </w:r>
    </w:p>
    <w:p>
      <w:r>
        <w:t>Пункт 2 статьи 7 Федерального закона от 21 декабря 1996 года № 159-ФЗ "О дополнительных гарантиях по социальной поддержке детей-сирот и детей, оставшихся без попечения родителей" (Собрание законодательства Российской Федерации, 1996, № 52, ст. 5880; 2004, № 35, ст. 3607; 2013, № 27, ст. 3459, 3477; № 48, ст. 6165; 2016, № 27, ст. 4292) изложить в следующей редакции: "2. Детям-сиротам и детям, оставшимся без попечения родителей, лицам из числа детей-сирот и детей, оставшихся без попечения родителей, предоставляются путевки в организации отдыха детей и их оздоровления (в санаторно-курортные организации - при наличии медицинских показаний), а также оплачивается проезд к месту лечения (отдыха) и обратно. Органы государственной власти субъектов Российской Федерации и органы местного самоуправления обеспечивают предоставление детям-сиротам и детям, оставшимся без попечения родителей, лицам из числа детей-сирот и детей, оставшихся без попечения родителей, путевок в организации отдыха детей и их оздоровления, подведомственные соответственно органам государственной власти субъектов Российской Федерации и органам местного самоуправления, в первоочередном порядке. В случае самостоятельного приобретения путевок и оплаты проезда к месту лечения (отдыха) и обратно опекунами (попечителями), приемными родителями или патронатными воспитателями детей-сирот и детей, оставшихся без попечения родителей, или лицами из числа детей-сирот и детей, оставшихся без попечения родителей, им может предоставляться компенсация стоимости путевки и проезда к месту лечения (отдыха) и обратно в размере и порядке, предусмотренных нормативными правовыми актами органов государственной власти субъектов Российской Федерации и органов местного самоуправления.".</w:t>
      </w:r>
    </w:p>
    <w:p>
      <w:r>
        <w:rPr>
          <w:b/>
        </w:rPr>
        <w:t>Статья 3</w:t>
      </w:r>
    </w:p>
    <w:p>
      <w:r>
        <w:t>Внести в Федеральный закон от 24 июля 1998 года № 124-ФЗ "Об основных гарантиях прав ребенка в Российской Федерации" (Собрание законодательства Российской Федерации, 1998, № 31, ст. 3802; 2004, № 35, ст. 3607; № 52, ст. 5274; 2007, № 27, ст. 3213; 2008, № 30, ст. 3616; 2009, № 18, ст. 2151; № 23, ст. 2773; № 51, ст. 6163; 2011, № 30, ст. 4600; 2013, № 14, ст. 1666; № 26, ст. 3208; № 27, ст. 3477; № 48, ст. 6165; 2015, № 27, ст. 3970; № 29, ст. 4365) следующие изменения: 1) пункт 1 статьи 5 дополнить абзацем следующего содержания: "установление основ государственного регулирования и государственного контроля организации отдыха и оздоровления детей."; 2) статью 12 изложить в следующей редакции: "Статья 12. Обеспечение прав детей на отдых и оздоровление 1. В целях повышения качества и безопасности отдыха и оздоровления детей федеральные органы исполнительной власти, органы исполнительной власти субъектов Российской Федерации, органы местного самоуправления в пределах своих полномочий принимают меры: по принятию нормативных правовых актов, регулирующих деятельность организаций отдыха детей и их оздоровления; по созданию безопасных условий пребывания в организациях отдыха детей и их оздоровления; по обеспечению максимальной доступности услуг организаций отдыха детей и их оздоровления; по контролю за соблюдением требований законодательства в сфере организации отдыха и оздоровления детей.</w:t>
      </w:r>
    </w:p>
    <w:p>
      <w:r>
        <w:rPr>
          <w:b/>
        </w:rPr>
        <w:t xml:space="preserve">2. </w:t>
      </w:r>
      <w:r>
        <w:t>В целях повышения качества и безопасности отдыха и оздоровления детей организация отдыха детей и их оздоровления обязана: создавать безопасные условия пребывания в ней детей, присмотра и ухода за ними, организации их питания, перевозки к местам отдыха и обратно, содержания детей в соответствии с установленными санитарно-эпидемиологическими и иными требованиями и нормами, обеспечивающими жизнь и здоровье детей, работников организации отдыха детей и их оздоровления, включая соблюдение требований обеспечения антитеррористической защищенности, наличие охраны или службы безопасности, спасательных постов в местах купания детей, а также наличие санитарно-эпидемиологического заключения о соответствии деятельности, осуществляемой организацией отдыха детей и их оздоровления, санитарно-эпидемиологическим требованиям; обеспечивать соответствие квалификации работников организации отдыха детей и их оздоровления соответствующим профессиональным стандартам или квалификационным требованиям в соответствии с трудовым законодательством</w:t>
      </w:r>
    </w:p>
    <w:p>
      <w:r>
        <w:rPr>
          <w:b/>
        </w:rPr>
        <w:t xml:space="preserve">3. </w:t>
      </w:r>
      <w:r>
        <w:t>Общественный контроль за реализацией мероприятий по обеспечению отдыха и оздоровления детей осуществляется гражданами, общественными и иными организациями в соответствии с Федеральным законом от 21 июля 2014 года № 212-ФЗ "Об основах общественного контроля в Российской Федерации". Федеральные органы государственной власти, органы государственной власти субъектов Российской Федерации и органы местного самоуправления в пределах установленной компетенции оказывают содействие гражданам, общественным и иным организациям в осуществлении общественного контроля в сфере защиты прав детей на отдых и оздоровление.";</w:t>
      </w:r>
    </w:p>
    <w:p>
      <w:r>
        <w:rPr>
          <w:b/>
        </w:rPr>
        <w:t xml:space="preserve">2. </w:t>
      </w:r>
      <w:r>
        <w:t>К полномочиям органов исполнительной власти субъектов Российской Федерации в сфере организации отдыха и оздоровления детей относятся: реализация государственной политики в сфере организации отдыха и оздоровления детей на территории субъекта Российской Федерации, включая обеспечение безопасности их жизни и здоровья; осуществление регионального государственного контроля за соблюдением требований законодательства Российской Федерации в сфере организации отдыха и оздоровления детей; формирование и ведение реестров организаций отдыха детей и их оздоровления</w:t>
      </w:r>
    </w:p>
    <w:p>
      <w:r>
        <w:rPr>
          <w:b/>
        </w:rPr>
        <w:t xml:space="preserve">3. </w:t>
      </w:r>
      <w:r>
        <w:t>Органы местного самоуправления осуществляют в пределах своих полномочий мероприятия по обеспечению организации отдыха детей, включая мероприятия по обеспечению безопасности их жизни и здоровья."</w:t>
      </w:r>
    </w:p>
    <w:p>
      <w:r>
        <w:rPr>
          <w:b/>
        </w:rPr>
        <w:t xml:space="preserve">3. </w:t>
      </w:r>
      <w:r>
        <w:t>дополнить статьей 121 следующего содержания: "Статья 121. Полномочия федерального органа исполнительной власти, уполномоченного Правительством Российской Федерации, органов исполнительной власти субъектов Российской Федерации, органов местного самоуправления в сфере организации отдыха и оздоровления детей 1. К полномочиям федерального органа исполнительной власти, уполномоченного Правительством Российской Федерации, в сфере организации отдыха и оздоровления детей относятся: разработка и реализация основ государственной политики в сфере организации отдыха и оздоровления детей, включая обеспечение безопасности их жизни и здоровья; координация деятельности федеральных органов исполнительной власти в сфере организации отдыха и оздоровления детей и взаимодействие с органами исполнительной власти субъектов Российской Федерации, органами местного самоуправления и организациями отдыха детей и их оздоровления; утверждение примерных положений об организациях отдыха детей и их оздоровления; издание методических рекомендаций по обеспечению организации отдыха и оздоровления детей; обеспечение федерального государственного контроля за соблюдением требований законодательства Российской Федерации в сфере организации отдыха и оздоровления детей</w:t>
      </w:r>
    </w:p>
    <w:p>
      <w:r>
        <w:rPr>
          <w:b/>
        </w:rPr>
        <w:t>Статья 4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5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17, 25; 2006, № 1, ст. 10; № 23, ст. 2380; № 30, ст. 3296; № 31, ст. 3452; № 43, ст. 4412; № 50, ст. 5279; 2007, № 1, ст. 21; № 21, ст. 2455; № 25, ст. 2977; № 43, ст. 5084; № 46, ст. 5553; 2008, № 48, ст. 5517; № 52, ст. 6236; 2009, № 48, ст. 5733; № 52, ст. 6441; 2010, № 15, ст. 1736; № 49, ст. 6409; 2011, № 17, ст. 2310; № 29, ст. 4283; № 30, ст. 4572, 4590, 4591, 4594, 4595; № 48, ст. 6730; № 49, ст. 7015, 7039; 2012, № 26, ст. 3444, 3446; № 50, ст. 6967; 2013, № 14, ст. 1663; № 19, ст. 2325; № 27, ст. 3477; № 43, ст. 5454; № 48, ст. 6165; № 52, ст. 6981, 7008; 2014, № 14, ст. 1562; № 22, ст. 2770; № 26, ст. 3371; № 30, ст. 4235; № 42, ст. 5615; № 43, ст. 5799; № 52, ст. 7558; 2015, № 1, ст. 11, 52; № 27, ст. 3995) следующие изменения</w:t>
      </w:r>
    </w:p>
    <w:p>
      <w:r>
        <w:t>в пункте 11 части 1 статьи 15 слова "организация отдыха детей в каникулярное время" заменить словами "осуществление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здоровья"</w:t>
      </w:r>
    </w:p>
    <w:p>
      <w:r>
        <w:t>в пункте 13 части 1 статьи 16 слова "организация отдыха детей в каникулярное время" заменить словами "осуществление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здоровья"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 1 января 2017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