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и статьи 31 и 32 Федерального закона "Об обязательном медицинском страховании в Российской Федерации"</w:t>
      </w:r>
    </w:p>
    <w:p>
      <w:r>
        <w:rPr>
          <w:b/>
        </w:rPr>
        <w:t>Статья 1</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28, ст. 2887; № 43, ст. 4108; № 52, ст. 5037; 2007, № 1, ст. 22; № 30, ст. 3806; 2008, № 30, ст. 3616; 2009, № 30, ст. 3739; № 48, ст. 5745; 2010, № 49, ст. 6409; 2011, № 45, ст. 6330; № 49, ст. 7061; 2013, № 27, ст. 3477; № 52, ст. 6986; 2014, № 26, ст. 3394; № 30, ст. 4217; 2016, № 1, ст. 14; № 27, ст. 4183) следующие изменения</w:t>
      </w:r>
    </w:p>
    <w:p>
      <w:r>
        <w:t>в статье 8: а) в подпункте 3 пункта 1: абзац второй изложить в следующей редакции: "медицинскую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абзацы пятый и шестой изложить в следующей редакции: "проезд застрахованного и проезд сопровождающего его лица в случае, если сопровождение обусловлено медицинскими показаниями, для получения 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для санаторно-курортного лечения в медицинских организациях (санаторно-курортных организациях), получения транспортного средства, для заказа, примерки, получения, ремонта, замены протезов, протезно-ортопедических изделий, ортезов, технических средств реабилитации, а также по направлению страховщика для проведения освидетельствования (переосвидетельствования) федеральным учреждением медико-социальной экспертизы и проведения экспертизы связи заболевания с профессией учреждением, осуществляющим такую экспертизу; 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а также проживание и питание застрахованного, проживание и питание сопровождающего его лица в случае, если сопровождение обусловлено медицинскими показаниями, оплату отпуска застрахованного (сверх ежегодно оплачиваемого отпуска, установленного законодательством Российской Федерации) на весь период санаторно-курортного лечения и проезда к месту санаторно-курортного лечения и обратно;"; б) в пункте 2: в абзаце первом слова "лечение застрахованного" заменить словами "медицинскую помощь (первичную медико-санитарную помощь, специализированную, в том числе высокотехнологичную, медицинскую помощь) застрахованному"; дополнить новым абзацем вторым следующего содержания: "Физическим лицам, осужденным к лишению свободы и привлекаемым к труду страхователем, в период отбывания ими наказания обеспечение по страхованию предоставляется в виде оплаты дополнительных расходов, связанных с оказанием медицинской помощи (за исключением медицинской реабилитации) и социальной реабилитацией в соответствии с абзацами вторым, третьим, седьмым и восьмым подпункта 3 пункта 1 настоящей статьи."; абзац второй считать абзацем третьим</w:t>
      </w:r>
    </w:p>
    <w:p>
      <w:r>
        <w:t>в абзаце первом пункта 7 статьи 15 слова "на весь период лечения и проезда к месту лечения и обратно" заменить словами "на весь период санаторно-курортного лечения и проезда к месту санаторно-курортного лечения и обратно"</w:t>
      </w:r>
    </w:p>
    <w:p>
      <w:r>
        <w:t>в подпункте 10 пункта 2 статьи 17 слова "в лечении" заменить словами "в санаторно-курортном лечении", слова "на весь период лечения и проезда к месту лечения и обратно" заменить словами "на весь период санаторно-курортного лечения и проезда к месту санаторно-курортного лечения и обратно"</w:t>
      </w:r>
    </w:p>
    <w:p>
      <w:r>
        <w:t>в подпункте 13 пункта 2 статьи 18 слова "лечение застрахованного" заменить словами "медицинскую помощь (первичную медико-санитарную помощь, специализированную, в том числе высокотехнологичную, медицинскую помощь) застрахованному"</w:t>
      </w:r>
    </w:p>
    <w:p>
      <w:r>
        <w:rPr>
          <w:b/>
        </w:rPr>
        <w:t>Статья 2</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2012, № 49, ст. 6758) следующие изменения</w:t>
      </w:r>
    </w:p>
    <w:p>
      <w:r>
        <w:t>в части 1 статьи 31 слова "лечения застрахованного лица непосредственно после произошедшего тяжелого несчастного случая на производстве)" заменить словами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w:t>
      </w:r>
    </w:p>
    <w:p>
      <w:r>
        <w:t>в статье 32: а) в наименовании слова "лечение застрахованного лица" заменить словами "медицинскую помощь застрахованному лицу"; б) в части 1 слова "лечение застрахованного лица" заменить словами "медицинскую помощь застрахованному лицу"; в) в части 2 слова "лечение застрахованного лица" заменить словами "медицинскую помощь застрахованному лицу"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