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</w:t>
      </w:r>
    </w:p>
    <w:p>
      <w:r>
        <w:rPr>
          <w:b/>
        </w:rPr>
        <w:t>Статья None. Федеральный закон   от 28.12.2016 № 508-ФЗ</w:t>
      </w:r>
    </w:p>
    <w:p>
      <w:r>
        <w:t>О внесении изменений в Федеральный закон "Об электроэнергетике" РОССИЙСКАЯ ФЕДЕРАЦИЯ ФЕДЕРАЛЬНЫЙ ЗАКОН О внесении изменений в Федеральный закон "Об электроэнергетике" Принят Государственной Думой 16 декабря 2016 года Одобрен Советом Федерации 23 декабря 2016 года 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6236; 2010, № 31, ст. 4156, 4157, 4158, 4160; 2011, № 1, ст. 13; № 23, ст. 3263; № 30, ст. 4590; № 50, ст. 7336; 2012, № 26, ст. 3446; № 53, ст. 7616; 2013, № 45, ст. 5797; 2014, № 42, ст. 5615; 2015, № 1, ст. 19; № 29, ст. 4350; № 45, ст. 6208; 2016, № 14, ст. 1904; № 26, ст. 3865; № 27, ст. 4201) следующие изменения</w:t>
      </w:r>
    </w:p>
    <w:p>
      <w:r>
        <w:t>в пункте 1 статьи 21: а) дополнить новым абзацем сороковым следующего содержания: "устанавливает особенности функционирования субъектов розничных рынков электрической энергии (мощности) на территориях Дальневосточного федерального округа в технологически изолированных территориальных электроэнергетических системах и на территориях,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системами, в целях достижения на данных территориях планируемых на следующий период регулирования базовых уровней цен (тарифов) на электрическую энергию (мощность);"; б) абзацы сороковой - сорок третий считать соответственно абзацами сорок первым - сорок четвертым</w:t>
      </w:r>
    </w:p>
    <w:p>
      <w:r>
        <w:t>в статье 23 1 : а) пункт 2 дополнить абзацем следующего содержания: "надбавка к цене на мощность, поставляемую в ценовых зонах оптового рынка субъектами оптового рынка - производителями электрической энергии (мощности), установленная и применяемая в порядке, установленном Правительством Российской Федерации, в целях достижения на территориях Дальневосточного федерального округа планируемых на следующий период регулирования базовых уровней цен (тарифов) на электрическую энергию (мощность)."; б) дополнить пунктом 8 1 следующего содержания: "8 1 . В целях достижения на территориях Дальневосточного федерального округа планируемых на следующий период регулирования базовых уровней цен (тарифов) на электрическую энергию (мощность) Правительство Российской Федерации устанавливает: порядок определения и применения надбавки к цене на мощность, поставляемую в ценовых зонах оптового рынка субъектами оптового рынка - производителями электрической энергии (мощности); субъектов оптового рынка - производителей электрической энергии (мощности), к цене на мощность которых применяется указанная надбавка; планируемые на следующий период регулирования базовые уровни цен (тарифов) на электрическую энергию (мощность) на территориях Дальневосточного федерального округа; порядок доведения на территориях Дальневосточного федерального округа цен (тарифов) на электрическую энергию (мощность) до планируемого на следующий период регулирования базовых уровней цен (тарифов) на электрическую энергию (мощность). Надбавка к цене на мощность, поставляемую в ценовых зонах оптового рынка субъектами оптового рынка - производителями электрической энергии (мощности), в целях достижения на территориях Дальневосточного федерального округа планируемых на следующий период регулирования базовых уровней цен (тарифов) на электрическую энергию (мощность) применяется с 1 января 2017 года до 1 января 2020 года."</w:t>
      </w:r>
    </w:p>
    <w:p>
      <w:r>
        <w:t>пункт 1 статьи 24 дополнить абзацами следующего содержания: "устанавливает порядок определения надбавки к цене на мощность, поставляемую в ценовых зонах оптового рынка субъектами оптового рынка - производителями электрической энергии (мощности), в целях достижения на территориях Дальневосточного федерального округа планируемых на следующий период регулирования базовых уровней цен (тарифов) на электрическую энергию (мощность); устанавливает порядок доведения на территориях Дальневосточного федерального округа цен (тарифов) на электрическую энергию (мощность) до планируемых на следующий период регулирования базовых уровней цен (тарифов) на электрическую энергию (мощность); устанавливает порядок целевого использования средств, получаемых от применения надбавки к цене на мощность, поставляемую в ценовых зонах оптового рынка субъектами оптового рынка - производителями электрической энергии (мощности), для достижения на территориях Дальневосточного федерального округа планируемых на следующий период регулирования базовых уровней цен (тарифов) на электрическую энергию (мощность)."</w:t>
      </w:r>
    </w:p>
    <w:p>
      <w:r>
        <w:t>пункт 3 статьи 37 дополнить абзацем следующего содержания: "особенности функционирования субъектов розничных рынков электрической энергии (мощности) на территориях Дальневосточного федерального округа в технологически изолированных территориальных электроэнергетических системах и на территориях,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системами, в целях достижения на данных территориях планируемых на следующий период регулирования базовых уровней цен (тарифов) на электрическую энергию (мощность).". Президент Российской Федерации В.Путин Москва, Кремль 28 декабря 2016 года № 508-ФЗ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