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добровольной пожарной охране"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04.08.2023 № 445-ФЗ)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