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 и статьи 25 и 61 Федерального закона "Об основах охраны здоровья граждан в Российской Федерации"</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2002, № 30, ст. 3033; 2003, № 8, ст. 709; № 27, ст. 2700; № 46, ст. 4437; 2004, № 35, ст. 3607; 2005, № 14, ст. 1212; № 30, ст. 3111; № 40, ст. 3987; 2006, № 1, ст. 10; № 28, ст. 2974; № 41, ст. 4206; № 44, ст. 4534; № 50, ст. 5281; 2007, № 2, ст. 362; № 49, ст. 6070, 6074; 2008, № 30, ст. 3616; 2010, № 49, ст. 6415; 2011, № 49, ст. 7021; 2012, № 53, ст. 7613; 2013, № 9, ст. 870; № 27, ст. 3462, 3477; № 48, ст. 6165; 2014, № 23, ст. 2930; № 30, ст. 4247; 2015, № 29, ст. 4356; № 41, ст. 5628; 2016, № 27, ст. 4160, 4238) следующие изменения: 1) в пункте 1 статьи 5: а) абзац первый изложить в следующей редакции: "1. Проведение мероприятий по медицинскому освидетельствованию и медицинскому осмотру при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медицинскому переосвидетельствованию ранее признанных ограниченно годными к военной службе по состоянию здоровья, организация работы аппарата усиления военных комиссариатов и проведение иных мероприятий, связанных с призывом или поступлением на военную службу по контракту, поступлением в мобилизационный людской резерв и призывом на военные сборы, осуществляются военными комиссариатами."; б) абзац третий изложить в следующей редакции: "Проведение мероприятий по медицинскому обследованию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осуществляется медицинскими организациями по направлению военных комиссариатов, а в случае, предусмотренном абзацем вторым настоящего пункта, также по направлениям войск национальной гвардии Российской Федерации и органов, указанных в пункте 1 статьи 2 настоящего Федерального закона."; 2) пункт 1 статьи 51 изложить в следующей редакции: "1. Граждане при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оториноларингологом, стоматологом)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 3) пункт 1 статьи 17 дополнить абзацем следующего содержания: "обучение по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 4) в пункте 1 статьи 20 второе предложение исключить; 5) в наименовании статьи 201 слова "по программе" заменить словами "по программам"; 6) дополнить статьей 202 следующего содержания: "Статья 202. Обучение граждан по программам военнойподготовки сержантов, старшин запаса либо программам военной подготовки солдат, матросов запаса в военных образовательных организациях высшего образования 1. Гражданин до достижения им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военная кафедра,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Договор, предусмотренный настоящим пунктом,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
        <w:rPr>
          <w:b/>
        </w:rPr>
        <w:t xml:space="preserve">2. </w:t>
      </w:r>
      <w:r>
        <w:t>Гражданин, не заключивший договор, предусмотренный пунктом 1 настоящей статьи, не может обучаться в военной образовательной организации высшего образования</w:t>
      </w:r>
    </w:p>
    <w:p>
      <w:r>
        <w:rPr>
          <w:b/>
        </w:rPr>
        <w:t xml:space="preserve">3. </w:t>
      </w:r>
      <w:r>
        <w:t>Обучение граждан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осуществляется в порядке,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
        <w:rPr>
          <w:b/>
        </w:rPr>
        <w:t xml:space="preserve">4. </w:t>
      </w:r>
      <w:r>
        <w:t>Граждане мужского пола, обучающиеся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
        <w:rPr>
          <w:b/>
        </w:rPr>
        <w:t xml:space="preserve">4. </w:t>
      </w:r>
      <w:r>
        <w:t>пункт 1 статьи 40 после слов "военные сборы," дополнить словами "или гражданин, обучающийся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 проходящий учебные сборы, или гражданин, обучающийся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 проходящий учебные сборы, или гражданин, обучающийся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и проходящий учебные сборы,"</w:t>
      </w:r>
    </w:p>
    <w:p>
      <w:r>
        <w:rPr>
          <w:b/>
        </w:rPr>
        <w:t xml:space="preserve">4. </w:t>
      </w:r>
      <w:r>
        <w:t>в пункте 1 статьи 41:</w:t>
      </w:r>
    </w:p>
    <w:p>
      <w:r>
        <w:rPr>
          <w:b/>
        </w:rPr>
        <w:t xml:space="preserve">4. </w:t>
      </w:r>
      <w:r>
        <w:t>в статье 52:</w:t>
      </w:r>
    </w:p>
    <w:p>
      <w:r>
        <w:rPr>
          <w:b/>
        </w:rPr>
        <w:t xml:space="preserve">4. </w:t>
      </w:r>
      <w:r>
        <w:t>абзац третий дополнить словами "или учебных сборов"</w:t>
      </w:r>
    </w:p>
    <w:p>
      <w:r>
        <w:rPr>
          <w:b/>
        </w:rPr>
        <w:t xml:space="preserve">4. </w:t>
      </w:r>
      <w:r>
        <w:t>абзац пятый после слов "военные сборы" дополнить словами "или проходящий учебные сборы"</w:t>
      </w:r>
    </w:p>
    <w:p>
      <w:r>
        <w:rPr>
          <w:b/>
        </w:rPr>
        <w:t xml:space="preserve">4. </w:t>
      </w:r>
      <w:r>
        <w:t>абзац шестой после слов "военные сборы" дополнить словами "или проходящим учебные сборы"</w:t>
      </w:r>
    </w:p>
    <w:p>
      <w:r>
        <w:rPr>
          <w:b/>
        </w:rPr>
        <w:t xml:space="preserve">4. </w:t>
      </w:r>
      <w:r>
        <w:t>абзац седьмой после слов "военные сборы" дополнить словами "или проходящему учебные сборы"</w:t>
      </w:r>
    </w:p>
    <w:p>
      <w:r>
        <w:rPr>
          <w:b/>
        </w:rPr>
        <w:t xml:space="preserve">4. </w:t>
      </w:r>
      <w:r>
        <w:t>в пункте 1: дополнить новым абзацем третьим следующего содержания: "успешно завершивших обучение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и окончивших федеральные государственные образовательные организации высшего образования;"; абзацы третий - одиннадцатый считать соответственно абзацами четвертым - двенадцатым</w:t>
      </w:r>
    </w:p>
    <w:p>
      <w:r>
        <w:rPr>
          <w:b/>
        </w:rPr>
        <w:t xml:space="preserve">4. </w:t>
      </w:r>
      <w:r>
        <w:t>в пункте 2: абзац третий после слов "высшего образования" дополнить словами "или в военной образовательной организации высшего образования"; абзац четвертый после слов "высшего образования" дополнить словами "или в военной образовательной организации высшего образования"</w:t>
      </w:r>
    </w:p>
    <w:p>
      <w:r>
        <w:rPr>
          <w:b/>
        </w:rPr>
        <w:t>Статья 2</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2014, № 23, ст. 2930; № 30, ст. 4247) следующие изменения</w:t>
      </w:r>
    </w:p>
    <w:p>
      <w:r>
        <w:t>часть 5 статьи 25 изложить в следующей редакции: "5.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
        <w:t>часть 2 статьи 61 изложить в следующей редакции: "2. 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законом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на воинский учет, призыве на военную службу, поступлении на военную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