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14.32. Заключение ограничивающего конкуренцию соглашения, осуществление ограничивающих конкуренцию согласованных действий, координация экономической деятельности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