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321 Арбитражного процессуального кодекса Российской Федерации (Собрание законодательства Российской Федерации, 2002, № 30, ст. 3012) дополнить частью 5 следующего содержания: "5. В случае, если исполнение по ранее предъявленному исполнительному листу было окончено в связи с отзывом взыскателем исполнительного листа либо в связи с совершением взыскателем действий, препятствующих его исполнению, период со дня предъявления данного исполнительного листа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листа к исполнению, установленного настоящей статьей.".</w:t>
      </w:r>
    </w:p>
    <w:p>
      <w:r>
        <w:rPr>
          <w:b/>
        </w:rPr>
        <w:t>Статья 2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2011, № 27, ст. 3873; № 29, ст. 4287; № 30, ст. 4573; № 49, ст. 7067; 2012, № 31, ст. 4333; 2013, № 51, ст. 6699; № 52, ст. 7006; 2014, № 52, ст. 7543; 2015, № 1, ст. 29; № 10, ст. 1427; № 27, ст. 3945; № 48, ст. 6706; 2016, № 11, ст. 1493) следующие изменения</w:t>
      </w:r>
    </w:p>
    <w:p>
      <w:r>
        <w:t>статью 22 дополнить частью 31 следующего содержания: "31. В случае, если исполнение по ранее предъявленному исполнительному документу было окончено в связи с отзывом взыскателем исполнительного документа либо в связи с совершением взыскателем действий, препятствующих его исполнению,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документа к исполнению, установленного федеральным законом."</w:t>
      </w:r>
    </w:p>
    <w:p>
      <w:r>
        <w:t>часть 2 статьи 47 дополнить новым вторым предложением следующего содержания: "В случае окончания исполнительного производства в связи с возвращением взыскателю исполнительного документа по основаниям, предусмотренным статьей 46 настоящего Федерального закона, судебный пристав-исполнитель делает в исполнительном документе отметку, указывающую основание, по которому исполнительный документ возвращается взыскателю, и период, в течение которого осуществлялось исполнительное производство, а также взысканную сумму, если имело место частичное исполнение."</w:t>
      </w:r>
    </w:p>
    <w:p>
      <w:r>
        <w:t>статью 70 дополнить частью 101 следующего содержания: "101. Поступивший от взыскателя исполнительный документ, исполнение по которому закончено, не позднее дня, следующего за днем наступления оснований для окончания его исполнения, возвращается банком или иной кредитной организацией взыскателю с отметкой, указывающей основание окончания его исполнения и период, в течение которого исполнительный документ находился в банке или иной кредитной организации на исполнении, а также взысканную сумму, если имело место частичное исполнение."</w:t>
      </w:r>
    </w:p>
    <w:p>
      <w:r>
        <w:t>в статье 98: а) в части 3 слова "или судебного пристава-исполнителя" заменить словами "или копии исполнительного документа от судебного пристава-исполнителя"; б) часть 4 изложить в следующей редакции: "4. Лица, выплачивающие должнику заработную плату или иные периодические платежи, заканчивают исполнение исполнительного документа:</w:t>
      </w:r>
    </w:p>
    <w:p>
      <w:r>
        <w:t>после перечисления денежных средств в полном объеме</w:t>
      </w:r>
    </w:p>
    <w:p>
      <w:r>
        <w:t>при перемене должником места работы, учебы, места получения пенсии и иных доходов</w:t>
      </w:r>
    </w:p>
    <w:p>
      <w:r>
        <w:t>по заявлению взыскателя</w:t>
      </w:r>
    </w:p>
    <w:p>
      <w:r>
        <w:t>по постановлению судебного пристава-исполнителя о прекращении (об окончании, отмене) исполнения."; в) дополнить частью 41 следующего содержания: "41. Лица, выплачивающие должнику заработную плату или иные периодические платежи, не позднее дня, следующего за днем наступления оснований, предусмотренных частью 4 настоящей статьи, возвращают:</w:t>
      </w:r>
    </w:p>
    <w:p>
      <w:r>
        <w:t>взыскателю поступивший от него исполнительный документ с отметкой, указывающей основание окончания его исполнения и период, в течение которого исполнительный документ находился у этих лиц на исполнении, а также взысканную сумму, если имело место частичное исполнение</w:t>
      </w:r>
    </w:p>
    <w:p>
      <w:r>
        <w:t>судебному приставу-исполнителю поступившую от него копию исполнительного документа с отметкой, указывающей основание окончания его исполнения, а также взысканную сумму, если имело место частичное исполнение."</w:t>
      </w:r>
    </w:p>
    <w:p>
      <w:r>
        <w:rPr>
          <w:b/>
        </w:rPr>
        <w:t>Статья 3</w:t>
      </w:r>
    </w:p>
    <w:p>
      <w:r>
        <w:t>Статью 356 Кодекса административного судопроизводства Российской Федерации (Собрание законодательства Российской Федерации, 2015, № 10, ст. 1391; 2016, № 15, ст. 2065) дополнить частью 6 следующего содержания: "6. В случае, если исполнение по ранее предъявленному исполнительному документу было окончено в связи с отзывом взыскателем исполнительного документа либо в связи с совершением взыскателем действий, препятствующих его исполнению, период со дня предъявления данного исполнительного документа к исполнению до дня окончания по нему исполнения по одному из указанных оснований вычитается из соответствующего срока предъявления исполнительного документа к исполнению, установленного настоящей статьей.".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