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8 Федерального закона "О закупках товаров, работ, услуг отдельными видами юридических лиц" и статьи 15 и 112 Федерального закона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1</w:t>
      </w:r>
    </w:p>
    <w:p>
      <w:r>
        <w:t>Внести в Федеральный закон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№ 50, ст. 7343; 2012, № 53, ст. 7649; 2013, № 23, ст. 2873; № 27, ст. 3452; № 51, ст. 6699; № 52, ст. 6961; 2015, № 1, ст. 11; № 27, ст. 3950; № 29, ст. 4375; 2016, № 27, ст. 4169, 4254; 2017, № 1, ст. 15) следующие изменения: 1) в пункте 5 части 2 статьи 1: а) в абзаце первом слово "ими" исключить; б) дополнить подпунктом "в" следующего содержания: "в) без привлечения средств соответствующих бюджетов бюджетной системы Российской Федерации государственными, муниципальными унитарными предприятиями, являющимися аптечными организациями;"; 2) статью 8 дополнить частями 12 и 13 следующего содержания: "12. До 1 сентября 2017 года государственные, муниципальные унитарные предприятия, являющиеся аптечными организациями, вправе изменить и (или) утвердить положение о закупке и план закупки для осуществления закупок, предусмотренных подпунктом "в" пункта 5 части 2 статьи 1 настоящего Федерального закона, в 2017 году.</w:t>
      </w:r>
    </w:p>
    <w:p>
      <w:r>
        <w:rPr>
          <w:b/>
        </w:rPr>
        <w:t xml:space="preserve">13. </w:t>
      </w:r>
      <w:r>
        <w:t>Государственные, муниципальные унитарные предприятия, являющиеся аптечными организациями, вправе осуществлять закупки в соответствии с настоящим Федеральным законом после размещения положения о закупке и плана закупки в единой информационной системе."</w:t>
      </w:r>
    </w:p>
    <w:p>
      <w:r>
        <w:rPr>
          <w:b/>
        </w:rPr>
        <w:t>Статья 2</w:t>
      </w:r>
    </w:p>
    <w:p>
      <w:r>
        <w:t>Внести в Федеральный закон от 5 апреля 2013 года № 44-ФЗ "О контрактной системе в сфере закупок товаров, работ, услуг для обеспечения государственных и муниципальных нужд" (Собрание законодательства Российской Федерации, 2013, № 14, ст. 1652; № 27, ст. 3480; № 52, ст. 6961; 2014, № 23, ст. 2925; 2015, № 1, ст. 51; № 29, ст. 4342, 4375; 2016, № 15, ст. 2058; № 27, ст. 4254; 2017, № 1, ст. 15) следующие изменения</w:t>
      </w:r>
    </w:p>
    <w:p>
      <w:r>
        <w:t>в статье 15: а) часть 21 дополнить пунктом 3 следующего содержания: "3) без привлечения средств соответствующих бюджетов бюджетной системы Российской Федерации государственными, муниципальными унитарными предприятиями, являющимися аптечными организациями."; б) в части 3 слова "пунктах 1 и 2 части 21" заменить словами "пунктах 1 - 3 части 21", дополнить словами ", если иное не установлено настоящим Федеральным законом"</w:t>
      </w:r>
    </w:p>
    <w:p>
      <w:r>
        <w:t>статью 112 дополнить частью 42 следующего содержания: "42. До 1 сентября 2017 года государственные, муниципальные унитарные предприятия, являющиеся аптечными организациями, вправе изменить правовой акт, регламентирующий в соответствии с Федеральным законом от 18 июля 2011 года № 223-ФЗ "О закупках товаров, работ, услуг отдельными видами юридических лиц" правила закупки, для осуществления закупок, предусмотренных пунктом 3 части 21 статьи 15 настоящего Федерального закона, в 2017 году."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