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10 Федерального закона "Об общественном контроле за обеспечением прав человека в местах принудительного содержания и о содействии лицам, находящимся в местах принудительного содержания"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