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6 Федерального закона "О жилищных субсидиях гражданам, выезжающим из районов Крайнего Севера и приравненных к ним местностей"</w:t>
      </w:r>
    </w:p>
    <w:p>
      <w:r>
        <w:rPr>
          <w:b/>
        </w:rPr>
        <w:t>Статья None. Федеральный закон   от 07.06.2017 № 119-ФЗ</w:t>
      </w:r>
    </w:p>
    <w:p>
      <w:r>
        <w:t>О внесении изменений в статьи 2 и 6 Федерального закона "О жилищных субсидиях гражданам, выезжающим из районов Крайнего Севера и приравненных к ним местностей" РОССИЙСКАЯ ФЕДЕРАЦИЯ ФЕДЕРАЛЬНЫЙ ЗАКОН О внесении изменений в статьи 2 и 6 Федерального закона "О жилищных субсидиях гражданам, выезжающим из районов Крайнего Севера и приравненных к ним местностей" Принят Государственной Думой 26 мая 2017 года Одобрен Советом Федерации 31 мая 2017 года Внести в Федеральный закон от 25 октября 2002 года № 125-ФЗ "О жилищных субсидиях гражданам, выезжающим из районов Крайнего Севера и приравненных к ним местностей" (Собрание законодательства Российской Федерации, 2002, № 43, ст. 4188; 2011, № 30, ст. 4560) следующие изменения</w:t>
      </w:r>
    </w:p>
    <w:p>
      <w:r>
        <w:t>часть вторую статьи 2 дополнить словами ", а при возникновении права на переход в категорию граждан, к которой гражданин относился до изменения условий, указанных в настоящей части, исходя из первоначальной очередности для этой категории"</w:t>
      </w:r>
    </w:p>
    <w:p>
      <w:r>
        <w:t>часть четвертую статьи 6 изложить в следующей редакции: "В случае, если после постановки гражданина на учет в качестве имеющего права на получение жилищной субсидии этот гражданин и (или) члены его семьи осуществили отчуждение принадлежащих им на праве собственности жилых помещений или перевод жилого помещения в нежилое помещение в течение пяти лет, предшествующих дате выдачи ему государственного жилищного сертификата, размер предоставляемой жилищной субсидии уменьшается на сумму, полученную по договору, предусматривающему отчуждение жилого помещения, либо на величину кадастровой стоимости жилого помещения, применяемой для целей, предусмотренных законодательством Российской Федерации, по состоянию на дату заключения такого договора (перевода жилого помещения в нежилое помещение). При этом для расчета значения, на которое уменьшается размер жилищной субсидии, учитывается наибольшая из указанных сумм. В случае отсутствия кадастровой стоимости жилого помещения на указанную дату при определении размера предоставляемой жилищной субсидии учитывается величина инвентаризационной стоимости жилого помещения.". Президент Российской Федерации В.Путин Москва, Кремль 7 июня 2017 года № 119-ФЗ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