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между Российской Федерацией и Республикой Казахстан о мерах по прекращению действия Соглашения между Российской Федерацией и Республикой Казахстан об условиях использования и аренды полигона Эмба (5580 база обеспечения испытательных работ) от 20 января 1995 года и Договора между Правительством Российской Федерации и Правительством Республики Казахстан об аренде испытательного полигона Эмба (5580 база обеспечения испытательных работ) от 18 октября 1996 года</w:t>
      </w:r>
    </w:p>
    <w:p>
      <w:r>
        <w:rPr>
          <w:b/>
        </w:rPr>
        <w:t>Статья None. Федеральный закон   от 01.07.2017 № 130-ФЗ</w:t>
      </w:r>
    </w:p>
    <w:p>
      <w:r>
        <w:t>О ратификации Протокола между Российской Федерацией и Республикой Казахстан о мерах по прекращению действия Соглашения между Российской Федерацией и Республикой Казахстан об условиях использования и аренды полигона Эмба (5580 база обеспечения испытательных работ) от 20 января 1995 года и Договора между Правительством Российской Федерации и Правительством Республики Казахстан об аренде испытательного полигона Эмба (5580 база обеспечения испытательных работ) от 18 октября 1996 года РОССИЙСКАЯ ФЕДЕРАЦИЯ ФЕДЕРАЛЬНЫЙ ЗАКОН О ратификации Протокола между Российской Федерацией и Республикой Казахстан о мерах по прекращению действия Соглашения между Российской Федерацией и Республикой Казахстан об условиях использования и аренды полигона Эмба (5580 база обеспечения испытательных работ) от 20 января 1995 года и Договора между Правительством Российской Федерации и Правительством Республики Казахстан об аренде испытательного полигона Эмба (5580 база обеспечения испытательных работ) от 18 октября 1996 года Принят Государственной Думой 16 июня 2017 года Одобрен Советом Федерации 28 июня 2017 года Ратифицировать Протокол между Российской Федерацией и Республикой Казахстан о мерах по прекращению действия Соглашения между Российской Федерацией и Республикой Казахстан об условиях использования и аренды полигона Эмба (5580 база обеспечения испытательных работ) от 20 января 1995 года и Договора между Правительством Российской Федерации и Правительством Республики Казахстан об аренде испытательного полигона Эмба (5580 база обеспечения испытательных работ) от 18 октября 1996 года, подписанный в городе Москве 20 октября 2016 года. Президент Российской Федерации В.Путин Москва, Кремль 1 июля 2017 года № 130-ФЗ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