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2017 год и на плановый период 2018 и 2019 годов"</w:t>
      </w:r>
    </w:p>
    <w:p>
      <w:r>
        <w:rPr>
          <w:b/>
        </w:rPr>
        <w:t>Статья 1</w:t>
      </w:r>
    </w:p>
    <w:p>
      <w:r>
        <w:t>Внести в Федеральный закон от 19 декабря 2016 года № 415-ФЗ "О федеральном бюджете на 2017 год и на плановый период 2018 и 2019 годов" (Собрание законодательства Российской Федерации, 2016, № 52, ст. 7464) следующие изменения: 1) в части 1 статьи 1: а) в абзаце первом слова "в размере 86 806,0 млрд. рублей" заменить словами "в размере 92 190,0 млрд. рублей", слова "4,0 процента" заменить словами "3,8 процента"; б) в пункте 1 слова "в сумме 13 487 566 771,6 тыс. рублей" заменить словами "в сумме 14 678 830 477,9 тыс. рублей"; в) в пункте 2 слова "в сумме 16 240 809 139,5 тыс. рублей" заменить словами "в сумме 16 602 641 197,6 тыс. рублей"; г) в пункте 3 слова "в сумме 6 076 420 000,0 тыс. рублей" заменить словами "в сумме 6 453 300 000,0 тыс. рублей"; д) в пункте 4 слова "в сумме 10 351 623 798,0 тыс. рублей" заменить словами "в сумме 9 227 011 402,9 тыс. рублей"; е) в пункте 5 слова "в сумме 53,6 млрд. долларов США, или 48,7 млрд. евро" заменить словами "в сумме 51,8 млрд. долларов США, или 48,9 млрд. евро"; ж) в пункте 6 слова "в сумме 2 753 242 367,9 тыс. рублей" заменить словами "в сумме 1 923 810 719,7 тыс. рублей"; 2) в статье 5: а) в абзаце четвертом пункта 1 части 3 слова "а также" заменить словами "организациям кинематографии, региональным и муниципальным средствам массовой информации, а также"; б) часть 11 после слов "юридическим лицам" дополнить словами ", крестьянским (фермерским) хозяйствам, включая индивидуальных предпринимателей,"; 3) в статье 6: а) в части 1 слова "в сумме 734 384 583,0 тыс. рублей" заменить словами "в сумме 741 778 043,8 тыс. рублей"; б) в пункте 1 части 2 слова "приложениям 9, 10 (секретно) и 11 (совершенно секретно)" заменить словами "приложениям 9, 91, 10 (секретно), 101 (секретно), 11 (совершенно секретно) и 111 (совершенно секретно)"; в) в пункте 1 части 3 слова "приложениям 15 и 16 (секретно)" заменить словами "приложениям 15, 151, 16 (секретно) и 161 (секретно)"; г) в пункте 1 части 4 слова "приложениям 19 и 20 (секретно)" заменить словами "приложениям 19, 191, 20 (секретно) и 201 (секретно)"; д) в пункте 1 части 6 слова "приложениям 25, 26 (секретно) и 27 (совершенно секретно)" заменить словами "приложениям 25, 251, 26 (секретно), 261 (секретно) и 27 (совершенно секретно)"; е) в части 10 слова "в объеме до 4 348 330,0 тыс. рублей" заменить словами "в объеме до 3 075 850,0 тыс. рублей"; 4) в статье 9: а) в пункте 1 части 1 слова "приложениям 33 и 34 (секретно)" заменить словами "приложениям 33, 331, 34 (секретно) и 341 (секретно)"; б) часть 4 после слов "земельные участки" дополнить словами "с находящимися на них зданиями и многолетними насаждениями"; в) в пункте 1 части 5 слова "в объеме до 169 308 143,9 тыс. рублей" заменить словами "в объеме до 194 246 546,7 тыс. рублей"; г) дополнить частью 6 (секретно) следующего содержания; 5) часть 3 статьи 10 после слов "Федеральному закону," дополнить словами "из резервного фонда Президента Российской Федерации и из резервного фонда Правительства Российской Федерации,"; 6) в части 3 статьи 11 слова "в сумме до 20 250,0 тыс. рублей" заменить словами "в сумме до 6 420,0 тыс. рублей"; 7) в части 3 статьи 13 слова "в сумме 3 146 383 874,5 тыс. рублей" заменить словами "в сумме 2 030 966 537,4 тыс. рублей"; 8) в части 3 статьи 14 слова "в сумме 14,7 млрд. долларов США, или 13,3 млрд. евро" заменить словами "в сумме 12,9 млрд. долларов США, или 12,2 млрд. евро"; 9) статью 16 дополнить частями 5 и 6 следующего содержания: "5. Установить, что Правительство Российской Федерации вправе провести в 2017 году реструктуризацию обязательств (задолженности)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в пределах расходов бюджетов субъектов Российской Федерации на подготовку к проведению в 2015 и 2016 годах международных спортивных соревнований по олимпийским видам спорта, решения о проведении которых приняты Президентом Российской Федерации и (или) Правительством Российской Федерации, на следующих основных условиях: 1)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2027 по 2036 год включительно ежегодно равными долями с возможностью ее досрочного погашения; 2) за пользование средствами федерального бюджета взимается плата в размере 0,1 процента годовых (далее - проценты за рассрочку),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процентам; 3) задолженность по начисленной неустойке подлежит погашению до 1 января 2018 года; 4) при нарушении должником графика погашения реструктурированной задолженности и (или) уплаты процентов за рассрочку непогашенная реструктурированная задолженность по основному долгу и процентам, начисленные проценты за рассрочку подлежат досрочному единовременному погашению.</w:t>
      </w:r>
    </w:p>
    <w:p>
      <w:r>
        <w:rPr>
          <w:b/>
        </w:rPr>
        <w:t xml:space="preserve">6. </w:t>
      </w:r>
      <w:r>
        <w:t>Дополнительные условия и порядок проведения реструктуризации обязательств (задолженности) субъектов Российской Федерации, порядок определения расходов бюджетов субъектов Российской Федерации, указанных в части 5 настоящей статьи, устанавливаются Правительством Российской Федерации.";</w:t>
      </w:r>
    </w:p>
    <w:p>
      <w:r>
        <w:rPr>
          <w:b/>
        </w:rPr>
        <w:t xml:space="preserve">11. </w:t>
      </w:r>
      <w:r>
        <w:t>Правительство Российской Федерации вправе в 2017 году принять в казну Российской Федерации передаваемые государственной корпорацией "Агентство по страхованию вкладов" за счет уменьшения имущественных взносов Российской Федерации, внесенных в соответствии с частью 5 статьи 13 Федерального закона от 24 июля 2007 года № 198-ФЗ "О федеральном бюджете на 2008 год и на плановый период 2009 и 2010 годов" и частью 9 статьи 23 Федерального закона от 2 декабря 2013 года № 349-ФЗ "О федеральном бюджете на 2014 год и на плановый период 2015 и 2016 годов", на сумму до 92 000 000,0 тыс. рублей все обыкновенные и привилегированные акции Акционерного коммерческого банка "РОССИЙСКИЙ КАПИТАЛ" (публичное акционерное общество), принадлежащие и (или) приобретенные государственной корпорацией "Агентство по страхованию вкладов" в 2017 году, по цене приобретения таких акций государственной корпорацией "Агентство по страхованию вкладов" (балансовой стоимости). В таком случае на приобретение указанных акций не распространяются положения Федерального закона "О банках и банковской деятельности", регламентирующие порядок получения предварительного (последующего) согласия Банка России на приобретение акций (долей) кредитной организации. Количество акций Акционерного коммерческого банка "РОССИЙСКИЙ КАПИТАЛ" (публичное акционерное общество), передаваемых в казну Российской Федерации в соответствии с настоящей частью, сумма уменьшения имущественных взносов Российской Федерации, внесенных в имущество государственной корпорации "Агентство по страхованию вкладов", соответствующая балансовой стоимости передаваемых акций, определяются решением Правительства Российской Федерации</w:t>
      </w:r>
    </w:p>
    <w:p>
      <w:r>
        <w:rPr>
          <w:b/>
        </w:rPr>
        <w:t xml:space="preserve">12. </w:t>
      </w:r>
      <w:r>
        <w:t>Установить, что в 2017 году Правительство Российской Федерации вправе принять передаваемые государственной корпорацией "Агентство по страхованию вкладов" в казну Российской Федерации облигации федерального займа по номинальной стоимости на сумму до 48 564 995,0 тыс. рублей с уменьшением имущественного взноса Российской Федерации в имущество государственной корпорации, внесенного в соответствии с частью 9 статьи 23 Федерального закона от 2 декабря 2013 года № 349-ФЗ "О федеральном бюджете на 2014 год и на плановый период 2015 и 2016 годов"</w:t>
      </w:r>
    </w:p>
    <w:p>
      <w:r>
        <w:rPr>
          <w:b/>
        </w:rPr>
        <w:t xml:space="preserve">13. </w:t>
      </w:r>
      <w:r>
        <w:t>Установить, что Правительство Российской Федерации в целях обеспечения сбалансированности федерального бюджета в 2017 году вправе использовать средства Фонда национального благосостояния в размере до 200 000 000,0 тыс. рублей сверх объема, предусмотренного настоящим Федеральным законом</w:t>
      </w:r>
    </w:p>
    <w:p>
      <w:r>
        <w:rPr>
          <w:b/>
        </w:rPr>
        <w:t xml:space="preserve">14. </w:t>
      </w:r>
      <w:r>
        <w:t>Правительство Российской Федерации вправе в 2017 году внести в уставный капитал акционерного общества "Агентство ипотечного жилищного кредитования" акции Акционерного коммерческого банка "РОССИЙСКИЙ КАПИТАЛ" (публичное акционерное общество), переданные государственной корпорацией "Агентство по страхованию вкладов" в казну Российской Федерации, в оплату приобретаемых в собственность Российской Федерации акций акционерного общества "Агентство ипотечного жилищного кредитования". В таком случае на приобретение указанных акций не распространяются положения Федерального закона "О банках и банковской деятельности", регламентирующие порядок получения предварительного (последующего) согласия Банка России на приобретение акций (долей) кредитной организации.";</w:t>
      </w:r>
    </w:p>
    <w:p>
      <w:r>
        <w:rPr>
          <w:b/>
        </w:rPr>
        <w:t xml:space="preserve">6. </w:t>
      </w:r>
      <w:r>
        <w:t>в части 5 статьи 17:</w:t>
      </w:r>
    </w:p>
    <w:p>
      <w:r>
        <w:rPr>
          <w:b/>
        </w:rPr>
        <w:t xml:space="preserve">6. </w:t>
      </w:r>
      <w:r>
        <w:t>в статье 18:</w:t>
      </w:r>
    </w:p>
    <w:p>
      <w:r>
        <w:rPr>
          <w:b/>
        </w:rPr>
        <w:t xml:space="preserve">6. </w:t>
      </w:r>
      <w:r>
        <w:t>часть 2 статьи 19 после слов "Банка России" дополнить словами ", а также услуги по передаче электронных сообщений по финансовым операциям"</w:t>
      </w:r>
    </w:p>
    <w:p>
      <w:r>
        <w:rPr>
          <w:b/>
        </w:rPr>
        <w:t xml:space="preserve">6. </w:t>
      </w:r>
      <w:r>
        <w:t>в статье 21:</w:t>
      </w:r>
    </w:p>
    <w:p>
      <w:r>
        <w:rPr>
          <w:b/>
        </w:rPr>
        <w:t xml:space="preserve">6. </w:t>
      </w:r>
      <w:r>
        <w:t>пунктом 101 части 1 статьи 11 Федерального закона от 13 декабря 2010 года № 357-ФЗ "О федеральном бюджете на 2011 год и на плановый период 2012 и 2013 годов" на проведение работ по технологическому присоединению к центрам электропитания объектов подвижной радиотелефонной связи на автомобильной дороге "Амур" Чита - Хабаровск, пунктами 8, 9 части 1 статьи 11 Федерального закона от 30 ноября 2011 года № 371-ФЗ "О федеральном бюджете на 2012 год и на плановый период 2013 и 2014 годов" на реализацию инвестиционных проектов "Строительство вторых железнодорожных путей и электрификация участка Выборг - Приморск - Ермилово Октябрьской железной дороги", "Реконструкция станции Гремячая Приволжской железной дороги", в размере до 1 156 236,0 тыс. рублей</w:t>
      </w:r>
    </w:p>
    <w:p>
      <w:r>
        <w:rPr>
          <w:b/>
        </w:rPr>
        <w:t xml:space="preserve">6. </w:t>
      </w:r>
      <w:r>
        <w:t>пунктом 131 части 1 статьи 11 Федерального закона от 3 декабря 2012 года № 216-ФЗ "О федеральном бюджете на 2013 год и на плановый период 2014 и 2015 годов", приложением 30 к Федеральному закону от 2 декабря 2013 года № 349-ФЗ "О федеральном бюджете на 2014 год и на плановый период 2015 и 2016 годов", приложениями 31 и 311 к Федеральному закону от 1 декабря 2014 года № 384-ФЗ "О федеральном бюджете на 2015 год и на плановый период 2016 и 2017 годов" на реализацию инвестиционного проекта "Комплексное развитие участка Междуреченск - Тайшет Красноярской железной дороги", в размере до 5 000 000,0 тыс. рублей.";</w:t>
      </w:r>
    </w:p>
    <w:p>
      <w:r>
        <w:rPr>
          <w:b/>
        </w:rPr>
        <w:t xml:space="preserve">6. </w:t>
      </w:r>
      <w:r>
        <w:t>в пункте 2 слова "в сумме 493 699 222,1 тыс. рублей" заменить словами "в сумме 469 562 815,7 тыс. рублей"</w:t>
      </w:r>
    </w:p>
    <w:p>
      <w:r>
        <w:rPr>
          <w:b/>
        </w:rPr>
        <w:t xml:space="preserve">6. </w:t>
      </w:r>
      <w:r>
        <w:t>в пункте 3 слова "в сумме 18 972 091,1 тыс. рублей" заменить словами "в сумме 26 082 406,7 тыс. рублей"</w:t>
      </w:r>
    </w:p>
    <w:p>
      <w:r>
        <w:rPr>
          <w:b/>
        </w:rPr>
        <w:t xml:space="preserve">6. </w:t>
      </w:r>
      <w:r>
        <w:t>пункт 6 части 5 после слов "вопросам размещения" дополнить словами "и обмена"</w:t>
      </w:r>
    </w:p>
    <w:p>
      <w:r>
        <w:rPr>
          <w:b/>
        </w:rPr>
        <w:t xml:space="preserve">6. </w:t>
      </w:r>
      <w:r>
        <w:t>в части 7 после слов "по размещению" дополнить словами "и обмену", слова "до 141 750,0 тыс. рублей" заменить словами "до 224 700,0 тыс. рублей. Оплата услуг по размещению облигаций внутренних и внешних облигационных займов Российской Федерации осуществляется"</w:t>
      </w:r>
    </w:p>
    <w:p>
      <w:r>
        <w:rPr>
          <w:b/>
        </w:rPr>
        <w:t xml:space="preserve">6. </w:t>
      </w:r>
      <w:r>
        <w:t>в части 1: в пункте 1 слова "приложениям 10 (секретно), 16 (секретно) и 20 (секретно)" заменить словами "приложениям 10 (секретно), 101 (секретно), 16 (секретно), 161 (секретно), 20 (секретно) и 201 (секретно)"; в пункте 3 слова "на 2017 год в объеме 2 400 000,0 тыс. рублей" заменить словами "на 2017 год в объеме 2 900 000,0 тыс. рублей"; в пункте 4 слова "в объеме 18 337 578,4 тыс. рублей" заменить словами "в объеме 18 895 965,8 тыс. рублей"; в пункте 5 слова "в объеме 95 857 338,3 тыс. рублей" заменить словами "в объеме 95 875 764,1 тыс. рублей"; дополнить пунктом 61 следующего содержания: "61) бюджетных ассигнований на 2017 год в объеме 5 006 429,4 тыс. рублей, предусмотренных по подразделу "Другие общегосударственные вопросы" раздела "Общегосударственные вопросы" классификации расходов бюджетов, на реализацию инвестиционных проектов по строительству и (или) реконструкции объектов капитального строительства в рамках мероприятий по подготовке и проведению чемпионата мира по футболу в 2018 году в Российской Федерации в случае и в пределах поступления доходов федерального бюджета от уплаты и (или) взыскания денежных сумм по банковским гарантиям, предоставленным в качестве обеспечения исполнения государственных контрактов, заключенных в целях реализации указанных инвестиционных проектов, по решениям Правительства Российской Федерации;"; в пункте 7 слова "в объеме 28 558 481,7 тыс. рублей" заменить словами "в объеме 38 674 295,8 тыс. рублей", слова "приложениям 10 (секретно), 16 (секретно) и 20 (секретно)" заменить словами "приложениям 10 (секретно), 101 (секретно), 16 (секретно), 161 (секретно), 20 (секретно) и 201 (секретно)"; в пункте 8 слова "на 2017 год в объеме 4 400 428,0 тыс. рублей" заменить словами "на 2017 год в объеме 4 933 946,5 тыс. рублей"; в пункте 11 слова "в объеме 3 385 800,0 тыс. рублей" заменить словами "в объеме 2 725 359,2 тыс. рублей", дополнить словами ", а в случае отсутствия страховой защиты имущественных интересов сельскохозяйственных товаропроизводителей - по отдельным решениям Правительства Российской Федерации, принятым на основании обращений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Федерации)"; в пункте 14 слова "в объеме 12 464 500,0 тыс. рублей" заменить словами "в объеме 8 464 500,0 тыс. рублей"; дополнить пунктом 141 следующего содержания: "141) бюджетных ассигнований на 2017 год в объеме 2 000 000,0 тыс. рублей, предусмотренных по подразделу "Другие вопросы в области национальной экономики" раздела "Национальная экономика" классификации расходов бюджетов, на государственную поддержку центров Национальной технологической инициативы на базе образовательных организаций высшего образования и научных организаций по решениям Правительства Российской Федерации;"</w:t>
      </w:r>
    </w:p>
    <w:p>
      <w:r>
        <w:rPr>
          <w:b/>
        </w:rPr>
        <w:t xml:space="preserve">6. </w:t>
      </w:r>
      <w:r>
        <w:t>часть 5 изложить в следующей редакции: "5. Установить, что открытое акционерное общество "Российские железные дороги" по решению Правительства Российской Федерации вправе использовать в целях реализации проекта "Комплексная реконструкция участка им. М.Горького - Котельниково - Тихорецкая - Крымская с обходом Краснодарского железнодорожного узла" средства неиспользованных взносов в уставный капитал открытого акционерного общества "Российские железные дороги", осуществленных в соответствии с:</w:t>
      </w:r>
    </w:p>
    <w:p>
      <w:r>
        <w:rPr>
          <w:b/>
        </w:rPr>
        <w:t xml:space="preserve">6. </w:t>
      </w:r>
      <w:r>
        <w:t>дополнить частями 10 - 14 следующего содержания: "10. Установить, что в 2017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"Российские железные дороги" (город Москва) в объеме до 9 412 000,0 тыс. рублей при поступлении в федеральный бюджет в указанном объеме субсидии из бюджета города Москвы в целях строительства дополнительных остановочных пунктов Московской железной дороги и интеграции Савеловского направления Московской железной дороги и Московского центрального кольца</w:t>
      </w:r>
    </w:p>
    <w:p>
      <w:r>
        <w:rPr>
          <w:b/>
        </w:rPr>
        <w:t xml:space="preserve">14. </w:t>
      </w:r>
      <w:r>
        <w:t>раздел "ДОХОДЫ ОТ ФЕДЕРАЛЬНЫХ НАЛОГОВ И СБОРОВ" приложения 1 после строки 15) в приложении 9:</w:t>
      </w:r>
    </w:p>
    <w:p>
      <w:r>
        <w:rPr>
          <w:b/>
        </w:rPr>
        <w:t xml:space="preserve">14. </w:t>
      </w:r>
      <w:r>
        <w:t>дополнить приложением 91 следующего содержания: "Приложение 91к Федеральному закону"О федеральном бюджете на 2017 год и на плановый период 2018 и 2019 годов" Изменение ведомственной структуры расходовфедерального бюджета на 2017 год, предусмотренной приложением 9 к Федеральному закону "О федеральном бюджете на 2017 год и на плановый период 2018 и 2019 годов" (тыс. рублей) Наименование Мин Рз ПР ЦСР ВР Сумма +191 635 154,5 +1 460 401,3 +1 168 316,8 +1 168 316,8 +1 168 316,8 +908 316,8 +908 316,8 +547 366,5 +360 950,3 +260 000,0 +260 000,0 0,0 0,0 0,0 -530,0 +530,0 +250 000,0 +250 000,0 +250 000,0 +250 000,0 +250 000,0 +250 000,0 0,0 0,0 0,0 0,0 +12 482,8 +12 482,8 -12 482,8 -12 482,8 +42 084,5 +42 084,5 +42 084,5 +42 084,5 +42 084,5 +42 084,5 +24 011 027,1 -1 702,5 -1 702,5 -1 702,5 -1 702,5 -1 702,5 +9 800,0 +9 800,0 +9 800,0 +9 800,0 +9 800,0 +9 800,0 +4 801 003,1 +600,3 +600,3 +600,3 -20 585,1 +20 000,0 +1 185,4 +294 626,9 +704 065,0 +1 054 065,0 +500 000,0 +500 000,0 +554 065,0 +554 065,0 -350 000,0 -350 000,0 -350 000,0 -116 000,0 -116 000,0 -116 000,0 -116 000,0 +500 000,0 +110 414,1 +110 414,1 +110 414,1 +447 928,0 +447 928,0 +447 928,0 -295 166,4 -295 166,4 -295 166,4 +236 824,3 +236 824,3 +236 824,3 -793 438,1 -186 627,0 -186 627,0 -440 000,0 -199 542,0 +452 915,0 +24 703,9 +178 600,0 +178 600,0 -153 896,1 -153 896,1 -631 515,0 -631 515,0 +4 505 775,9 +4 916 202,8 +6 167 282,8 +6 167 282,8 +6 167 282,8 +2 000,0 +2 000,0 -17 572,0 +19 572,0 0,0 0,0 -328 892,2 +328 892,2 -331 632,1 -461 632,1 -461 632,1 +130 000,0 +130 000,0 0,0 -2 358 382,1 -680 000,0 +3 438 382,1 -400 000,0 0,0 0,0 +200 000,0 -200 000,0 -921 447,9 -935 447,9 -1 272 480,0 +73 832,1 +263 200,0 +14 000,0 +14 000,0 -204 065,0 -554 065,0 -554 065,0 +572 707,1 -1 126 772,1 +350 000,0 +350 000,0 +350 000,0 0,0 0,0 -75 200,0 +75 200,0 -500 000,0 -500 000,0 -500 000,0 -500 000,0 +303 438,1 +324 892,0 +324 892,0 -230 458,0 +205 350,0 +350 000,0 +153 896,1 +153 896,1 +153 896,1 -175 350,0 -175 350,0 -9 800,0 -9 800,0 -9 800,0 -9 800,0 +18 771 120,0 +18 771 120,0 +18 771 120,0 +18 771 120,0 +18 771 120,0 +18 771 120,0 +400 000,0 +400 000,0 +400 000,0 +400 000,0 +400 000,0 +400 000,0 +30 806,5 +30 806,5 +30 806,5 +30 806,5 +30 806,5 +30 806,5 +497 250,5 -5 208,6 -5 208,6 -5 208,6 -5 208,6 -5 208,6 -5 208,6 +471 652,6 +471 652,6 -78 347,4 -77 680,6 -77 680,6 -77 680,6 -666,8 -666,8 -666,8 +550 000,0 +550 000,0 +550 000,0 +550 000,0 +30 806,5 +30 806,5 +30 806,5 +30 806,5 +30 806,5 +30 806,5 +29 321,9 0,0 0,0 0,0 0,0 0,0 -167,9 +167,9 +29 321,9 +29 321,9 +29 321,9 +29 321,9 +29 321,9 +29 321,9 +29 321,9 +29 321,9 +29 321,9 +29 321,9 +29 321,9 +29 321,9 +29 321,9 -302 635,8 -20 931,5 -20 601,5 -20 601,5 -17 559,6 -17 559,6 -17 559,6 -3 041,9 -3 041,9 -3 041,9 -330,0 -330,0 -330,0 -330,0 -330,0 -305 145,8 -8 582,0 -8 582,0 -8 582,0 -657,0 -8 000,0 +75,0 -304 563,8 -304 563,8 -304 563,8 -304 563,8 -304 563,8 +8 000,0 +8 000,0 +8 000,0 +8 000,0 -7 365,0 -75,0 -75,0 -75,0 -75,0 -75,0 -7 290,0 -7 290,0 -7 290,0 -7 290,0 +30 806,5 +30 806,5 +30 806,5 +30 806,5 +30 806,5 +30 806,5 -29 188,2 -58 510,1 -58 510,1 -58 510,1 -14,1 -14,1 -14,1 -58 496,0 -58 496,0 +29 321,9 +29 321,9 +29 321,9 +29 321,9 +29 321,9 +29 321,9 -271 981,0 -301 302,9 -301 302,9 -305 376,4 +259 442,6 +259 442,6 +259 442,6 -564 819,0 -560 685,4 -560 685,4 -4 133,6 -15,3 -6 429,5 +2 216,0 +95,2 +4 073,5 +4 073,5 +4 073,5 +29 321,9 +29 321,9 +29 321,9 +29 321,9 +29 321,9 +29 321,9 +3 238 166,3 -9 252,8 -9 252,8 -9 252,8 -9 252,8 -9 252,8 -9 252,8 +300 000,0 +300 000,0 +300 000,0 +300 000,0 +300 000,0 +300 000,0 +459 715,5 +18 698,6 +18 698,6 +18 698,6 +18 698,6 +18 698,6 +441 016,9 +441 016,9 +441 016,9 +441 016,9 +391 016,9 +50 000,0 +2 445 619,1 +1 883 257,0 +1 883 257,0 +300 000,0 +300 000,0 +100 000,0 +200 000,0 +1 382 197,4 +466 220,0 +49 000,0 +417 220,0 +916 065,1 -8 000,0 +923 255,1 +722,3 +20 000,0 -20 000,0 +87,7 -87,7 -87,7 +543 060,4 +543 060,4 +220 000,0 +323 060,4 -342 000,8 -142 000,8 -200 000,0 -45 000,0 -45 000,0 -45 000,0 -45 000,0 -45 000,0 +607 362,1 +607 362,1 +607 932,3 +607 932,3 +607 932,3 -570,2 -570,2 -569,8 -0,4 +42 084,5 +42 084,5 +42 084,5 +42 084,5 +42 084,5 +42 084,5 +1 715 378,9 -133 057,2 -52 957,2 -52 957,2 -52 957,2 -52 957,2 -52 957,2 -80 100,0 -80 100,0 -80 100,0 -80 100,0 -80 100,0 0,0 -488,0 -488,0 -488,0 -488,0 -488,0 +488,0 +488,0 +488,0 +488,0 +488,0 +1 817 629,6 +200 000,0 +200 000,0 +200 000,0 +200 000,0 +200 000,0 +2 514,7 +2 514,7 +2 514,7 +2 514,7 +2 514,7 +887 282,2 +787 282,2 +537 282,2 +537 282,2 +537 282,2 +250 000,0 +250 000,0 +250 000,0 +100 000,0 +100 000,0 +100 000,0 +100 000,0 +727 832,7 +727 832,7 -51 605,1 -51 605,1 -51 605,1 +649 500,0 +649 500,0 +649 500,0 +49 090,4 +49 090,4 +49 090,4 -500,0 -500,0 -500,0 +81 347,4 -1 500,0 -1 500,0 +747,4 -536,6 +1 284,0 +82 100,0 +82 100,0 +30 806,5 +30 806,5 +30 806,5 +30 806,5 +30 806,5 +30 806,5 +248 626,4 +219 304,5 +219 304,5 +219 304,5 +219 304,5 +219 304,5 +219 304,5 +29 321,9 +29 321,9 +29 321,9 +29 321,9 +29 321,9 +29 321,9 -2 588 632,6 +152,3 +664,2 +664,2 +664,2 +664,2 +664,2 -511,9 -511,9 -511,9 -511,9 -511,9 -300,0 +300,0 +400 000,0 +400 000,0 +400 000,0 +400 000,0 +400 000,0 +400 000,0 +79 463,1 +150 000,0 +150 000,0 +150 000,0 +150 000,0 +150 000,0 -70 536,9 -70 536,9 -70 536,9 -70 536,9 -70 536,9 +32 000,0 +32 000,0 +32 000,0 +32 000,0 +32 000,0 +32 000,0 -3 100 248,0 -3 100 248,0 -3 100 248,0 +683 375,3 +683 375,3 +683 375,3 -656 758,3 -656 758,3 -656 758,3 -3 126 865,0 -3 126 865,0 -3 126 865,0 +38 133,3 -85 186,5 -85 073,3 -85 073,3 -85 073,3 -85 073,3 -85 073,3 -113,2 -113,2 -113,2 -113,2 -113,2 +92 513,3 +102 513,3 +50 500,0 +50 500,0 +50 500,0 +50 500,0 +102 513,3 +153 203,4 +153 203,4 +153 203,4 -50 690,1 -892,1 -892,1 -8 000,0 -8 000,0 -41 798,0 -41 798,0 -50 500,0 -50 500,0 -50 500,0 -10 000,0 -10 000,0 -10 000,0 -10 000,0 -10 000,0 +30 806,5 +30 806,5 +30 806,5 +30 806,5 +30 806,5 +30 806,5 +1 137 569,4 +423 850,4 +291 000,2 +291 000,2 +291 000,2 +291 000,2 +150 000,0 +150 000,0 +150 000,0 +150 000,0 +150 000,0 -17 149,8 -17 149,8 -273,6 -273,6 -273,6 -16 876,2 -16 876,2 -16 876,2 +682 912,5 +422 376,0 +152 376,0 +147 552,0 -90 000,0 -90 000,0 +52,0 +52,0 +237 500,0 +237 500,0 +4 824,0 -176,0 -176,0 +5 000,0 +5 000,0 +270 000,0 +270 000,0 +270 000,0 +270 000,0 +2 165 940,0 -79 000,0 -79 000,0 -47 000,0 -47 000,0 -32 000,0 -32 000,0 +2 244 940,0 +2 244 940,0 +2 244 940,0 -63 461,9 -63 461,9 -63 461,9 -63 409,9 -63 409,9 -52,0 -52,0 -1 906 251,3 +339 188,7 +339 188,7 +339 188,7 +63 084,2 -196 699,5 +481 720,7 -8 916,7 -500,0 -500,0 -500,0 -500,0 -2 244 940,0 -2 244 940,0 -2 244 940,0 +64 309,7 +71 411,8 +71 411,8 +71 411,8 -11 100,0 +82 511,8 -42 592,1 -42 592,1 -42 592,1 +30 000,0 +30 000,0 +30 000,0 +30 000,0 +6 100,0 +6 100,0 +6 100,0 +6 100,0 -610,0 -610,0 -950,0 -44 911,8 +44 911,8 +340,0 +30 806,5 +30 806,5 +30 806,5 +30 806,5 +30 806,5 +30 806,5 +20 707,5 -3 815,7 -3 815,7 -3 815,7 -3 815,7 -3 815,7 -3 815,7 -6 539,1 -21 800,5 -21 800,5 +100 000,0 +100 000,0 +100 000,0 -17 045,2 -17 045,2 -5 998,4 -11 043,5 -3,3 -104 755,3 -104 755,3 -104 755,3 -1 740,4 -1 740,4 -1 740,4 -1 740,4 -1 740,4 +17 001,8 +17 001,8 +17 001,8 +17 001,8 +186,2 +12 310,0 +2 575,9 +1 929,7 +1 740,4 +1 740,4 0,0 0,0 -1 200,0 -1 200,0 +1 200,0 +1 200,0 +1 740,4 +1 740,4 +1 740,4 +1 740,4 +29 321,9 +29 321,9 +29 321,9 +29 321,9 +29 321,9 +29 321,9 +20 042,2 +1 998,3 +1 998,3 +1 998,3 +1 998,3 +1 998,3 +1 998,3 +18 043,9 +18 043,9 +18 043,9 +18 043,9 +18 043,9 +18 043,9 +18 476,4 -10 845,5 +54 520,3 +54 520,3 +51 999,9 +51 999,9 +51 999,9 +2 520,4 +2 520,4 +2 520,4 -54 520,3 -54 520,3 -54 520,3 -54 520,3 -54 520,3 -10 845,5 -10 845,5 -25 801,9 -25 801,9 -10 818,1 -14 983,8 +14 956,4 +14 956,4 -27,4 +14 983,8 +29 321,9 +29 321,9 +29 321,9 +29 321,9 +29 321,9 +29 321,9 +9 780 102,3 +9 499 295,8 +9 500 000,0 +9 500 000,0 +170 000,0 +170 000,0 +170 000,0 +3 000 000,0 +3 000 000,0 +3 000 000,0 0,0 0,0 -1 474 282,6 +1 474 282,6 +6 330 000,0 +2 250 000,0 +2 250 000,0 +4 080 000,0 +4 080 000,0 -704,2 -704,2 -704,2 -704,2 -704,2 0,0 0,0 +2 416,3 -2 416,3 +250 000,0 +250 000,0 +250 000,0 +250 000,0 +253 272,1 +253 272,1 -3 272,1 -3 272,1 +30 806,5 +30 806,5 +30 806,5 +30 806,5 +30 806,5 +30 806,5 +18 038,0 -5,9 -5,9 -5,9 -5,9 -5,9 -5,9 +300,0 -300,0 +18 043,9 +18 043,9 +18 043,9 +18 043,9 +18 043,9 +18 043,9 +122 906,0 +103 449,8 +103 449,8 +103 449,8 +103 449,8 +103 449,8 +19 456,2 +19 456,2 +19 456,2 +19 456,2 +19 456,2 +19 456,2 +88 708,5 +10 664,6 +10 664,6 +10 664,6 +10 664,6 +10 664,6 +10 664,6 +60 000,0 +60 000,0 +60 000,0 +60 000,0 +55 000,0 -5 000,0 +60 000,0 +5 000,0 +4 700,0 +300,0 +18 043,9 +18 043,9 +18 043,9 +18 043,9 +18 043,9 +18 043,9 +81 018 928,2 +45 564 836,7 -123 123,8 -167 173,3 -167 173,3 -167 173,3 -167 173,3 +44 049,5 +44 049,5 -51 929,5 +19 479,0 +75 000,0 +1 500,0 +29 833 377,6 -4 305 530,2 -4 305 308,3 -4 305 308,3 -4 305 308,3 -221,9 -221,9 -221,9 +37 144,7 +37 144,7 +21 000,0 +21 000,0 +16 144,7 +16 144,7 +34 101 763,1 +34 101 763,1 +34 101 763,1 +11 250 152,8 +11 250 152,8 +11 250 152,8 +11 250 152,8 +11 250 152,8 +4 604 430,1 +5 006 429,4 +5 006 429,4 +5 006 429,4 +5 006 429,4 -895 862,5 +500 000,0 +500 000,0 +500 000,0 +82 950,0 +82 950,0 +82 950,0 -1 508 812,5 -1 508 812,5 -1 508 812,5 +30 000,0 +30 000,0 +2 500,0 +27 500,0 +493 863,2 +493 863,2 -82 950,0 +576 813,2 +533 518,5 +533 518,5 +533 518,5 +533 518,5 +533 518,5 +31 150 785,6 +9 126 100,0 +9 126 100,0 +2 285 102,5 +2 210 400,0 +2 210 400,0 +74 702,5 +74 702,5 -989 714,1 -989 714,1 -989 714,1 +7 830 711,6 +7 830 711,6 -660 440,8 -660 440,8 -660 440,8 -660 440,8 -660 440,8 +22 685 126,4 -314 873,6 -314 873,6 -314 873,6 -314 873,6 +23 000 000,0 +23 000 000,0 +25 000 000,0 -2 000 000,0 +350,0 +350,0 +350,0 +350,0 +350,0 +198 762,2 +198 762,2 +198 762,2 +198 762,2 +198 762,2 +198 762,2 -3 449 592,8 -3 480 399,3 0,0 -1 306 370,0 +1 306 370,0 -3 480 399,3 -3 480 399,3 -3 480 399,3 +30 806,5 +30 806,5 +30 806,5 +30 806,5 +30 806,5 +1 800 000,0 +1 800 000,0 +1 800 000,0 +1 800 000,0 +1 800 000,0 +1 800 000,0 -8 713 578,7 -8 713 578,7 -8 713 578,7 -8 713 578,7 -8 713 578,7 -8 713 578,7 +13 933 846,7 +13 933 846,7 +13 933 846,7 +13 933 846,7 +13 933 846,7 +3 933 846,7 +10 000 000,0 -919 452,6 -940 896,5 -940 451,3 -940 451,3 -940 451,3 +10 400,0 +10 400,0 -950 851,3 -764 856,9 -185 611,6 -382,8 -445,2 -445,2 -445,2 -445,2 -445,2 +3 400,0 +3 400,0 +3 400,0 +3 400,0 +3 400,0 +18 043,9 +18 043,9 +18 043,9 +18 043,9 +18 043,9 +18 043,9 +30 535,6 -2 836,3 -2 020,1 -2 020,1 -2 020,1 -2 020,1 +1 213,7 -2 909,3 +75,5 -400,0 -816,2 -816,2 -816,2 -816,2 +4 050,0 +4 050,0 +4 050,0 +4 050,0 +4 050,0 +4 050,0 +29 321,9 +29 321,9 +29 321,9 +29 321,9 +29 321,9 +29 321,9 +186 363,2 +133 344,3 +133 344,3 +124 283,9 +124 283,9 +124 283,9 +131 173,5 -9 060,4 +2 170,8 +9 060,4 +9 060,4 +9 060,4 +53 018,9 +53 018,9 +53 018,9 +53 018,9 +53 018,9 +53 018,9 +4 363 183,5 -24 247,9 -24 247,9 -24 247,9 -24 247,9 -24 247,9 -24 247,9 +4 356 624,9 +5 459 509,7 +5 459 509,7 +5 300 000,0 +5 300 000,0 +5 300 000,0 -15 002,3 -15 002,3 +8 310,0 -3 587,4 -2 795,5 -7 944,2 -8 985,2 0,0 0,0 +9 444,5 -9 444,5 +174 512,0 +174 512,0 +174 512,0 +13 072,9 +13 072,9 -1 927,1 -1 927,1 -1 927,1 +15 000,0 +15 000,0 +15 000,0 -1 115 957,7 +78 401,2 +78 401,2 +78 401,2 +78 401,2 -1 194 358,9 -1 194 358,9 -1 194 358,9 +30 806,5 +30 806,5 +30 806,5 +30 806,5 +30 806,5 +30 806,5 +42 098,3 +12 776,4 +12 776,4 +12 776,4 +12 776,4 +12 776,4 +12 776,4 +29 321,9 +29 321,9 +29 321,9 +29 321,9 +29 321,9 +29 321,9 -145 300,7 -175 522,5 -175 522,5 -174 512,0 -174 512,0 -174 512,0 -1 010,5 -399 010,5 -398 000,0 -398 000,0 -899,9 +15 057,9 -16 007,8 +50,0 -110,6 -110,6 -210,0 +210,0 +398 000,0 +398 000,0 +398 000,0 +500,0 +500,0 +500,0 +500,0 +500,0 +500,0 +29 721,8 +29 721,8 +399,9 +399,9 +399,9 +399,9 +29 321,9 +29 321,9 +29 321,9 +29 321,9 +9 723 422,2 +9 705 217,0 +9 705 217,0 +9 705 217,0 +9 555 217,0 -161,3 -161,3 -301 624,0 -301 624,0 +9 857 002,3 +9 857 002,3 +150 000,0 +150 000,0 +150 000,0 +161,3 +161,3 +161,3 +161,3 +161,3 +161,3 +18 043,9 +18 043,9 +18 043,9 +18 043,9 +18 043,9 +18 043,9 +309 291,1 +279 969,2 +279 969,2 -30,8 -30,8 -30,8 +36,2 -67,0 0,0 0,0 +1 951 032,0 -1 951 032,0 +280 000,0 +280 000,0 +280 000,0 +29 321,9 +29 321,9 +29 321,9 +29 321,9 +29 321,9 +29 321,9 -31 971,4 -50 015,3 -50 015,3 -50 015,3 -15,3 -15,3 -15,3 -50 000,0 -50 000,0 -50 000,0 +18 043,9 +18 043,9 +18 043,9 +18 043,9 +18 043,9 +18 043,9 +2 750 388,7 -2 841,3 -2 841,3 -2 841,3 -2 841,3 -2 841,3 -2 841,3 +18 043,9 +18 043,9 +18 043,9 +18 043,9 +18 043,9 +18 043,9 +2 735 186,1 +1 043 203,0 +1 043 203,0 +1 043 203,0 +1 043 203,0 +7 203,0 +396 120,0 -186 277,0 +826 000,0 +157,0 +1 691 983,1 +1 691 983,1 +1 691 983,1 +1 692 000,0 +792 000,0 +900 000,0 -16,9 -16,9 +6 636 573,1 +152 871,9 +59 793,3 +59 793,3 +110 674,4 +127 823,2 +127 823,2 -17 148,8 -17 148,8 -50 881,1 -50 881,1 -162 597,3 +111 716,2 +93 078,6 -5 000,0 -5 000,0 -5 000,0 -5 000,0 +98 078,6 +98 078,6 -1 445,7 +99 524,3 +6 266 072,9 +914 358,9 +914 358,9 +914 358,9 +914 358,9 +5 351 714,0 +351 714,0 +351 714,0 +351 714,0 +351 714,0 +5 000 000,0 +5 000 000,0 +5 000 000,0 +186 821,8 +186 821,8 +186 821,8 +186 821,8 +186 821,8 +30 806,5 +30 806,5 +30 806,5 +30 806,5 +30 806,5 +30 806,5 +235 010,0 +192 925,5 +76 687,7 +76 687,7 +76 687,7 0,0 +17 295,9 -19 050,5 +1 754,6 +76 687,7 -104 212,3 +180 900,0 +56 538,1 +56 538,1 +56 538,1 +56 538,1 +56 538,1 +59 699,7 +59 699,7 +59 699,7 +59 699,7 -10 781,4 +69 888,4 +592,7 +42 084,5 +42 084,5 +42 084,5 +42 084,5 +42 084,5 +42 084,5 +2 808 901,0 -39 723,7 -39 723,7 -378,7 -378,7 -378,7 -378,7 -39 345,0 -39 345,0 -39 345,0 -39 345,0 +58 220,6 +46 355,0 +43 442,9 +43 442,9 +43 442,9 +30 355,0 +9 757,5 +3 330,4 +2 912,1 +2 912,1 +2 912,1 +2 912,1 +11 865,6 +11 865,6 +11 865,6 +11 865,6 +17 588,3 +17 588,3 +17 588,3 +17 588,3 +17 588,3 +17 588,3 +2 772 815,8 +1 000 000,0 +1 000 000,0 +1 000 000,0 +1 000 000,0 +1 000 000,0 +341 311,6 +34 606,8 +34 606,8 +34 606,8 +34 606,8 +306 704,8 +306 704,8 +306 704,8 +184 658,4 -68 179,4 +186 725,8 +3 500,0 +1 243 852,0 +1 213 045,5 +1 213 045,5 +1 213 045,5 +960 534,2 +252 511,3 +30 806,5 +30 806,5 +30 806,5 +30 806,5 +18 080,0 +18 080,0 +18 080,0 +18 080,0 +18 080,0 +169 572,2 +146 920,0 +146 920,0 -3 080,0 -3 080,0 +150 000,0 +150 000,0 +39 379,6 +27 003,3 +27 003,3 +27 003,3 +12 376,3 +82 376,3 +82 376,3 -70 000,0 -70 000,0 -16 727,4 -16 000,0 -16 000,0 -727,4 -727,4 -4 757 335,3 -72,1 -72,1 -72,1 -72,1 -72,1 -72,1 -6 609,8 -6 609,8 -6 609,8 -6 609,8 -6 609,8 -6 961,6 +1,8 +350,0 -4 750 653,4 -4 750 653,4 -1 619 975,1 -1 619 975,1 -540 354,8 -2 000,0 -538 354,8 +25,0 -25,0 -1 079 620,3 -30 000,0 -1 049 620,3 +29 321,9 +29 321,9 +29 321,9 +29 321,9 -3 160 000,2 -3 160 000,2 -3 160 000,2 -3 160 000,2 +559 478,0 +408 788,5 +440 052,9 +11 457,2 +11 457,2 +11 457,2 +11 457,2 +428 595,7 +428 595,7 +428 595,7 +35 128,4 +392 080,7 +1 386,6 -1 804,5 -1 804,5 -1 804,5 -1 804,5 -1 804,5 -29 459,9 -29 459,9 -29 459,9 -29 459,9 -29 459,9 +4 302,8 +4 302,8 +4 302,8 +4 302,8 +3 247,8 +3 247,8 +1 055,0 +1 055,0 +46 779,3 +50,0 +50,0 +50,0 +50,0 +50,0 +408,3 +408,3 +408,3 +408,3 +2,6 +326,3 +79,4 +46 321,0 +46 321,0 +46 321,0 +46 321,0 +45 721,0 +600,0 +99 607,4 -25 003,0 -25 003,0 -5 003,0 -20 000,0 +124 610,4 +25 003,0 +25 003,0 +25 003,0 +25 003,0 +108 714,9 +108 714,9 +108 714,9 +108 714,9 -9 107,5 -9 107,5 -9 107,5 -9 107,5 +30 719,5 -87,0 -69,3 -69,3 -69,3 -69,3 -69,3 -17,7 -17,7 -17,7 -17,7 -17,7 +30 806,5 +30 806,5 +30 806,5 +30 806,5 +30 806,5 +30 806,5 +79 998,8 +37 914,3 -6,6 -6,6 -6,6 -6,6 -6,6 +37 920,9 +20 122,5 +20 122,5 +86 554,8 +7 369,0 +65 775,5 +13 179,8 +230,5 0,0 +13 428,0 -13 428,0 -66 432,3 -66 432,3 +17 798,4 +17 798,4 +17 798,4 +42 084,5 +42 084,5 +42 084,5 +42 084,5 +42 084,5 +42 084,5 +56 746,6 +27 424,7 +27 424,7 +27 424,7 +27 424,7 +27 424,7 +27 424,7 +29 321,9 +29 321,9 +29 321,9 +29 321,9 +29 321,9 +29 321,9 +72 032,5 -15,3 -15,3 -15,3 -15,3 -15,3 -15,3 -36,7 -36,7 -36,7 -36,7 -36,7 -62,7 -43 848,3 +26,0 +43 848,3 +30 000,0 +30 000,0 +30 000,0 +30 000,0 +30 000,0 +30 000,0 +42 084,5 +42 084,5 +42 084,5 +42 084,5 +42 084,5 +42 084,5 +34 206,7 +4 884,8 -115,2 -115,2 -115,2 -115,2 -115,2 +5 000,0 +5 000,0 +5 000,0 +5 000,0 +5 000,0 +29 321,9 +29 321,9 +29 321,9 +29 321,9 +29 321,9 +29 321,9 +52 043,3 +2 721,4 +2 721,4 +2 721,4 +2 721,4 +2 721,4 +2 721,4 +49 321,9 +49 321,9 +49 321,9 +49 321,9 +49 321,9 +49 321,9 +13 459,4 -4 584,5 -4 213,9 -4 213,9 -4 213,9 -4 213,9 -4 213,9 +9 000,0 +9 000,0 +9 000,0 +9 000,0 +9 000,0 -9 370,6 -9 370,6 -9 370,6 -9 370,6 -370,6 -16 785,5 +7 785,5 +18 043,9 +18 043,9 +18 043,9 +18 043,9 +18 043,9 +18 043,9 -183 779,0 -284 970,6 -10 826,8 -10 826,8 -10 826,8 -10 826,8 -10 826,8 -274 143,8 -274 143,8 -274 143,8 -64,5 -64,5 -274 079,3 -274 079,3 +34 685,3 +34 685,3 +34 685,3 +34 685,3 +34 685,3 +34 685,3 +37 184,4 +37 184,4 +37 184,4 +37 184,4 +37 184,4 +37 184,4 +29 321,9 +29 321,9 +29 321,9 +29 321,9 +29 321,9 +29 321,9 +42 223,4 -1 312,0 -2 737,0 -18 548,1 -18 548,1 -18 548,1 -2 454,4 -16 872,9 +46,9 +732,3 +15 811,1 +15 811,1 +111,1 +15 700,0 +1 425,0 +1 425,0 +1 425,0 +1 425,0 +1 425,0 +1 450,9 +905,9 +905,9 +905,9 +905,9 +905,9 +545,0 +545,0 +545,0 +545,0 +545,0 +42 084,5 +42 084,5 +42 084,5 +42 084,5 +42 084,5 +42 084,5 +103 847,9 +74 526,0 +57 526,0 +57 526,0 +57 526,0 +25 000,0 +25 000,0 +32 526,0 -74,0 +32 600,0 +17 000,0 +17 000,0 +17 000,0 +17 000,0 +29 321,9 +29 321,9 +29 321,9 +29 321,9 +29 321,9 +29 321,9 +17 744,1 -250,0 -250,0 -250,0 -250,0 -250,0 -250,0 -49,8 -49,8 -49,8 -850,0 -850,0 -850,0 +800,2 +800,2 -49,8 +1 250,0 -400,0 +18 043,9 +18 043,9 +18 043,9 +18 043,9 +18 043,9 +18 043,9 +1 082 567,6 -12 482,5 -12 482,5 -12 482,5 -12 482,5 -12 482,5 -12 482,5 +1 052 965,6 +323 920,5 +323 920,5 +253 671,4 +253 671,4 +253 671,4 +70 249,1 +71 488,9 -1 170,8 +80 000,0 +630,0 -7 970,3 -1 239,8 -700,9 -538,9 +699 735,2 +699 735,2 +699 735,2 +699 735,2 -1 713,7 +693 478,6 +7 970,3 +29 309,9 +29 309,9 +29 309,9 +29 309,9 +29 309,9 +42 084,5 +42 084,5 +42 084,5 +42 084,5 +42 084,5 +42 084,5 +11 200 681,1 +11 170 706,4 +11 170 706,4 +11 170 706,4 +11 170 706,4 +4 275 657,1 +6 894 000,8 +1 048,5 -762,8 -839,6 -839,6 -839,6 -839,6 +76,8 +76,8 +76,8 +76,8 +27 023,2 +27 023,2 +27 023,2 +27 023,2 +25 672,0 +1 351,2 +3 714,3 +4 000,0 +4 000,0 +4 000,0 +4 000,0 -285,7 -285,7 -285,7 -285,7 +2 067 739,0 +2 038 417,1 +939 419,3 +939 419,3 +939 419,3 +939 419,3 -45,8 +1 287 020,1 -347 555,0 -186,3 -186,3 -186,3 -186,3 -186,3 +1 099 184,1 +1 099 184,1 +1 099 184,1 +1 099 184,1 +296 852,1 +802 332,0 +29 321,9 +29 321,9 +29 321,9 +29 321,9 +29 321,9 +29 321,9 -129 260,8 -540 513,1 -505 296,1 -505 296,1 -505 296,1</w:t>
      </w:r>
    </w:p>
    <w:p>
      <w:r>
        <w:rPr>
          <w:b/>
        </w:rPr>
        <w:t xml:space="preserve">14. </w:t>
      </w:r>
      <w:r>
        <w:t>строку 188 000,0" 188 000,0"</w:t>
      </w:r>
    </w:p>
    <w:p>
      <w:r>
        <w:rPr>
          <w:b/>
        </w:rPr>
        <w:t xml:space="preserve">14. </w:t>
      </w:r>
      <w:r>
        <w:t>строку 7 618,0" 7 618,0"</w:t>
      </w:r>
    </w:p>
    <w:p>
      <w:r>
        <w:rPr>
          <w:b/>
        </w:rPr>
        <w:t xml:space="preserve">14. </w:t>
      </w:r>
      <w:r>
        <w:t>строку 79 899,6" 79 899,6"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