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1534) следующие изменения</w:t>
      </w:r>
    </w:p>
    <w:p>
      <w:r>
        <w:t>в подпункте 20: а) абзац третий после слов "в зоопарках" дополнить словом ", океанариумах"; б) абзац пятый после слов "ботанические сады и зоопарки," дополнить словом "океанариумы,"</w:t>
      </w:r>
    </w:p>
    <w:p>
      <w:r>
        <w:t>дополнить подпунктом 33 следующего содержания: "33) услуг по передаче медицинских изделий, указанных в абзаце четвертом подпункта 1 настоящего пункта, имеющих соответствующее регистрационное удостоверение, по договорам финансовой аренды (лизинга) с правом выкупа."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