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65 и 67 Федерального закона "Об исполнительном производстве"</w:t>
      </w:r>
    </w:p>
    <w:p>
      <w:r>
        <w:rPr>
          <w:b/>
        </w:rPr>
        <w:t>Статья 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2011, № 30, ст. 4573; № 49, ст. 7067; 2013, № 14, ст. 1657; № 30, ст. 4039; 2014, № 11, ст. 1099; № 19, ст. 2331; 2015, № 10, ст. 1427; № 48, ст. 6706; 2016, № 1, ст. 45) следующие изменения: 1) в части 7 статьи 65 слова "частью 4" заменить словами "частью 3"; 2) статью 67 изложить в следующей редакции: "Статья 67. Временные ограничения на выезд должника изРоссийской Федерации 1. Судебный пристав-исполнитель вправе по заявлению взыскателя или собственной инициативе вынести постановление о временном ограничении на выезд должника из Российской Федерации при неисполнении должником-гражданином или должником, являющимся индивидуальным предпринимателем, в установленный для добровольного исполнения срок без уважительных причин содержащихся в выданном судом или являющемся судебным актом исполнительном документе следующих требований: 1) требований о взыскании алиментов, возмещении вреда, причиненного здоровью, возмещении вреда в связи со смертью кормильца, имущественного ущерба и (или) морального вреда, причиненных преступлением, если сумма задолженности по такому исполнительному документу превышает 10 000 рублей; 2) требований неимущественного характера; 3) иных требований, если сумма задолженности по исполнительному документу (исполнительным документам) составляет 30 000 рублей и более.</w:t>
      </w:r>
    </w:p>
    <w:p>
      <w:r>
        <w:rPr>
          <w:b/>
        </w:rPr>
        <w:t xml:space="preserve">2. </w:t>
      </w:r>
      <w:r>
        <w:t>В случае неисполнения должником-гражданином или должником, являющимся индивидуальным предпринимателем, по истечении двух месяцев со дня окончания срока для добровольного исполнения требований, указанных в пункте 3 части 1 настоящей статьи, судебный пристав-исполнитель вправе по заявлению взыскателя или собственной инициативе вынести постановление о временном ограничении на выезд должника из Российской Федерации, если сумма задолженности по исполнительному документу (исполнительным документам) превышает 10 000 рублей</w:t>
      </w:r>
    </w:p>
    <w:p>
      <w:r>
        <w:rPr>
          <w:b/>
        </w:rPr>
        <w:t xml:space="preserve">3. </w:t>
      </w:r>
      <w:r>
        <w:t>Если исполнительный документ не является судебным актом или выдан не на основании судебного акта, то судебный пристав-исполнитель или взыскатель, участвующий в соответствующем исполнительном производстве, вправе обратиться в суд с заявлением об установлении для должника временного ограничения на выезд из Российской Федерации с соблюдением правил, установленных частями 1 и 2 настоящей статьи. На основании вступившего в законную силу судебного акта, устанавливающего для должника временное ограничение на выезд из Российской Федерации, судебный пристав-исполнитель не позднее дня, следующего за днем получения соответствующего судебного акта, выносит в порядке, предусмотренном настоящей статьей, постановление о временном ограничении на выезд должника из Российской Федерации</w:t>
      </w:r>
    </w:p>
    <w:p>
      <w:r>
        <w:rPr>
          <w:b/>
        </w:rPr>
        <w:t xml:space="preserve">4. </w:t>
      </w:r>
      <w:r>
        <w:t>При вынесении постановления о временном ограничении на выезд должника из Российской Федерации в ходе исполнительного производства по исполнительному документу о взыскании денежных средств судебный пристав-исполнитель структурного подразделения территориального органа Федеральной службы судебных приставов поручает судебному приставу-исполнителю структурного подразделения Федеральной службы судебных приставов снять данное ограничение при наличии информации об уплате задолженности по исполнительному документу в Государственной информационной системе о государственных и муниципальных платежах</w:t>
      </w:r>
    </w:p>
    <w:p>
      <w:r>
        <w:rPr>
          <w:b/>
        </w:rPr>
        <w:t xml:space="preserve">5. </w:t>
      </w:r>
      <w:r>
        <w:t>Постановление о временном ограничении на выезд должника из Российской Федерации утверждается старшим судебным приставом или его заместителем</w:t>
      </w:r>
    </w:p>
    <w:p>
      <w:r>
        <w:rPr>
          <w:b/>
        </w:rPr>
        <w:t xml:space="preserve">6. </w:t>
      </w:r>
      <w:r>
        <w:t>Экземпляр постановления, указанного в части 4 настоящей статьи, в форме электронного документа, подписанного усиленной квалифицированной электронной подписью судебного пристава-исполнителя, вынесшего данное постановление, незамедлительно направляется судебному приставу-исполнителю структурного подразделения Федеральной службы судебных приставов</w:t>
      </w:r>
    </w:p>
    <w:p>
      <w:r>
        <w:rPr>
          <w:b/>
        </w:rPr>
        <w:t xml:space="preserve">7. </w:t>
      </w:r>
      <w:r>
        <w:t>Судебный пристав-исполнитель, вынесший постановление о временном ограничении на выезд должника из Российской Федерации, не позднее дня, следующего за днем исполнения требований исполнительного документа, за исключением случая, предусмотренного частью 8 настоящей статьи, или за днем возникновения иных оснований для снятия данного ограничения, выносит постановление о снятии временного ограничения на выезд должника из Российской Федерации</w:t>
      </w:r>
    </w:p>
    <w:p>
      <w:r>
        <w:rPr>
          <w:b/>
        </w:rPr>
        <w:t xml:space="preserve">8. </w:t>
      </w:r>
      <w:r>
        <w:t>Судебный пристав-исполнитель структурного подразделения Федеральной службы судебных приставов не позднее дня, следующего за днем размещения в Государственной информационной системе о государственных и муниципальных платежах информации об уплате задолженности по исполнительному документу, выносит в форме электронного документа, подписанного усиленной квалифицированной электронной подписью этого судебного пристава-исполнителя, постановление о снятии временного ограничения на выезд должника из Российской Федерации, экземпляр которого незамедлительно направляет судебному приставу-исполнителю, вынесшему постановление о временном ограничении на выезд должника из Российской Федерации</w:t>
      </w:r>
    </w:p>
    <w:p>
      <w:r>
        <w:rPr>
          <w:b/>
        </w:rPr>
        <w:t xml:space="preserve">9. </w:t>
      </w:r>
      <w:r>
        <w:t>Обмен информацией о применении и снятии временного ограничения на выезд должника из Российской Федерации между судебным приставом-исполнителем структурного подразделения территориального органа Федеральной службы судебных приставов, судебным приставом-исполнителем структурного подразделения Федеральной службы судебных приставов и федеральным органом исполнительной власти, ведающим вопросами безопасности, осуществляется в электронном виде в порядке и сроки, установленные федеральным органом исполнительной власти, осуществляющим функции по нормативно-правовому регулированию в сфере юстиции, по согласованию с федеральным органом исполнительной власти, ведающим вопросами безопасности. В целях обмена указанной информацией могут использоваться государственная система миграционного и регистрационного учета, а также изготовления, оформления и контроля обращения документов, удостоверяющих личность, и единая система межведомственного электронного взаимодействия</w:t>
      </w:r>
    </w:p>
    <w:p>
      <w:r>
        <w:rPr>
          <w:b/>
        </w:rPr>
        <w:t xml:space="preserve">10. </w:t>
      </w:r>
      <w:r>
        <w:t>Копии постановлений о временном ограничении на выезд должника из Российской Федерации, о снятии данного ограничения направляются судебным приставом-исполнителем должнику не позднее дня, следующего за днем их вынесения."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октября 2017 года</w:t>
      </w:r>
    </w:p>
    <w:p>
      <w:r>
        <w:rPr>
          <w:b/>
        </w:rPr>
        <w:t xml:space="preserve">2. </w:t>
      </w:r>
      <w:r>
        <w:t>Временные ограничения на выезд из Российской Федерации, примененные к должникам в рамках исполнительного производства до дня вступления в силу настоящего Федерального закона, снимаются по правилам, установленным статьей 67 Федерального закона от 2 октября 2007 года № 229-ФЗ "Об исполнительном производстве"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