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23.48 и 23.55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