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занятости населения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федеральных законов от 28.06.2021 № 219-ФЗ, от 12.12.2023 № 565-ФЗ)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