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25-10 Федерального закона "О порядке выезда из Российской Федерации и въезда в Российскую Федерацию"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