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   от 29.07.2017 № 271-ФЗ</w:t>
      </w:r>
    </w:p>
    <w:p>
      <w:r>
        <w:t>О внесении изменения в статью 11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РОССИЙСКАЯ ФЕДЕРАЦИЯ ФЕДЕРАЛЬНЫЙ ЗАКОН О внесении изменения в статью 11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Принят Государственной Думой 19 июля 2017 года Одобрен Советом Федерации 25 июля 2017 года Внести в статью 11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4595; 2013, № 48, ст. 6165; 2014, № 45, ст. 6152; 2016, № 27, ст. 4160) изменение, дополнив ее частью 6 1 следующего содержания: "6 1 . За вдовами (вдовцами) сотрудников, погибших (умерших)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внутренних дел, а также умерших граждан Российской Федерации, уволенных со службы в органах внутренних дел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внутренних дел, до истечения одного года после их увольнения со службы в органах внутренних дел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внутренних дел, право на медицинское обеспечение, санаторно-курортное лечение и оздоровительный отдых в медицинских организациях федерального органа исполнительной власти в сфере внутренних дел или уполномоченного органа в сфере войск национальной гвардии, предусмотренное частями 1, 3 - 6 настоящей статьи, сохраняется до повторного вступления в брак.". Президент Российской Федерации В.Путин Москва, Кремль 29 июля 2017 года № 271-ФЗ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