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совместном техническом обеспечении региональной группировки войск (сил) Российской Федерации и Республики Беларусь</w:t>
      </w:r>
    </w:p>
    <w:p>
      <w:r>
        <w:rPr>
          <w:b/>
        </w:rPr>
        <w:t>Статья None. Федеральный закон   от 30.10.2017 № 297-ФЗ</w:t>
      </w:r>
    </w:p>
    <w:p>
      <w:r>
        <w:t>О ратификации Соглашения между Правительством Российской Федерации и Правительством Республики Беларусь о совместном техническом обеспечении региональной группировки войск (сил) Российской Федерации и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совместном техническом обеспечении региональной группировки войск (сил) Российской Федерации и Республики Беларусь Принят Государственной Думой 20 октября 2017 года Одобрен Советом Федерации 25 октября 2017 года Ратифицировать Соглашение между Правительством Российской Федерации и Правительством Республики Беларусь о совместном техническом обеспечении региональной группировки войск (сил) Российской Федерации и Республики Беларусь, подписанное в городе Минске 2 ноября 2016 года. Президент Российской Федерации В.Путин Москва, Кремль 30 октября 2017 года № 297-ФЗ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