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области предупреждения и ликвидации чрезвычайных ситуаций</w:t>
      </w:r>
    </w:p>
    <w:p>
      <w:r>
        <w:rPr>
          <w:b/>
        </w:rPr>
        <w:t>Статья None. Федеральный закон   от 14.11.2017 № 314-ФЗ</w:t>
      </w:r>
    </w:p>
    <w:p>
      <w:r>
        <w:t>О ратификации Соглашения о сотрудничестве государств - участников Содружества Независимых Государств в области предупреждения и ликвидации чрезвычайных ситуаций РОССИЙСКАЯ ФЕДЕРАЦИЯ ФЕДЕРАЛЬНЫЙ ЗАКОН О ратификации Соглашения о сотрудничестве государств - участников Содружества Независимых Государств в области предупреждения и ликвидации чрезвычайных ситуаций Принят Государственной Думой 25 октября 2017 года Одобрен Советом Федерации 8 ноября 2017 года Ратифицировать Соглашение о сотрудничестве государств - участников Содружества Независимых Государств в области предупреждения и ликвидации чрезвычайных ситуаций, подписанное в поселке Бурабай (Республика Казахстан) 16 октября 2015 года. Президент Российской Федерации В.Путин Москва, Кремль 14 ноября 2017 года № 314-ФЗ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