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2017 год и на плановый период 2018 и 2019 годов"</w:t>
      </w:r>
    </w:p>
    <w:p>
      <w:r>
        <w:rPr>
          <w:b/>
        </w:rPr>
        <w:t>Статья 1</w:t>
      </w:r>
    </w:p>
    <w:p>
      <w:r>
        <w:t>Внести в Федеральный закон от 19 декабря 2016 года № 415-ФЗ "О федеральном бюджете на 2017 год и на плановый период 2018 и 2019 годов" (Собрание законодательства Российской Федерации, 2016, № 52, ст. 7464; 2017, № 27, ст. 3954) следующие изменения: 1) в части 1 статьи 1: а) в абзаце первом слова "в размере 92 190,0 млрд. рублей" заменить словами "в размере 92 224,0 млрд. рублей", слова "3,8 процента" заменить словами "3,2 процента"; б) в пункте 1 слова "в сумме 14 678 830 477,9 тыс. рублей" заменить словами "в сумме 14 720 277 176,0 тыс. рублей"; в) в пункте 2 слова "в сумме 16 602 641 197,6 тыс. рублей" заменить словами "в сумме 16 728 363 798,1 тыс. рублей"; г) в пункте 3 слова "в сумме 6 453 300 000,0 тыс. рублей" заменить словами "в сумме 6 455 680 000,0 тыс. рублей"; д) в пункте 4 слова "в сумме 9 227 011 402,9 тыс. рублей" заменить словами "в сумме 9 276 418 327,1 тыс. рублей"; е) в пункте 5 слова "или 48,9 млрд. евро" заменить словами "или 45,0 млрд. евро"; ж) в пункте 6 слова "в сумме 1 923 810 719,7 тыс. рублей" заменить словами "в сумме 2 008 086 622,1 тыс. рублей"; 2) в абзаце втором пункта 1 части 3 статьи 5 слова "и государственной корпорации" заменить словами ", а также государственной корпорации"; 3) в статье 6: а) в части 1 слова "в сумме 741 778 043,8 тыс. рублей" заменить словами "в сумме 744 961 825,7 тыс. рублей"; б) в пункте 1 части 2 слова "приложениям 9, 91, 10 (секретно), 101 (секретно), 11 (совершенно секретно) и 111 (совершенно секретно)" заменить словами "приложениям 9, 91, 92, 10 (секретно), 101 (секретно), 102 (секретно), 11 (совершенно секретно), 111 (совершенно секретно) и 112 (совершенно секретно)"; в) в пункте 1 части 3 слова "приложениям 15, 151, 16 (секретно) и 161 (секретно)" заменить словами "приложениям 15, 151, 152, 16 (секретно), 161 (секретно) и 162 (секретно)"; г) в пункте 1 части 4 слова "приложениям 19, 191, 20 (секретно) и 201 (секретно)" заменить словами "приложениям 19, 191, 192, 20 (секретно), 201 (секретно) и 202 (секретно)"; д) в пункте 1 части 6 слова "приложениям 25, 251, 26 (секретно), 261 (секретно) и 27 (совершенно секретно)" заменить словами "приложениям 25, 251, 252, 26 (секретно), 261 (секретно), 262 (секретно) и 27 (совершенно секретно)"; 4) в статье 9: а) в пункте 1 части 1 слова "приложениям 33, 331, 34 (секретно) и 341 (секретно)" заменить словами "приложениям 33, 331, 332, 34 (секретно), 341 (секретно) и 342 (секретно)"; б) в части 3 слова "(за исключением поступлений, связанных с реализацией пакетов акций, принадлежащих акционерному обществу "РОСНЕФТЕГАЗ") сверх суммы 136 055 281,6 тыс. рублей" заменить словами "в размере до 20 400 000,0 тыс. рублей"; в) в пункте 1 части 5 слова "до 194 246 546,7 тыс. рублей" заменить словами "до 198 402 213,6 тыс. рублей"; 5) в статье 10: а) часть 3 изложить в следующей редакции: "3. Распределение субсидий бюджетам субъектов Российской Федерации на 2017 год (за исключением субсидий, распределение которых утверждено приложением 41 к настоящему Федеральному закону, из резервного фонда Президента Российской Федерации и из резервного фонда Правительства Российской Федерации, субсидий, бюджетные ассигнования на предоставление которых предусмотрены в соответствии с федеральным законом о внесении изменений в настоящий Федеральный закон, а также субсидий на возмещение фактически осуществленных расходов бюджетов субъектов Российской Федерации) и на плановый период 2018 и 2019 годов (за исключением субсидий, распределение которых утверждено приложением 42 к настоящему Федеральному закону, из резервного фонда Президента Российской Федерации и из резервного фонда Правительства Российской Федерации, субсидий, бюджетные ассигнования на предоставление которых предусмотрены в соответствии с федеральным законом о внесении изменений в настоящий Федеральный закон, субсидий на возмещение фактически осуществленных расходов бюджетов субъектов Российской Федерации, а также субсидий, распределяемых на конкурсной основе) утверждается Правительством Российской Федерации до 1 февраля 2017 года."; б) часть 4 после слов "настоящему Федеральному закону," дополнить словами "иных межбюджетных трансфертов, бюджетные ассигнования на предоставление которых предусмотрены в соответствии с федеральным законом о внесении изменений в настоящий Федеральный закон,"; 6) в части 3 статьи 13 слова "в сумме 2 030 966 537,4 тыс. рублей" заменить словами "в сумме 2 018 947 715,9 тыс. рублей"; 7) в части 3 статьи 14 слова "в сумме 12,9 млрд. долларов США, или 12,2 млрд. евро" заменить словами "в сумме 12,3 млрд. долларов США, или 10,7 млрд. евро"; 8) статью 16 дополнить частями 7 и 8 следующего содержания: "7. Правительство Российской Федерации вправе провести в 2017 году реструктуризацию обязательств (задолженности)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кредитам, предоставленным субъектам Российской Федерации для частичного покрытия дефицитов бюджетов субъектов Российской Федерации, срок погашения которых наступает в 2018 - 2019 и 2021 - 2022 годах, на следующих основных условиях.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2018 по 2024 год включительно со следующими сроками погашения: в 2018 - 2019 годах в размере 5 процентов суммы задолженности ежегодно, в 2020 году в размере 10 процентов суммы задолженности, в 2021 - 2024 годах равными долями по 20 процентов суммы задолженности ежегодно - с возможностью ее досрочного погашения. Период погашения задолженности по основному долгу и начисленным за фактический срок пользования бюджетным кредитом на дату реструктуризации задолженности процентам подлежит продлению в 2020 году до 2029 года включительно в случае обеспечения субъектом Российской Федерации в 2018 и 2019 годах роста налоговых и неналоговых доходов консолидированного бюджета субъекта Российской Федерации не ниже фактического уровня инфляции. Порядок расчета налоговых и неналоговых доходов для указанных целей устанавливается Правительством Российской Федерации. В указанном случае устанавливаются следующие сроки погашения задолженности: в 2020 году в размере 5 процентов суммы задолженности, в 2021 - 2028 годах равными долями по 10 процентов суммы задолженности ежегодно, в 2029 году в размере 5 процентов суммы задолженности - с возможностью ее досрочного погашения. За пользование средствами федерального бюджета взимается плата в размере 0,1 процента годовых,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процентам. Обязательства субъекта Российской Федерации,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кредитов, устанавливаются Правительством Российской Федерации с учетом достигнутых на момент проведения реструктуризации параметров дефицита бюджета субъекта Российской Федерации и государственного долга субъекта Российской Федерации.</w:t>
      </w:r>
    </w:p>
    <w:p>
      <w:r>
        <w:rPr>
          <w:b/>
        </w:rPr>
        <w:t xml:space="preserve">8. </w:t>
      </w:r>
      <w:r>
        <w:t>Порядок проведения реструктуризации обязательств (задолженности) субъектов Российской Федерации, указанных в части 7 настоящей статьи, меры ответственности за невыполнение субъектом Российской Федерации условий реструктуризации и обязательств, включенных в дополнительные соглашения к соглашениям о предоставлении бюджетам субъектов Российской Федерации из федерального бюджета бюджетных кредитов, устанавливаются Правительством Российской Федерации.";</w:t>
      </w:r>
    </w:p>
    <w:p>
      <w:r>
        <w:rPr>
          <w:b/>
        </w:rPr>
        <w:t xml:space="preserve">8. </w:t>
      </w:r>
      <w:r>
        <w:t>в статье 17:</w:t>
      </w:r>
    </w:p>
    <w:p>
      <w:r>
        <w:rPr>
          <w:b/>
        </w:rPr>
        <w:t xml:space="preserve">8. </w:t>
      </w:r>
      <w:r>
        <w:t>в статье 21:</w:t>
      </w:r>
    </w:p>
    <w:p>
      <w:r>
        <w:rPr>
          <w:b/>
        </w:rPr>
        <w:t xml:space="preserve">8. </w:t>
      </w:r>
      <w:r>
        <w:t>дополнить приложением 92 следующего содержания: "Приложение 92к Федеральному закону"О федеральном бюджете на 2017 год и на плановый период 2018 и 2019 годов" Изменение ведомственной структуры расходов федерального бюджета на 2017 год, предусмотренной приложением 9 к Федеральному закону "О федеральном бюджете на 2017 год и на плановый период 2018 и 2019 годов" (тыс. рублей) Наименование Мин Рз ПР ЦСР ВР Сумма -20 190 455,7 007 -26,0 007 01 +98 034,0 007 01 10 +98 060,0 007 01 10 +98 060,0 007 01 10 +98 060,0 007 01 10 +98 060,0 007 01 10 600 +98 060,0 007 01 13 -26,0 007 01 13 -26,0 007 01 13 -26,0 007 01 13 100 +481,2 007 01 13 200 -507,2 007 07 -98 060,0 007 07 01 -717,9 007 07 01 -717,9 007 07 01 -717,9 007 07 01 -717,9 007 07 01 600 -717,9 007 07 04 +717,9 007 07 04 +717,9 007 07 04 +717,9 007 07 04 +717,9 007 07 04 600 +717,9 007 07 06 -98 060,0 007 07 06 -98 060,0 007 07 06 -98 060,0 007 07 06 -98 060,0 007 07 06 600 -98 060,0 020 +9 336 577,4 020 02 -1 522 227,7 020 02 09 -1 522 227,7 020 02 09 -1 289 513,5 020 02 09 -1 289 513,5 020 02 09 200 -1 291 787,8 020 02 09 400 -1 569,3 020 02 09 800 +3 843,6 020 02 09 -232 714,2 020 02 09 -232 714,2 020 02 09 -232 714,2 020 02 09 800 +97 080,0 020 02 09 800 -97 080,0 020 02 09 200 -232 714,2 020 04 +13 848 805,1 020 04 01 -672,0 020 04 01 -672,0 020 04 01 -672,0 020 04 01 100 +8 215,0 020 04 01 200 -8 887,0 020 04 11 -1 427 376,0 020 04 11 -153 049,4 020 04 11 -153 049,4 020 04 11 200 -153 049,4 020 04 11 -350 000,0 020 04 11 -350 000,0 020 04 11 -350 000,0 020 04 11 200 -350 000,0 020 04 11 -78 863,8 020 04 11 -32 115,1 020 04 11 -32 115,1 020 04 11 800 -32 115,1 020 04 11 -46 748,7 020 04 11 -46 748,7 020 04 11 800 -46 748,7 020 04 11 -845 462,8 020 04 11 -455 850,0 020 04 11 -455 850,0 020 04 11 800 -150 000,0 020 04 11 800 -250 000,0 020 04 11 200 -55 850,0 020 04 11 -389 612,8 020 04 11 -178 600,0 020 04 11 200 -178 600,0 020 04 11 -211 012,8 020 04 11 800 -389 612,8 020 04 11 200 +178 600,0 020 04 12 +15 276 853,1 020 04 12 +11 468 421,5 020 04 12 +2 071 752,0 020 04 12 +3 588 112,0 020 04 12 800 +4 990 112,0 020 04 12 800 -600 000,0 Субсидии российским производителям грузовых колесных транспортных средств на возмещение части затрат на выплату купонного дохода по облигациям размещенным и (или) уплату процентов по кредитам, привлеченным на цели развития заготовительных производств, обновления модельного ряда, модернизации производственных мощностей (Иные бюджетные ассигнования) 020 04 12 16 1 01 68770 800 -802 000,0 020 04 12 +500 000,0 020 04 12 800 +500 000,0 020 04 12 -4 184 262,5 020 04 12 800 -565 044,1 020 04 12 800 -4 119 218,4 020 04 12 800 +500 000,0 020 04 12 +199 902,5 020 04 12 800 -800 650,0 020 04 12 800 +1 000 552,5 020 04 12 +1 968 000,0 020 04 12 800 +1 968 000,0 020 04 12 -956 639,8 020 04 12 -956 639,8 020 04 12 800 -956 639,8 020 04 12 0,0 020 04 12 +25 000,0 020 04 12 800 +25 000,0 020 04 12 -25 000,0 020 04 12 800 -35 000,0 020 04 12 800 +10 000,0 020 04 12 -120 000,0 020 04 12 -120 000,0 020 04 12 800 -120 000,0 020 04 12 +10 050 040,0 020 04 12 +9 000,0 020 04 12 800 +9 000,0 020 04 12 +16 000 000,0 020 04 12 600 +16 000 000,0 020 04 12 +4 840,0 020 04 12 200 +4 840,0 020 04 12 -5 963 800,0 020 04 12 800 -2 841 617,9 020 04 12 800 -470 000,0 020 04 12 800 -2 502 182,1 020 04 12 800 -150 000,0 020 04 12 +423 269,3 020 04 12 +380 269,3 020 04 12 800 -34 730,7 020 04 12 800 +415 000,0 020 04 12 +43 000,0 020 04 12 600 +43 000,0 020 04 12 -1 843 452,7 020 04 12 +314 381,6 020 04 12 +314 381,6 020 04 12 800 +696 481,6 020 04 12 800 -200 000,0 020 04 12 800 -72 100,0 020 04 12 800 -110 000,0 020 04 12 -1 000 000,0 020 04 12 -1 000 000,0 020 04 12 800 -1 000 000,0 020 04 12 -163 200,0 020 04 12 -163 200,0 020 04 12 800 -163 200,0 020 04 12 -994 200,0 020 04 12 -145 000,0 020 04 12 800 -145 000,0 020 04 12 -849 200,0 020 04 12 400 -676 063,2 020 04 12 800 -8 000,0 020 04 12 800 -165 136,8 020 04 12 -434,3 020 04 12 400 -434,3 020 04 12 +3 136 421,5 020 04 12 +3 143 283,8 020 04 12 +3 333 283,8 020 04 12 400 +1 243 283,8 020 04 12 400 +870 000,0 020 04 12 400 +1 220 000,0 020 04 12 -190 000,0 020 04 12 800 +240 000,0 020 04 12 800 -430 000,0 020 04 12 -6 862,3 020 04 12 400 -6 862,3 020 04 12 -330 000,0 020 04 12 -45 000,0 020 04 12 -45 000,0 020 04 12 800 -45 000,0 020 04 12 -45 000,0 020 04 12 -45 000,0 020 04 12 800 -45 000,0 020 04 12 -45 000,0 020 04 12 -45 000,0 020 04 12 800 -45 000,0 020 04 12 -195 000,0 020 04 12 -45 000,0 020 04 12 800 -45 000,0 020 04 12 -150 000,0 020 04 12 800 -150 000,0 020 04 12 +845 462,8 020 04 12 -274 500,0 020 04 12 -274 500,0 020 04 12 200 -24 500,0 020 04 12 400 -250 000,0 020 04 12 +869 962,8 020 04 12 +869 962,8 020 04 12 800 +1 139 962,8 020 04 12 800 -270 000,0 020 04 12 +250 000,0 020 04 12 400 +250 000,0 020 04 12 +2 000 000,0 020 04 12 +2 000 000,0 020 04 12 +2 000 000,0 020 04 12 800 +2 000 000,0 020 06 -2 990 000,0 020 06 05 -2 990 000,0 020 06 05 -2 990 000,0 020 06 05 -2 990 000,0 020 06 05 -2 990 000,0 020 06 05 800 -2 990 000,0 022 -123 742,5 022 01 -7 345,2 022 01 08 -7 345,2 022 01 08 -7 345,2 022 01 08 -7 345,2 022 01 08 -7 345,2 022 01 08 800 -7 345,2 022 04 -397 901,5 022 04 02 -70 532,3 022 04 02 -69 328,4 022 04 02 -23 415,6 022 04 02 -23 415,6 022 04 02 200 -23 415,6 022 04 02 -45 912,8 022 04 02 -45 912,8 022 04 02 200 -42 308,4 022 04 02 400 -3 604,4 022 04 02 -1 203,9 022 04 02 -1 203,9 022 04 02 400 -1 203,9 022 04 11 -327 369,2 022 04 11 -327 369,2 022 04 11 -327 369,2 022 04 11 -281 504,2 022 04 11 600 -281 504,2 022 04 11 -45 865,0 022 04 11 200 -45 865,0 022 14 +281 504,2 022 14 03 +281 504,2 022 14 03 +281 504,2 022 14 03 +281 504,2 022 14 03 +281 504,2 022 14 03 500 +281 504,2 048 -8 373,0 048 06 -8 373,0 048 06 05 -8 373,0 048 06 05 -8 373,0 048 06 05 -3 125,7 048 06 05 -3 125,7 048 06 05 200 -1 025,7 048 06 05 800 -2 100,0 048 06 05 -5 247,3 048 06 05 200 -5 247,3 049 +599 491,7 049 04 +599 491,7 049 04 04 +599 491,7 049 04 04 +599 491,7 049 04 04 +599 491,7 049 04 04 -4 848,8 049 04 04 200 -4 848,8 049 04 04 -16 650,1 049 04 04 200 -16 650,1 049 04 04 -2 556,3 049 04 04 200 -2 556,3 049 04 04 +621 047,2 049 04 04 800 +621 047,2 049 04 04 +2 499,7 049 04 04 100 +2 515,7 049 04 04 200 -16,0 051 -1 092 470,2 051 04 -917 841,6 051 04 01 -212,8 051 04 01 -212,8 051 04 01 -212,8 051 04 01 100 -211,1 051 04 01 200 -1,7 051 04 06 -567 811,6 051 04 06 -567 811,6 051 04 06 -567 811,6 051 04 06 800 -567 811,6 051 04 07 -346 247,2 051 04 07 -346 247,2 051 04 07 -346 247,2 051 04 07 -346 247,2 051 04 07 200 -346 247,2 051 04 11 -3 570,0 051 04 11 -3 570,0 051 04 11 -3 570,0 051 04 11 -3 570,0 051 04 11 200 -3 570,0 051 06 -174 628,6 051 06 04 -24 800,0 051 06 04 -24 800,0 051 06 04 -24 800,0 051 06 04 600 -24 800,0 051 06 05 -149 828,6 051 06 05 -149 828,6 051 06 05 -45 339,4 051 06 05 400 -45 339,4 051 06 05 -104 489,2 051 06 05 -104 489,2 051 06 05 600 -104 489,2 052 +300 157,6 052 04 +300 157,6 052 04 06 +300 157,6 052 04 06 +300 157,6 052 04 06 -17 654,0 052 04 06 -17 654,0 052 04 06 500 -3 183,2 052 04 06 100 -28,2 052 04 06 800 -14 442,6 052 04 06 +317 811,6 052 04 06 500 +317 811,6 053 -22,3 053 01 +20 395,0 053 01 08 +20 395,0 053 01 08 +20 395,0 053 01 08 +20 395,0 053 01 08 +20 395,0 053 01 08 800 +20 395,0 053 04 -20 417,3 053 04 07 -20 417,3 053 04 07 -20 417,3 053 04 07 -20 395,0 053 04 07 -20 395,0 053 04 07 500 -20 395,0 053 04 07 -22,3 053 04 07 -22,3 053 04 07 100 -22,3 054 -446 294,2 054 07 -446 238,2 054 07 04 +33 911,4 054 07 04 +33 911,4 054 07 04 +33 911,4 054 07 04 +33 911,4 054 07 04 600 +33 911,4 054 07 06 -480 049,6 054 07 06 -40 676,9 054 07 06 -40 676,9 054 07 06 -40 676,9 054 07 06 600 -40 676,9 054 07 06 -439 372,7 054 07 06 -439 372,7 054 07 06 400 -439 372,7 054 07 09 -100,0 054 07 09 -100,0 054 07 09 -100,0 054 07 09 -100,0 054 07 09 200 -100,0 054 08 -56,0 054 08 01 -1 110 944,1 054 08 01 -1 110 944,1 054 08 01 -397 125,8 054 08 01 -397 125,8 054 08 01 200 -24 925,8 054 08 01 400 -372 200,0 054 08 01 +84 586,9 054 08 01 +24 925,8 054 08 01 600 +44 925,8 054 08 01 600 -20 000,0 054 08 01 +120 951,2 054 08 01 600 +121 873,5 054 08 01 800 +1 077,7 054 08 01 300 -2 000,0 054 08 01 -61 290,1 054 08 01 200 -61 290,1 054 08 01 -323 060,4 054 08 01 0,0 054 08 01 100 +79 718,3 054 08 01 200 -79 718,3 054 08 01 -323 060,4 054 08 01 500 -323 060,4 054 08 01 -475 344,8 054 08 01 200 -493 962,5 054 08 01 400 +18 617,7 054 08 02 +1 111 572,7 054 08 02 +1 111 572,7 054 08 02 +1 111 572,7 054 08 02 +1 111 572,7 054 08 02 800 +1 111 572,7 054 08 04 -684,6 054 08 04 -684,6 054 08 04 -684,6 054 08 04 -684,6 054 08 04 100 -414,8 054 08 04 200 -269,8 056 -9 081 304,7 056 07 +100 000,0 056 07 06 +100 000,0 056 07 06 +100 000,0 056 07 06 +100 000,0 056 07 06 +100 000,0 056 07 06 600 +100 000,0 056 09 -9 180 304,7 056 09 01 -9 201 485,7 056 09 01 -9 195 882,5 056 09 01 -9 195 882,5 056 09 01 +105 061,1 056 09 01 100 +92 561,1 056 09 01 200 +12 500,0 056 09 01 -9 300 943,6 056 09 01 600 -9 300 943,6 056 09 01 -5 603,2 056 09 01 -5 603,2 056 09 01 600 -5 603,2 056 09 02 +119 743,6 056 09 02 +119 743,6 056 09 02 +119 743,6 056 09 02 +119 743,6 056 09 02 500 +119 743,6 056 09 06 +89 800,0 056 09 06 +89 800,0 056 09 06 +89 800,0 056 09 06 +89 800,0 056 09 06 600 +89 800,0 056 09 08 -104,7 056 09 08 -104,7 056 09 08 -104,7 056 09 08 -104,7 056 09 08 400 -104,7 056 09 09 -188 257,9 056 09 09 -188 257,9 056 09 09 +1 327,6 056 09 09 +1 327,6 056 09 09 100 +1 027,6 056 09 09 800 +300,0 056 09 09 -189 585,5 056 09 09 -189 585,5 056 09 09 600 -189 585,5 056 10 -1 000,0 056 10 06 -1 000,0 056 10 06 -1 000,0 056 10 06 -1 000,0 056 10 06 -1 000,0 056 10 06 300 -1 000,0 060 -36 742,5 060 09 -36 742,5 060 09 09 -36 742,5 060 09 09 -36 742,5 060 09 09 -36 742,5 060 09 09 +15 010,1 060 09 09 600 +15 010,1 060 09 09 -45 010,1 060 09 09 600 -45 010,1 060 09 09 -6 742,5 060 09 09 200 -6 742,5 069 -229 631,9 069 01 -8 876,4 069 01 13 -8 876,4 069 01 13 -8 876,4 069 01 13 -8 876,4 069 01 13 -8 876,4 069 01 13 200 -8 876,4 069 10 -220 755,5 069 10 03 -220 755,5 069 10 03 -220 755,5 069 10 03 -229 629,5 069 10 03 -229 629,5 069 10 03 500 -229 629,5 069 10 03 +8 874,0 069 10 03 +8 874,0 069 10 03 300 +8 874,0 071 +662 193,4 071 01 -1 038,6 071 01 13 -1 038,6 071 01 13 -1 038,6 071 01 13 -1 038,6 071 01 13 -1 038,6 071 01 13 200 -1 038,6 071 04 +663 232,0 071 04 10 +663 232,0 071 04 10 -2 094,4 071 04 10 -2 094,4 071 04 10 200 -2 094,4 071 04 10 +665 326,4 071 04 10 +313 070,5 071 04 10 -28 242,7 071 04 10 200 -28 242,7 071 04 10 -18 451,8 071 04 10 200 -18 451,8 071 04 10 +359 765,0 071 04 10 200 +359 765,0 071 04 10 +321 000,0 071 04 10 +321 000,0 071 04 10 400 +321 000,0 071 04 10 +31 255,9 071 04 10 -26 884,8 071 04 10 100 -558,6 071 04 10 200 -22 034,5 071 04 10 800 -4 291,7 071 04 10 +73 529,7 071 04 10 200 +73 529,7 071 04 10 -15 389,0 071 04 10 200 -15 389,0 074 -10 790 758,2 074 01 +3 759 219,8 074 01 08 +3 962 120,2 074 01 08 +3 962 120,2 074 01 08 +3 962 120,2 074 01 08 +3 962 120,2 074 01 08 800 +3 962 120,2 074 01 10 -264 093,0 074 01 10 +137 530,5 074 01 10 +137 530,5 074 01 10 +137 530,5 074 01 10 600 +137 530,5 074 01 10 -401 623,5 074 01 10 +42 276,5 074 01 10 +44 676,5 074 01 10 600 +44 676,5 074 01 10 -2 400,0 074 01 10 600 -2 400,0 074 01 10 -443 900,0 074 01 10 -443 900,0 074 01 10 600 -443 900,0 074 01 12 +61 192,6 074 01 12 +61 192,6 074 01 12 +69 734,4 074 01 12 +69 734,4 074 01 12 600 +69 734,4 074 01 12 -8 541,8 074 01 12 -8 541,8 074 01 12 300 -7 174,8 074 01 12 200 -1 367,0 074 04 -5 000 000,0 074 04 12 -5 000 000,0 074 04 12 -5 000 000,0 074 04 12 -5 000 000,0 074 04 12 -5 000 000,0 074 04 12 800 -5 000 000,0 074 05 +12 438,5 074 05 01 +12 438,5 074 05 01 +12 438,5 074 05 01 +435 170,1 074 05 01 +435 170,1 074 05 01 400 +435 170,1 074 05 01 -422 731,6 074 05 01 -422 731,6 074 05 01 400 -422 731,6 074 07 -9 607 490,5 074 07 02 +251 925,3 074 07 02 +257 030,8 074 07 02 +257 206,8 074 07 02 +257 206,8 074 07 02 500 +249 300,0 074 07 02 500 +7 906,8 074 07 02 -176,0 074 07 02 -176,0 074 07 02 200 -176,0 074 07 02 -5 105,5 074 07 02 -5 105,5 074 07 02 -5 105,5 074 07 02 300 -5 105,5 074 07 03 +1 522 104,3 074 07 03 +1 522 104,3 074 07 03 +1 529 715,5 074 07 03 +1 540 455,5 074 07 03 600 +1 540 455,5 074 07 03 -10 740,0 074 07 03 600 -10 740,0 074 07 03 -7 611,2 074 07 03 -7 611,2 074 07 03 400 -7 611,2 074 07 04 -20 089,5 074 07 04 +449,6 074 07 04 +449,6 074 07 04 +436,7 074 07 04 600 +436,7 074 07 04 -25,5 074 07 04 600 -25,5 074 07 04 +38,4 074 07 04 600 +38,4 074 07 04 -20 539,1 074 07 04 -20 539,1 074 07 04 -20 539,1 074 07 04 300 -20 539,1 074 07 05 -26 497,9 074 07 05 -25 757,9 074 07 05 -25 757,9 074 07 05 -25 757,9 074 07 05 600 -25 757,9 074 07 05 -740,0 074 07 05 -740,0 074 07 05 200 -740,0 074 07 06 -10 770 730,3 074 07 06 -11 022 708,6 074 07 06 -11 010 270,1 074 07 06 -10 928 035,9 074 07 06 600 -23 884,2 074 07 06 600 -50 000,0 074 07 06 800 -5 593,0 074 07 06 600 -10 851 696,5 074 07 06 800 +3 137,8 074 07 06 -17 043,8 074 07 06 600 +23 752,0 074 07 06 300 -40 795,8 074 07 06 -71 200,0 074 07 06 600 -71 200,0 074 07 06 +6 009,6 074 07 06 200 -3 760,0 074 07 06 600 +9 769,6 074 07 06 -12 438,5 074 07 06 -12 438,5 074 07 06 400 -12 438,5 074 07 06 +201 978,3 074 07 06 +201 978,3 074 07 06 +201 978,3 074 07 06 300 +201 978,3 074 07 06 +50 000,0 074 07 06 +50 000,0 074 07 06 +50 000,0 074 07 06 600 +50 000,0 074 07 08 -354 411,3 074 07 08 -55 610,4 074 07 08 -73 741,2 074 07 08 +39 670,5 074 07 08 600 +39 670,5 074 07 08 -113 411,7 074 07 08 600 -113 411,7 074 07 08 +18 130,8 074 07 08 +18 130,8 074 07 08 600 +18 130,8 074 07 08 -298 800,9 074 07 08 -298 800,9 074 07 08 -298 800,9 074 07 08 800 -298 800,9 074 07 09 -209 791,1 074 07 09 -211 725,6 074 07 09 -199 650,0 074 07 09 -199 650,0 074 07 09 300 -199 650,0 074 07 09 -12 075,6 074 07 09 -12 075,6 074 07 09 200 -75,6 074 07 09 300 -12 000,0 074 07 09 +1 934,5 074 07 09 +1 934,5 074 07 09 100 +2 559,5 074 07 09 200 -625,0 074 10 +52 980,8 074 10 04 +52 980,8 074 10 04 +52 980,8 074 10 04 +52 980,8 074 10 04 +52 980,8 074 10 04 500 +52 980,8 074 14 -7 906,8 074 14 03 -7 906,8 074 14 03 -7 906,8 074 14 03 -7 906,8 074 14 03 -7 906,8 074 14 03 500 -7 906,8 076 -10 382,0 076 01 -7 287,8 076 01 08 -7 287,8 076 01 08 -7 287,8 076 01 08 -7 287,8 076 01 08 -7 287,8 076 01 08 800 -7 287,8 076 04 -33 720,5 076 04 05 -110 120,8 076 04 05 -110 120,8 076 04 05 +80 000,0 076 04 05 +80 000,0 076 04 05 600 +80 000,0 076 04 05 -190 120,8 076 04 05 -14 133,1 076 04 05 400 -14 133,1 076 04 05 -42 839,2 076 04 05 400 -42 839,2 076 04 05 -12 986,0 076 04 05 400 -12 986,0 076 04 05 -120 162,5 076 04 05 400 -120 162,5 076 04 11 +74 950,0 076 04 11 +74 950,0 076 04 11 +67 350,0 076 04 11 +67 350,0 076 04 11 600 +67 350,0 076 04 11 +7 600,0 076 04 11 +7 600,0 076 04 11 600 +7 600,0 076 04 12 +1 450,3 076 04 12 -398,4 076 04 12 -398,4 076 04 12 -398,4 076 04 12 100 -92,4 076 04 12 200 -4 850,5 076 04 12 800 +4 544,5 076 04 12 +1 848,7 076 04 12 +1 848,7 076 04 12 600 +1 848,7 076 07 +30 626,3 076 07 06 +30 763,6 076 07 06 +137,3 076 07 06 +137,3 076 07 06 +137,3 076 07 06 600 +137,3 076 07 06 +30 626,3 076 07 06 +30 626,3 076 07 06 +30 626,3 076 07 06 300 +30 626,3 076 07 09 -137,3 076 07 09 -137,3 076 07 09 -137,3 076 07 09 -137,3 076 07 09 600 -137,3 077 +750,0 077 07 +750,0 077 07 09 +750,0 077 07 09 +750,0 077 07 09 +750,0 077 07 09 +750,0 077 07 09 200 +750,0 081 -28 594,3 081 04 -28 594,3 081 04 05 -22 114,6 081 04 05 -22 114,6 081 04 05 +22 625,5 081 04 05 +22 625,5 081 04 05 400 -1 836,5 081 04 05 600 +24 462,0 081 04 05 -44 740,1 081 04 05 -44 740,1 081 04 05 400 -44 740,1 081 04 12 -6 479,7 081 04 12 -6 479,7 081 04 12 -6 439,8 081 04 12 -6 439,8 081 04 12 100 -1 052,1 081 04 12 200 -127,7 081 04 12 400 -5 260,0 081 04 12 -39,9 081 04 12 -39,9 081 04 12 100 -39,9 082 -1 000 772,9 082 04 -1 731 796,0 082 04 05 -1 894 642,4 082 04 05 -1 894 642,4 082 04 05 -264 050,0 082 04 05 -264 050,0 082 04 05 800 -264 050,0 082 04 05 +290 731,0 082 04 05 +290 731,0 082 04 05 200 -1 488,7 082 04 05 600 +292 219,7 082 04 05 -844,4 082 04 05 200 -844,4 082 04 05 +5 283 548,5 082 04 05 +5 283 548,5 082 04 05 200 -704 333,6 082 04 05 800 +5 987 882,1 082 04 05 -7 204 027,5 082 04 05 +707 174,5 082 04 05 500 +707 174,5 082 04 05 +2 932 499,9 082 04 05 500 +2 932 499,9 082 04 05 -10 843 701,9 082 04 05 800 -10 843 701,9 082 04 11 +163 145,2 082 04 11 +163 145,2 082 04 11 +165 000,0 082 04 11 +165 000,0 082 04 11 600 +165 000,0 082 04 11 -49,8 082 04 11 200 -49,8 082 04 11 -1 805,0 082 04 11 200 -1 805,0 082 04 12 -298,8 082 04 12 -298,8 082 04 12 -298,8 082 04 12 -298,8 082 04 12 100 -279,7 082 04 12 200 -19,1 082 07 +722 023,1 082 07 02 +144 000,5 082 07 02 +144 000,5 082 07 02 +144 000,5 082 07 02 500 +144 000,5 082 07 05 +14 446,7 082 07 05 +14 446,7 082 07 05 +14 446,7 082 07 05 +14 446,7 082 07 05 600 +14 446,7 082 07 06 +563 575,9 082 07 06 +564 050,0 082 07 06 +564 050,0 082 07 06 +564 050,0 082 07 06 600 +564 050,0 082 07 06 -474,1 082 07 06 -474,1 082 07 06 -474,1 082 07 06 300 -474,1 082 09 +9 000,0 082 09 05 +9 000,0 082 09 05 +9 000,0 082 09 05 +9 000,0 082 09 05 +9 000,0 082 09 05 600 +9 000,0 084 -11,5 084 04 -170,4 084 04 10 -170,4 084 04 10 -170,4 084 04 10 -170,4 084 04 10 -170,4 084 04 10 100 -11,5 084 04 10 200 -158,9 084 07 +158,9 084 07 05 +158,9 084 07 05 +158,9 084 07 05 +158,9 084 07 05 +158,9 084 07 05 200 +158,9 089 +34 670,7 089 03 +36 347,1 089 03 14 +36 347,1 089 03 14 -700,0 089 03 14 -700,0 089 03 14 -700,0 089 03 14 100 -700,0 089 03 14 +37 047,1 089 03 14 +37 047,1 089 03 14 100 +2 176,4 089 03 14 200 +34 670,7 089 03 14 800 +200,0 089 10 -1 676,4 089 10 03 -1 676,4 089 10 03 -13 999,9 089 10 03 -13 999,9 089 10 03 +0,1 089 10 03 300 +0,1 089 10 03 -14 000,0 089 10 03 300 -14 000,0 089 10 03 +12 323,5 089 10 03 +12 323,5 089 10 03 300 +12 323,5 091 +13 035,0 091 01 +13 035,0 091 01 13 +13 035,0 091 01 13 +13 035,0 091 01 13 +13 035,0 091 01 13 +13 035,0 091 01 13 100 +2 814,0 091 01 13 200 +10 221,0 092 -54 029 264,9 092 01 -15 547 723,8 092 01 06 -460 937,1 092 01 06 -322 919,9 092 01 06 -302 969,9 092 01 06 -302 969,9 092 01 06 200 -302 969,9 092 01 06 -19 950,0 092 01 06 -19 950,0 092 01 06 200 -19 950,0 092 01 06 -138 017,2 092 01 06 +817,5 092 01 06 200 +817,5 092 01 06 -138 834,7 092 01 06 100 -13 984,3 092 01 06 200 -109 850,4 092 01 06 300 -15 000,0 092 01 08 -5 731 499,2 092 01 08 -2 389 404,2 092 01 08 -2 389 404,2 092 01 08 -2 389 404,2 092 01 08 800 -2 389 404,2 092 01 08 -3 342 095,0 092 01 08 -3 342 095,0 092 01 08 800 -3 342 095,0 092 01 11 +18 773 022,6 092 01 11 +18 773 022,6 092 01 11 +18 773 022,6 092 01 11 +18 773 022,6 092 01 11 800 +18 773 022,6 092 01 13 -28 128 310,1 092 01 13 -1 541 693,0 092 01 13 -1 541 693,0 092 01 13 -1 541 693,0 092 01 13 500 -1 541 693,0 092 01 13 -15 125 777,1 092 01 13 -5 264 691,1 092 01 13 -5 264 691,1 092 01 13 800 -5 264 691,1 092 01 13 +850 000,0 092 01 13 +850 000,0 092 01 13 200 +850 000,0 092 01 13 -10 696 699,8 092 01 13 -10 696 699,8 092 01 13 200 -10 696 699,8 092 01 13 -14 386,2 092 01 13 -13 500,0 092 01 13 100 -13 500,0 092 01 13 -886,2 092 01 13 200 -886,2 092 01 13 -11 460 840,0 092 01 13 -11 460 840,0 092 01 13 800 -11 460 840,0 092 04 -31 754 899,3 092 04 01 -662 249,1 092 04 01 -662 249,1 092 04 01 -662 249,1 092 04 01 -662 249,1 092 04 01 800 -662 249,1 092 04 12 -31 092 650,2 092 04 12 -55 563,2 092 04 12 -55 563,2 092 04 12 -55 563,2 092 04 12 800 -55 563,2 092 04 12 -51 037 087,0 092 04 12 -8 602 332,3 092 04 12 -8 602 332,3 092 04 12 800 -8 602 332,3 092 04 12 -42 434 754,7 092 04 12 -42 434 754,7 092 04 12 800 -42 434 754,7 092 04 12 +20 000 000,0 092 04 12 +20 000 000,0 092 04 12 400 +20 000 000,0 092 05 -9 031 804,7 092 05 05 -9 031 804,7 092 05 05 -6 464 239,7 092 05 05 -6 464 239,7 092 05 05 -6 464 239,7 092 05 05 800 -6 464 239,7 092 05 05 -2 567 565,0 092 05 05 -2 567 565,0 092 05 05 -2 567 565,0 092 05 05 800 -2 567 565,0 092 07 +220,0 092 07 05 +220,0 092 07 05 +220,0 092 07 05 +220,0 092 07 05 +220,0 092 07 05 200 +220,0 092 10 -44 759 108,4 092 10 01 -32 528 537,3 092 10 01 -32 528 537,3 092 10 01 800 -1 306 370,0 092 10 01 500 -1 222 167,3 092 10 01 500 -30 000 000,0 092 10 03 -8 407 571,1 092 10 03 -270 000,0 092 10 03 -270 000,0 092 10 03 -270 000,0 092 10 03 300 -270 000,0 092 10 03 +46 944,5 092 10 03 +46 944,5 092 10 03 +46 944,5 092 10 03 300 +46 944,5 092 10 03 -3 812 044,9 092 10 03 -3 812 044,9 092 10 03 -3 812 044,9 092 10 03 800 -3 812 044,9 092 10 03 -4 372 470,7 092 10 03 -4 372 470,7 092 10 03 800 -4 372 470,7 092 10 04 -3 823 000,0 092 10 04 -3 823 000,0 092 10 04 -3 823 000,0 092 10 04 -3 823 000,0 092 10 04 800 -3 823 000,0 092 13 +10 319 897,3 092 13 02 +10 319 897,3 092 13 02 +10 319 897,3 092 13 02 +10 319 897,3 092 13 02 +10 319 897,3 092 13 02 700 +10 319 897,3 092 14 +36 744 154,0 092 14 02 +36 744 154,0 092 14 02 +36 744 154,0 092 14 02 +36 744 154,0 092 14 02 +36 744 154,0 092 14 02 500 +36 744 154,0 095 -5 809,2 095 01 -6 101,2 095 01 08 -5 809,2 095 01 08 -5 809,2 095 01 08 -5 809,2 095 01 08 -5 809,2 095 01 08 100 -5 809,2 095 01 13 -292,0 095 01 13 -292,0 095 01 13 -292,0 095 01 13 -292,0 095 01 13 200 -292,0 095 07 +292,0 095 07 05 +292,0 095 07 05 +292,0 095 07 05 +292,0 095 07 05 +292,0 095 07 05 200 +292,0 096 -11,4 096 04 -11,4 096 04 01 +20 488,6 096 04 01 +20 488,6 096 04 01 +20 488,6 096 04 01 +20 488,6 096 04 01 100 -11,4 096 04 01 200 +20 900,0 096 04 01 800 -400,0 096 04 10 -20 500,0 096 04 10 -20 500,0 096 04 10 -20 500,0 096 04 10 -20 500,0 096 04 10 200 -20 500,0 100 -5 040,3 100 01 -119 888,2 100 01 06 -119 888,2 100 01 06 -119 888,2 100 01 06 -119 888,2 100 01 06 -119 888,2 100 01 06 100 -147,5 100 01 06 200 -119 740,7 100 10 +114 847,9 100 10 03 +114 847,9 100 10 03 +114 847,9 100 10 03 +114 847,9 100 10 03 +114 847,9 100 10 03 300 +114 847,9 103 +8 822 692,5 103 01 -82 488,7 103 01 08 +1 552,5 103 01 08 +1 552,5 103 01 08 +1 552,5 103 01 08 +1 552,5 103 01 08 800 +1 552,5 103 01 13 -84 041,2 103 01 13 -84 041,2 103 01 13 -84 041,2 103 01 13 -84 041,2 103 01 13 400 -84 041,2 103 04 +8 905 181,2 103 04 08 +8 909 006,0 103 04 08 +8 909 006,0 103 04 08 +2 134 956,1 103 04 08 +2 134 956,1 103 04 08 600 -83 516,5 103 04 08 600 +5 123,9 103 04 08 600 +2 228 971,0 103 04 08 200 -15 622,3 103 04 08 +6 774 049,9 103 04 08 +6 774 049,9 103 04 08 400 +6 774 049,9 103 04 12 -3 824,8 103 04 12 -3 824,8 103 04 12 -3 824,8 103 04 12 -3 824,8 103 04 12 200 -3 824,8 106 -371,5 106 04 -371,5 106 04 08 -371,5 106 04 08 -371,5 106 04 08 -371,5 106 04 08 -287,4 106 04 08 200 -287,4 106 04 08 -84,1 106 04 08 200 -84,1 107 -8 974 998,8 107 04 -8 608 934,4 107 04 08 -8 601 934,4 107 04 08 -8 601 934,4 107 04 08 +6 827,5 107 04 08 -111 096,3 107 04 08 800 -111 096,3 107 04 08 +5 500,0 107 04 08 800 +5 500,0 107 04 08 0,0 107 04 08 100 +1 133,5 107 04 08 200 +766,3 107 04 08 800 -1 899,8 107 04 08 +92 375,9 107 04 08 800 +92 375,9 107 04 08 +20 047,9 107 04 08 100 -172,5 107 04 08 600 +20 220,4 107 04 08 -8 608 761,9 107 04 08 -8 608 761,9 107 04 08 400 -8 608 761,9 107 04 11 -7 000,0 107 04 11 -7 000,0 107 04 11 -7 000,0 107 04 11 -7 000,0 107 04 11 200 -7 000,0 107 09 -366 064,4 107 09 01 -366 064,4 107 09 01 -366 064,4 107 09 01 -366 064,4 107 09 01 -366 064,4 107 09 01 400 -366 064,4 108 -4 031,8 108 04 -4 031,8 108 04 08 -4 031,8 108 04 08 -4 031,8 108 04 08 -4 031,8 108 04 08 -4 031,8 108 04 08 200 -4 031,8 108 04 09 0,0 108 04 09 +10 990,0 108 04 09 +1 673 127,9 108 04 09 -1 000 000,0 108 04 09 200 -1 000 000,0 108 04 09 +2 673 127,9 108 04 09 500 +2 673 127,9 108 04 09 -1 662 137,9 108 04 09 -1 662 137,9 108 04 09 500 -49 954,9 108 04 09 500 -612 183,0 108 04 09 400 -1 000 000,0 108 04 09 -10 990,0 108 04 09 -10 990,0 108 04 09 500 -10 990,0 109 +7 764 796,8 109 04 +7 764 796,8 109 04 08 +7 764 796,8 109 04 08 +15 534 796,8 109 04 08 +4 274 899,7 109 04 08 -2 151 578,4 109 04 08 800 -2 020 738,6 109 04 08 800 -130 839,8 109 04 08 +6 426 523,2 109 04 08 400 +6 426 523,2 109 04 08 -45,1 109 04 08 100 -44,8 109 04 08 200 -0,3 109 04 08 +11 259 897,1 109 04 08 +11 259 897,1 109 04 08 400 +11 259 897,1 109 04 08 +1 000 000,0 109 04 08 +1 000 000,0 109 04 08 +1 000 000,0 109 04 08 800 +1 000 000,0 109 04 08 -8 770 000,0 109 04 08 -8 770 000,0 109 04 08 400 -8 770 000,0 110 -1 757 144,2 110 04 -2 051 553,4 110 04 08 -2 051 553,4 110 04 08 -2 051 553,4 110 04 08 -22,3 110 04 08 -22,3 110 04 08 100 -10 022,3 110 04 08 200 +10 000,0 110 04 08 -2 051 531,1 110 04 08 -2 032 270,3 110 04 08 400 -2 032 270,3 110 04 08 -19 260,8 110 04 08 400 -19 260,8 110 07 +294 409,2 110 07 06 +294 409,2 110 07 06 +294 409,2 110 07 06 +294 409,2 110 07 06 +298 909,2 110 07 06 400 +298 909,2 110 07 06 -4 500,0 110 07 06 400 -4 500,0 135 +3 012 967,3 135 12 +3 012 967,3 135 12 01 +3 012 997,0 135 12 01 +3 012 997,0 135 12 01 +3 012 997,0 135 12 01 +3 012 997,0 135 12 01 600 +12 997,0 135 12 01 800 +3 000 000,0 135 12 04 -29,7 135 12 04 -29,7 135 12 04 -29,7 135 12 04 -29,7 135 12 04 100 -29,7 139 +1 385 867,6 139 01 -691 063,5 139 01 08 -525 680,0 139 01 08 -525 680,0 139 01 08 +44 249,1 139 01 08 +41 982,8 139 01 08 800 +41 982,8 139 01 08 +2 266,3 139 01 08 800 +2 266,3 139 01 08 -569 929,1 139 01 08 -569 929,1 139 01 08 100 -333 942,6 139 01 08 200 -235 986,5 139 01 13 -165 383,5 139 01 13 -165 383,5 139 01 13 -165 383,5 139 01 13 100 -20 000,0 139 01 13 200 -145 383,5 139 04 +1 912 320,7 139 04 12 +1 912 320,7 139 04 12 -3 263,7 139 04 12 -3 263,7 139 04 12 -3 263,7 139 04 12 500 -3 263,7 139 04 12 -3 011 320,0 139 04 12 -3 011 320,0 139 04 12 -3 011 320,0 139 04 12 800 -10 000 000,0 139 04 12 800 -3 037 000,0 139 04 12 600 +25 680,0 139 04 12 800 +10 000 000,0 139 04 12 +4 926 904,4 139 04 12 +4 926 904,4 139 04 12 +4 926 904,4 139 04 12 500 +4 926 904,4 139 07 -389,6 139 07 06 -389,6 139 07 06 -389,6 139 07 06 -389,6 139 07 06 -389,6 139 07 06 400 -389,6 139 10 +165 000,0 139 10 03 +165 000,0 139 10 03 +165 000,0 139 10 03 +165 000,0 139 10 03 +165 000,0 139 10 03 300 +165 000,0 141 -53 081,7 141 01 -3 019,9 141 01 08 -3 019,9 141 01 08 -3 019,9 141 01 08 -3 019,9 141 01 08 -3 019,9 141 01 08 800 -3 019,9 141 09 -50 061,8 141 09 07 -48 712,3 141 09 07 -48 712,3 141 09 07 -48 712,3 141 09 07 -383,4 141 09 07 200 -383,4 141 09 07 -48 328,9 141 09 07 400 -48 328,9 141 09 09 -1 349,5 141 09 09 -1 349,5 141 09 09 -1 349,5 141 09 09 -1 349,5 141 09 09 100 -146,0 141 09 09 200 -1 203,5 149 -2 460 591,4 149 01 -82 400,8 149 01 08 -82 400,8 149 01 08 -781,8 149 01 08 -781,8 149 01 08 -781,8 149 01 08 800 -781,8 149 01 08 -81 619,0 149 01 08 -81 619,0 149 01 08 -81 619,0 149 01 08 800 -81 619,0 149 07 -1 495,0 149 07 04 +3 505,0 149 07 04 +3 505,0 149 07 04 +3 505,0 149 07 04 +3 504,5 149 07 04 100 +332,6 149 07 04 200 +2 892,6 149 07 04 800 +279,3 149 07 04 +0,5 149 07 04 100 +0,5 149 07 05 -5 000,0 149 07 05 -5 000,0 149 07 05 -5 000,0 149 07 05 200 -5 000,0 149 10 -2 376 695,6 149 10 02 -406 496,4 149 10 02 +81 619,0 149 10 02 +81 619,0 149 10 02 +81 619,0 149 10 02 600 +81 619,0 149 10 02 -488 115,4 149 10 02 -488 115,4 149 10 02 -488 115,4 149 10 02 100 -477 519,8 149 10 02 200 -45 744,9 149 10 02 300 -2 500,0 149 10 02 600 +34 467,7 149 10 02 800 +3 181,6 149 10 03 +2 330 990,0 149 10 03 +2 330 990,0 149 10 03 +2 330 990,0 149 10 03 +2 330 990,0 149 10 03 500 +1 640 794,1 149 10 03 500 +690 195,9 149 10 04 -4 168 665,0 149 10 04 -4 168 665,0 149 10 04 -4 168 665,0 149 10 04 -3 693 829,8 149 10 04 500 -144 470,5 149 10 04 500 -3 549 359,3 149 10 04 -474 835,2 149 10 04 500 -474 835,2 149 10 05 +18 255,8 149 10 05 -607,0 149 10 05 -607,0 149 10 05 -607,0 149 10 05 200 -607,0 149 10 05 +19 047,1 149 10 05 -568,7 149 10 05 -568,7 149 10 05 200 -568,7 149 10 05 +19 615,8 149 10 05 +20 000,0 149 10 05 600 +20 000,0 149 10 05 -384,2 149 10 05 200 -384,2 149 10 05 -184,3 149 10 05 -184,3 149 10 05 200 -184,3 149 10 06 -150 780,0 149 10 06 -146 414,7 149 10 06 -4 593,6 149 10 06 -4 593,6 149 10 06 200 -4 593,6 149 10 06 -90 980,4 149 10 06 -980,4 149 10 06 200 -980,4 149 10 06 -90 000,0 149 10 06 600 -150 000,0 149 10 06 600 +60 000,0 149 10 06 -50 840,7 149 10 06 +3 119,4 149 10 06 200 -880,6 149 10 06 600 +4 000,0 149 10 06 +4 940,0 149 10 06 200 -2 860,0 149 10 06 600 +7 800,0 149 10 06 -58 900,1 149 10 06 200 -58 900,1 149 10 06 -0,1 149 10 06 -0,1 149 10 06 -0,1 149 10 06 200 -0,1 149 10 06 -4 365,2 149 10 06 -4 365,2 149 10 06 100 -358,7 149 10 06 200 -4 006,5 150 -5 911 397,4 150 04 -1 411,5 150 04 01 -1 411,5 150 04 01 -1 411,5 150 04 01 -1 411,5 150 04 01 -1 411,5 150 04 01 100 +137,0 150 04 01 200 -1 348,6 150 04 01 300 -200,0 150 04 01 400 +0,1 150 10 -5 909 985,9 150 10 03 -5 909 948,1 150 10 03 -2 397 239,4 150 10 03 -2 389 278,3 150 10 03 -1 292 224,1 150 10 03 200 -777,4 150 10 03 300 -548 571,8 150 10 03 300 -11 251,0 150 10 03 500 -731 623,9 150 10 03 -1 097 054,2 150 10 03 200 -24 540,2 150 10 03 300 -991 789,7 150 10 03 200 -724,3 150 10 03 300 -80 000,0 150 10 03 -7 961,1 150 10 03 -7 961,1 150 10 03 200 -396,1 150 10 03 300 -7 004,0 150 10 03 200 -12,0 150 10 03 300 -549,0 150 10 03 -3 512 708,7 150 10 03 -3 512 708,7 150 10 03 -3 512 708,7 150 10 03 500 -3 512 708,7 150 10 05 -37,8 150 10 05 -37,8 150 10 05 -37,8 150 10 05 -37,8 150 10 05 200 -37,8 153 -35 320,7 153 01 -34 815,4 153 01 06 -39 815,4 153 01 06 -2 361,1 153 01 06 -2 361,1 153 01 06 -2 361,1 153 01 06 100 -2 361,1 153 01 06 -37 454,3 153 01 06 -37 454,3 153 01 06 -28 425,8 153 01 06 100 +9 904,2 153 01 06 200 -38 768,8 153 01 06 300 +438,8 153 01 06 -9 028,5 153 01 06 400 -9 028,5 153 01 08 +5 000,0 153 01 08 +5 000,0 153 01 08 +5 000,0 153 01 08 +5 000,0 153 01 08 800 +5 000,0 153 09 -16 526,2 153 09 01 +299,6 153 09 01 +299,6 153 09 01 +299,6 153 09 01 +299,6 153 09 01 100 -4,0 153 09 01 300 +3,5 153 09 01 800 +300,1 153 09 02 -5 982,4 153 09 02 -5 982,4 153 09 02 -5 982,4 153 09 02 -5 722,4 153 09 02 400 -5 722,4 153 09 02 -260,0 153 09 02 100 -263,8 153 09 02 800 +3,8 153 09 05 -10 843,4 153 09 05 -10 843,4 153 09 05 -10 843,4 153 09 05 -260,7 153 09 05 400 -260,7 153 09 05 -10 582,7 153 09 05 100 +86,4 153 09 05 200 -838,0 153 09 05 800 -9 831,1 153 10 +16 020,9 153 10 01 -105 113,0 153 10 01 -105 113,0 153 10 01 200 +1 778,6 153 10 01 300 -106 596,6 153 10 01 300 -295,0 153 10 03 +121 133,9 153 10 03 +121 133,9 153 10 03 +121 133,9 153 10 03 -8 190,8 153 10 03 300 -8 190,8 153 10 03 +129 324,7 153 10 03 300 +129 324,7 155 -28,2 155 01 -28,2 155 01 13 -28,2 155 01 13 -28,2 155 01 13 -28,2 155 01 13 -28,2 155 01 13 100 -28,2 157 -3 570,6 157 01</w:t>
      </w:r>
    </w:p>
    <w:p>
      <w:r>
        <w:rPr>
          <w:b/>
        </w:rPr>
        <w:t xml:space="preserve">8. </w:t>
      </w:r>
      <w:r>
        <w:t>в части 2 слова "до 10 411 000,0 тыс. рублей" заменить словами "до 8 532 000,0 тыс. рублей"</w:t>
      </w:r>
    </w:p>
    <w:p>
      <w:r>
        <w:rPr>
          <w:b/>
        </w:rPr>
        <w:t xml:space="preserve">8. </w:t>
      </w:r>
      <w:r>
        <w:t>в части 5: в пункте 2 слова "в сумме 469 562 815,7 тыс. рублей" заменить словами "в сумме 373 286 464,2 тыс. рублей"; в пункте 3 слова "в сумме 26 082 406,7 тыс. рублей" заменить словами "в сумме 24 116 687,1 тыс. рублей"</w:t>
      </w:r>
    </w:p>
    <w:p>
      <w:r>
        <w:rPr>
          <w:b/>
        </w:rPr>
        <w:t xml:space="preserve">8. </w:t>
      </w:r>
      <w:r>
        <w:t>в части 1: в пункте 2 слова "в объеме 570 000,0 тыс. рублей" заменить словами "в объеме 70 000,0 тыс. рублей"; в пункте 3 слова "в объеме 2 900 000,0 тыс. рублей" заменить словами "в объеме 2 164 347,6 тыс. рублей"; в пункте 4 слова "в объеме 18 895 965,8 тыс. рублей" заменить словами "в объеме 9 038 707,3 тыс. рублей"; в пункте 6 слова "на 2017 год в объеме 600 000,0 тыс. рублей" заменить словами "на 2017 год в объеме 1 000 000,0 тыс. рублей"; в пункте 7 слова "приложениям 10 (секретно), 101 (секретно), 16 (секретно), 161 (секретно), 20 (секретно) и 201 (секретно)" заменить словами "приложениям 10 (секретно), 101 (секретно), 102 (секретно), 16 (секретно), 161 (секретно), 162 (секретно), 20 (секретно), 201 (секретно) и 202 (секретно)"; дополнить пунктом 81 следующего содержания: "81) бюджетных ассигнований на 2017 год в объеме 3 008 828,2 тыс. рублей, предусмотренных по подразделу "Органы безопасности" раздела "Национальная безопасность и правоохранительная деятельность" классификации расходов бюджетов, на расходы Федеральной службы охраны Российской Федерации,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Федерации, в случае и в пределах поступления доходов федерального бюджета от реализации высвобождаемого недвижимого военного и иного имущества, находящегося в оперативном управлении Федеральной службы охраны Российской Федерации, и от реализации в установленном порядке земельных участков, предоставленных Федеральной службе охраны Российской Федерации в постоянное (бессрочное) пользование;"; в пункте 9 слова "в объеме 965 269,0 тыс. рублей" заменить словами "в объеме 100 000,0 тыс. рублей"; в пункте 13 слова "на 2017 год в объеме 8 602 332,3 тыс. рублей," и слова "на 2017 год в объеме 2 567 565,0 тыс. рублей," исключить; в пункте 15 слова "в объеме 2 054 255,0 тыс. рублей" заменить словами "в объеме 747 885,0 тыс. рублей"; в пункте 16 слова "в объеме 4 922 427,8 тыс. рублей" заменить словами "в объеме 1 099 427,8 тыс. рублей"</w:t>
      </w:r>
    </w:p>
    <w:p>
      <w:r>
        <w:rPr>
          <w:b/>
        </w:rPr>
        <w:t xml:space="preserve">8. </w:t>
      </w:r>
      <w:r>
        <w:t>дополнить частью 15 следующего содержания: "15. Правительство Российской Федерации вправе в ходе исполнения федерального бюджета в 2017 году предоставлять бюджету Пенсионного фонда Российской Федерации межбюджетный трансферт на обязательное пенсионное страхование в пределах средств, обеспечивающих текущие выплаты страховой пенсии и авансирование пенсий за январь 2018 года."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